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3C5F0" w14:textId="77777777" w:rsidR="007E7D52" w:rsidRPr="00B5382E" w:rsidRDefault="00C1191B">
      <w:pPr>
        <w:jc w:val="center"/>
        <w:rPr>
          <w:rFonts w:ascii="Times New Roman" w:hAnsi="Times New Roman" w:cs="Times New Roman"/>
          <w:b/>
          <w:color w:val="EE0000"/>
          <w:sz w:val="24"/>
          <w:szCs w:val="28"/>
        </w:rPr>
      </w:pPr>
      <w:r w:rsidRPr="00B5382E">
        <w:rPr>
          <w:rFonts w:ascii="Times New Roman" w:hAnsi="Times New Roman" w:cs="Times New Roman"/>
          <w:b/>
          <w:color w:val="EE0000"/>
          <w:sz w:val="28"/>
          <w:szCs w:val="28"/>
        </w:rPr>
        <w:t>UNIVERZITA JANA EVANGELISTY PURKYNĚ V ÚSTÍ NAD LABEM</w:t>
      </w:r>
    </w:p>
    <w:p w14:paraId="5C228E6D" w14:textId="77777777" w:rsidR="00C24456" w:rsidRPr="00B5382E" w:rsidRDefault="00C24456">
      <w:pPr>
        <w:pStyle w:val="FormTitle"/>
        <w:jc w:val="center"/>
        <w:rPr>
          <w:rFonts w:ascii="Times New Roman" w:hAnsi="Times New Roman" w:cs="Times New Roman"/>
          <w:color w:val="EE0000"/>
          <w:sz w:val="32"/>
          <w:szCs w:val="32"/>
        </w:rPr>
      </w:pPr>
      <w:r w:rsidRPr="00B5382E">
        <w:rPr>
          <w:rFonts w:ascii="Times New Roman" w:hAnsi="Times New Roman" w:cs="Times New Roman"/>
          <w:color w:val="EE0000"/>
          <w:sz w:val="32"/>
          <w:szCs w:val="32"/>
        </w:rPr>
        <w:t>Faculty of Health Studies</w:t>
      </w:r>
    </w:p>
    <w:p w14:paraId="72A49223" w14:textId="77777777" w:rsidR="00C24456" w:rsidRPr="00B5382E" w:rsidRDefault="00C24456">
      <w:pPr>
        <w:pStyle w:val="FormSubtitle"/>
        <w:jc w:val="center"/>
        <w:rPr>
          <w:rFonts w:ascii="Times New Roman" w:hAnsi="Times New Roman" w:cs="Times New Roman"/>
          <w:bCs/>
          <w:i w:val="0"/>
          <w:color w:val="EE0000"/>
          <w:sz w:val="36"/>
        </w:rPr>
      </w:pPr>
      <w:r w:rsidRPr="00B5382E">
        <w:rPr>
          <w:rFonts w:ascii="Times New Roman" w:hAnsi="Times New Roman" w:cs="Times New Roman"/>
          <w:bCs/>
          <w:i w:val="0"/>
          <w:color w:val="EE0000"/>
          <w:sz w:val="36"/>
        </w:rPr>
        <w:t>INDIVIDUAL STUDY PLAN OF DOCTORAL STUDY (ISP)</w:t>
      </w:r>
    </w:p>
    <w:p w14:paraId="15F98A70" w14:textId="69B928D4" w:rsidR="007E7D52" w:rsidRPr="00B5382E" w:rsidRDefault="00C24456">
      <w:pPr>
        <w:pStyle w:val="FormSubtitle"/>
        <w:jc w:val="center"/>
        <w:rPr>
          <w:rFonts w:ascii="Times New Roman" w:hAnsi="Times New Roman" w:cs="Times New Roman"/>
          <w:bCs/>
          <w:sz w:val="24"/>
          <w:szCs w:val="28"/>
        </w:rPr>
      </w:pPr>
      <w:r w:rsidRPr="00B5382E">
        <w:rPr>
          <w:rFonts w:ascii="Times New Roman" w:hAnsi="Times New Roman" w:cs="Times New Roman"/>
          <w:bCs/>
          <w:sz w:val="24"/>
          <w:szCs w:val="28"/>
        </w:rPr>
        <w:t xml:space="preserve">Study </w:t>
      </w:r>
      <w:proofErr w:type="spellStart"/>
      <w:r w:rsidRPr="00B5382E">
        <w:rPr>
          <w:rFonts w:ascii="Times New Roman" w:hAnsi="Times New Roman" w:cs="Times New Roman"/>
          <w:bCs/>
          <w:sz w:val="24"/>
          <w:szCs w:val="28"/>
        </w:rPr>
        <w:t>Programme</w:t>
      </w:r>
      <w:proofErr w:type="spellEnd"/>
      <w:r w:rsidRPr="00B5382E">
        <w:rPr>
          <w:rFonts w:ascii="Times New Roman" w:hAnsi="Times New Roman" w:cs="Times New Roman"/>
          <w:bCs/>
          <w:sz w:val="24"/>
          <w:szCs w:val="28"/>
        </w:rPr>
        <w:t>: Healthcare Management and Efficiency</w:t>
      </w:r>
    </w:p>
    <w:tbl>
      <w:tblPr>
        <w:tblW w:w="0" w:type="auto"/>
        <w:jc w:val="center"/>
        <w:tblBorders>
          <w:top w:val="single" w:sz="6" w:space="0" w:color="D6DEE5"/>
          <w:left w:val="single" w:sz="6" w:space="0" w:color="D6DEE5"/>
          <w:bottom w:val="single" w:sz="6" w:space="0" w:color="D6DEE5"/>
          <w:right w:val="single" w:sz="6" w:space="0" w:color="D6DEE5"/>
          <w:insideH w:val="single" w:sz="6" w:space="0" w:color="D6DEE5"/>
          <w:insideV w:val="single" w:sz="6" w:space="0" w:color="D6DEE5"/>
        </w:tblBorders>
        <w:tblLook w:val="04A0" w:firstRow="1" w:lastRow="0" w:firstColumn="1" w:lastColumn="0" w:noHBand="0" w:noVBand="1"/>
      </w:tblPr>
      <w:tblGrid>
        <w:gridCol w:w="9848"/>
      </w:tblGrid>
      <w:tr w:rsidR="007E7D52" w:rsidRPr="00B5382E" w14:paraId="477C1D5E" w14:textId="77777777">
        <w:trPr>
          <w:jc w:val="center"/>
        </w:trPr>
        <w:tc>
          <w:tcPr>
            <w:tcW w:w="9866" w:type="dxa"/>
            <w:shd w:val="clear" w:color="auto" w:fill="F3F5F7"/>
            <w:tcMar>
              <w:top w:w="120" w:type="dxa"/>
              <w:left w:w="120" w:type="dxa"/>
              <w:bottom w:w="120" w:type="dxa"/>
              <w:right w:w="120" w:type="dxa"/>
            </w:tcMar>
          </w:tcPr>
          <w:p w14:paraId="2140A163" w14:textId="6EA33230" w:rsidR="007E7D52" w:rsidRPr="00B5382E" w:rsidRDefault="00C24456" w:rsidP="006F0BCF">
            <w:pPr>
              <w:pStyle w:val="SmallNote"/>
              <w:rPr>
                <w:rFonts w:ascii="Times New Roman" w:hAnsi="Times New Roman" w:cs="Times New Roman"/>
              </w:rPr>
            </w:pPr>
            <w:r w:rsidRPr="00B5382E">
              <w:rPr>
                <w:rFonts w:ascii="Times New Roman" w:hAnsi="Times New Roman" w:cs="Times New Roman"/>
                <w:sz w:val="20"/>
                <w:szCs w:val="24"/>
              </w:rPr>
              <w:t xml:space="preserve">This form is intended for the preparation of the initial individual study plan </w:t>
            </w:r>
            <w:proofErr w:type="gramStart"/>
            <w:r w:rsidRPr="00B5382E">
              <w:rPr>
                <w:rFonts w:ascii="Times New Roman" w:hAnsi="Times New Roman" w:cs="Times New Roman"/>
                <w:sz w:val="20"/>
                <w:szCs w:val="24"/>
              </w:rPr>
              <w:t>of</w:t>
            </w:r>
            <w:proofErr w:type="gramEnd"/>
            <w:r w:rsidRPr="00B5382E">
              <w:rPr>
                <w:rFonts w:ascii="Times New Roman" w:hAnsi="Times New Roman" w:cs="Times New Roman"/>
                <w:sz w:val="20"/>
                <w:szCs w:val="24"/>
              </w:rPr>
              <w:t xml:space="preserve"> the Ph.D. student and its subsequent updates. The plan is developed in cooperation between the student and the supervisor and is submitted to the Subject Area Board for approval. The form is designed to reflect the accreditation of the doctoral study </w:t>
            </w:r>
            <w:proofErr w:type="spellStart"/>
            <w:r w:rsidRPr="00B5382E">
              <w:rPr>
                <w:rFonts w:ascii="Times New Roman" w:hAnsi="Times New Roman" w:cs="Times New Roman"/>
                <w:sz w:val="20"/>
                <w:szCs w:val="24"/>
              </w:rPr>
              <w:t>programme</w:t>
            </w:r>
            <w:proofErr w:type="spellEnd"/>
            <w:r w:rsidRPr="00B5382E">
              <w:rPr>
                <w:rFonts w:ascii="Times New Roman" w:hAnsi="Times New Roman" w:cs="Times New Roman"/>
                <w:sz w:val="20"/>
                <w:szCs w:val="24"/>
              </w:rPr>
              <w:t>, the internal regulations of UJEP, and the specifics of the Faculty of Health Studies (FZS UJEP).</w:t>
            </w:r>
          </w:p>
        </w:tc>
      </w:tr>
    </w:tbl>
    <w:p w14:paraId="7F7F8725" w14:textId="77777777" w:rsidR="007E7D52" w:rsidRPr="00B5382E" w:rsidRDefault="007E7D52">
      <w:pPr>
        <w:rPr>
          <w:rFonts w:ascii="Times New Roman" w:hAnsi="Times New Roman" w:cs="Times New Roman"/>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ook w:val="04A0" w:firstRow="1" w:lastRow="0" w:firstColumn="1" w:lastColumn="0" w:noHBand="0" w:noVBand="1"/>
      </w:tblPr>
      <w:tblGrid>
        <w:gridCol w:w="9864"/>
      </w:tblGrid>
      <w:tr w:rsidR="007E7D52" w:rsidRPr="00B5382E" w14:paraId="2CFC81EE" w14:textId="77777777">
        <w:trPr>
          <w:jc w:val="center"/>
        </w:trPr>
        <w:tc>
          <w:tcPr>
            <w:tcW w:w="9866" w:type="dxa"/>
            <w:shd w:val="clear" w:color="auto" w:fill="173F5F"/>
            <w:tcMar>
              <w:top w:w="70" w:type="dxa"/>
              <w:left w:w="110" w:type="dxa"/>
              <w:bottom w:w="70" w:type="dxa"/>
              <w:right w:w="110" w:type="dxa"/>
            </w:tcMar>
          </w:tcPr>
          <w:p w14:paraId="5A709B23" w14:textId="51C3292F" w:rsidR="007E7D52" w:rsidRPr="00B5382E" w:rsidRDefault="00C1191B" w:rsidP="00794555">
            <w:pPr>
              <w:pStyle w:val="SectionHeadingFZS"/>
              <w:rPr>
                <w:rFonts w:ascii="Times New Roman" w:hAnsi="Times New Roman" w:cs="Times New Roman"/>
                <w:bCs/>
              </w:rPr>
            </w:pPr>
            <w:r w:rsidRPr="00B5382E">
              <w:rPr>
                <w:rFonts w:ascii="Times New Roman" w:hAnsi="Times New Roman" w:cs="Times New Roman"/>
              </w:rPr>
              <w:t xml:space="preserve">1. </w:t>
            </w:r>
            <w:r w:rsidR="00794555" w:rsidRPr="00B5382E">
              <w:rPr>
                <w:rFonts w:ascii="Times New Roman" w:hAnsi="Times New Roman" w:cs="Times New Roman"/>
                <w:bCs/>
              </w:rPr>
              <w:t>Basic Identification Data</w:t>
            </w:r>
          </w:p>
        </w:tc>
      </w:tr>
    </w:tbl>
    <w:p w14:paraId="6E1156BC" w14:textId="77777777" w:rsidR="007E7D52" w:rsidRPr="00B5382E" w:rsidRDefault="007E7D52">
      <w:pPr>
        <w:rPr>
          <w:rFonts w:ascii="Times New Roman" w:hAnsi="Times New Roman" w:cs="Times New Roman"/>
        </w:rPr>
      </w:pPr>
    </w:p>
    <w:tbl>
      <w:tblPr>
        <w:tblStyle w:val="Mkatabulky"/>
        <w:tblW w:w="0" w:type="auto"/>
        <w:jc w:val="center"/>
        <w:tblBorders>
          <w:top w:val="single" w:sz="8" w:space="0" w:color="B7C3CE"/>
          <w:left w:val="single" w:sz="8" w:space="0" w:color="B7C3CE"/>
          <w:bottom w:val="single" w:sz="8" w:space="0" w:color="B7C3CE"/>
          <w:right w:val="single" w:sz="8" w:space="0" w:color="B7C3CE"/>
          <w:insideH w:val="single" w:sz="8" w:space="0" w:color="B7C3CE"/>
          <w:insideV w:val="single" w:sz="8" w:space="0" w:color="B7C3CE"/>
        </w:tblBorders>
        <w:tblLook w:val="04A0" w:firstRow="1" w:lastRow="0" w:firstColumn="1" w:lastColumn="0" w:noHBand="0" w:noVBand="1"/>
      </w:tblPr>
      <w:tblGrid>
        <w:gridCol w:w="3005"/>
        <w:gridCol w:w="6746"/>
      </w:tblGrid>
      <w:tr w:rsidR="007E7D52" w:rsidRPr="00B5382E" w14:paraId="0DF9FD63" w14:textId="77777777">
        <w:trPr>
          <w:jc w:val="center"/>
        </w:trPr>
        <w:tc>
          <w:tcPr>
            <w:tcW w:w="3005" w:type="dxa"/>
            <w:shd w:val="clear" w:color="auto" w:fill="EEF3F7"/>
            <w:tcMar>
              <w:top w:w="90" w:type="dxa"/>
              <w:left w:w="100" w:type="dxa"/>
              <w:bottom w:w="90" w:type="dxa"/>
              <w:right w:w="100" w:type="dxa"/>
            </w:tcMar>
            <w:vAlign w:val="center"/>
          </w:tcPr>
          <w:p w14:paraId="2A394AE2" w14:textId="6DDEDB6C" w:rsidR="007E7D52" w:rsidRPr="00B5382E" w:rsidRDefault="00794555">
            <w:pPr>
              <w:rPr>
                <w:rFonts w:ascii="Times New Roman" w:hAnsi="Times New Roman" w:cs="Times New Roman"/>
              </w:rPr>
            </w:pPr>
            <w:r w:rsidRPr="00B5382E">
              <w:rPr>
                <w:rFonts w:ascii="Times New Roman" w:hAnsi="Times New Roman" w:cs="Times New Roman"/>
                <w:b/>
                <w:color w:val="173F5F"/>
              </w:rPr>
              <w:t xml:space="preserve">Ph.D. student's first name and </w:t>
            </w:r>
            <w:r w:rsidRPr="00B5382E">
              <w:rPr>
                <w:rFonts w:ascii="Times New Roman" w:hAnsi="Times New Roman" w:cs="Times New Roman"/>
                <w:b/>
                <w:color w:val="173F5F"/>
              </w:rPr>
              <w:t>last name</w:t>
            </w:r>
          </w:p>
        </w:tc>
        <w:tc>
          <w:tcPr>
            <w:tcW w:w="6746" w:type="dxa"/>
            <w:tcMar>
              <w:top w:w="90" w:type="dxa"/>
              <w:left w:w="100" w:type="dxa"/>
              <w:bottom w:w="90" w:type="dxa"/>
              <w:right w:w="100" w:type="dxa"/>
            </w:tcMar>
            <w:vAlign w:val="center"/>
          </w:tcPr>
          <w:p w14:paraId="72FA78D2" w14:textId="77777777" w:rsidR="007E7D52" w:rsidRPr="00B5382E" w:rsidRDefault="007E7D52">
            <w:pPr>
              <w:rPr>
                <w:rFonts w:ascii="Times New Roman" w:hAnsi="Times New Roman" w:cs="Times New Roman"/>
              </w:rPr>
            </w:pPr>
          </w:p>
        </w:tc>
      </w:tr>
      <w:tr w:rsidR="007E7D52" w:rsidRPr="00B5382E" w14:paraId="2FC81A5B" w14:textId="77777777">
        <w:trPr>
          <w:jc w:val="center"/>
        </w:trPr>
        <w:tc>
          <w:tcPr>
            <w:tcW w:w="3005" w:type="dxa"/>
            <w:shd w:val="clear" w:color="auto" w:fill="EEF3F7"/>
            <w:tcMar>
              <w:top w:w="90" w:type="dxa"/>
              <w:left w:w="100" w:type="dxa"/>
              <w:bottom w:w="90" w:type="dxa"/>
              <w:right w:w="100" w:type="dxa"/>
            </w:tcMar>
            <w:vAlign w:val="center"/>
          </w:tcPr>
          <w:p w14:paraId="4A7A846C" w14:textId="54663D60" w:rsidR="007E7D52" w:rsidRPr="00B5382E" w:rsidRDefault="00794555">
            <w:pPr>
              <w:rPr>
                <w:rFonts w:ascii="Times New Roman" w:hAnsi="Times New Roman" w:cs="Times New Roman"/>
              </w:rPr>
            </w:pPr>
            <w:r w:rsidRPr="00B5382E">
              <w:rPr>
                <w:rFonts w:ascii="Times New Roman" w:hAnsi="Times New Roman" w:cs="Times New Roman"/>
                <w:b/>
                <w:color w:val="173F5F"/>
              </w:rPr>
              <w:t>Personal number / UJEP ID</w:t>
            </w:r>
          </w:p>
        </w:tc>
        <w:tc>
          <w:tcPr>
            <w:tcW w:w="6746" w:type="dxa"/>
            <w:tcMar>
              <w:top w:w="90" w:type="dxa"/>
              <w:left w:w="100" w:type="dxa"/>
              <w:bottom w:w="90" w:type="dxa"/>
              <w:right w:w="100" w:type="dxa"/>
            </w:tcMar>
            <w:vAlign w:val="center"/>
          </w:tcPr>
          <w:p w14:paraId="59370BAF" w14:textId="77777777" w:rsidR="007E7D52" w:rsidRPr="00B5382E" w:rsidRDefault="007E7D52">
            <w:pPr>
              <w:rPr>
                <w:rFonts w:ascii="Times New Roman" w:hAnsi="Times New Roman" w:cs="Times New Roman"/>
              </w:rPr>
            </w:pPr>
          </w:p>
        </w:tc>
      </w:tr>
      <w:tr w:rsidR="007E7D52" w:rsidRPr="00B5382E" w14:paraId="166F9D2B" w14:textId="77777777">
        <w:trPr>
          <w:jc w:val="center"/>
        </w:trPr>
        <w:tc>
          <w:tcPr>
            <w:tcW w:w="3005" w:type="dxa"/>
            <w:shd w:val="clear" w:color="auto" w:fill="EEF3F7"/>
            <w:tcMar>
              <w:top w:w="90" w:type="dxa"/>
              <w:left w:w="100" w:type="dxa"/>
              <w:bottom w:w="90" w:type="dxa"/>
              <w:right w:w="100" w:type="dxa"/>
            </w:tcMar>
            <w:vAlign w:val="center"/>
          </w:tcPr>
          <w:p w14:paraId="2AA7F079" w14:textId="337F551E" w:rsidR="007E7D52" w:rsidRPr="00B5382E" w:rsidRDefault="00794555">
            <w:pPr>
              <w:rPr>
                <w:rFonts w:ascii="Times New Roman" w:hAnsi="Times New Roman" w:cs="Times New Roman"/>
              </w:rPr>
            </w:pPr>
            <w:r w:rsidRPr="00B5382E">
              <w:rPr>
                <w:rFonts w:ascii="Times New Roman" w:hAnsi="Times New Roman" w:cs="Times New Roman"/>
                <w:b/>
                <w:color w:val="173F5F"/>
              </w:rPr>
              <w:t>Form of study</w:t>
            </w:r>
          </w:p>
        </w:tc>
        <w:tc>
          <w:tcPr>
            <w:tcW w:w="6746" w:type="dxa"/>
            <w:tcMar>
              <w:top w:w="90" w:type="dxa"/>
              <w:left w:w="100" w:type="dxa"/>
              <w:bottom w:w="90" w:type="dxa"/>
              <w:right w:w="100" w:type="dxa"/>
            </w:tcMar>
            <w:vAlign w:val="center"/>
          </w:tcPr>
          <w:p w14:paraId="07C11C84" w14:textId="640E0023" w:rsidR="007E7D52" w:rsidRPr="00B5382E" w:rsidRDefault="00C1191B">
            <w:pPr>
              <w:rPr>
                <w:rFonts w:ascii="Times New Roman" w:hAnsi="Times New Roman" w:cs="Times New Roman"/>
              </w:rPr>
            </w:pPr>
            <w:r w:rsidRPr="00B5382E">
              <w:rPr>
                <w:rFonts w:ascii="Segoe UI Symbol" w:hAnsi="Segoe UI Symbol" w:cs="Segoe UI Symbol"/>
              </w:rPr>
              <w:t>☐</w:t>
            </w:r>
            <w:r w:rsidRPr="00B5382E">
              <w:rPr>
                <w:rFonts w:ascii="Times New Roman" w:hAnsi="Times New Roman" w:cs="Times New Roman"/>
              </w:rPr>
              <w:t xml:space="preserve"> </w:t>
            </w:r>
            <w:r w:rsidR="00794555" w:rsidRPr="00B5382E">
              <w:rPr>
                <w:rFonts w:ascii="Times New Roman" w:hAnsi="Times New Roman" w:cs="Times New Roman"/>
              </w:rPr>
              <w:t>full-time</w:t>
            </w:r>
            <w:r w:rsidRPr="00B5382E">
              <w:rPr>
                <w:rFonts w:ascii="Times New Roman" w:hAnsi="Times New Roman" w:cs="Times New Roman"/>
              </w:rPr>
              <w:t xml:space="preserve">    </w:t>
            </w:r>
            <w:r w:rsidRPr="00B5382E">
              <w:rPr>
                <w:rFonts w:ascii="Segoe UI Symbol" w:hAnsi="Segoe UI Symbol" w:cs="Segoe UI Symbol"/>
              </w:rPr>
              <w:t>☐</w:t>
            </w:r>
            <w:r w:rsidRPr="00B5382E">
              <w:rPr>
                <w:rFonts w:ascii="Times New Roman" w:hAnsi="Times New Roman" w:cs="Times New Roman"/>
              </w:rPr>
              <w:t xml:space="preserve"> </w:t>
            </w:r>
            <w:r w:rsidR="00794555" w:rsidRPr="00B5382E">
              <w:rPr>
                <w:rFonts w:ascii="Times New Roman" w:hAnsi="Times New Roman" w:cs="Times New Roman"/>
              </w:rPr>
              <w:t>combined</w:t>
            </w:r>
          </w:p>
        </w:tc>
      </w:tr>
      <w:tr w:rsidR="007E7D52" w:rsidRPr="00B5382E" w14:paraId="64FC84F8" w14:textId="77777777">
        <w:trPr>
          <w:jc w:val="center"/>
        </w:trPr>
        <w:tc>
          <w:tcPr>
            <w:tcW w:w="3005" w:type="dxa"/>
            <w:shd w:val="clear" w:color="auto" w:fill="EEF3F7"/>
            <w:tcMar>
              <w:top w:w="90" w:type="dxa"/>
              <w:left w:w="100" w:type="dxa"/>
              <w:bottom w:w="90" w:type="dxa"/>
              <w:right w:w="100" w:type="dxa"/>
            </w:tcMar>
            <w:vAlign w:val="center"/>
          </w:tcPr>
          <w:p w14:paraId="52ED2A59" w14:textId="1775855C" w:rsidR="007E7D52" w:rsidRPr="00B5382E" w:rsidRDefault="00794555" w:rsidP="00FC0D67">
            <w:pPr>
              <w:rPr>
                <w:rFonts w:ascii="Times New Roman" w:hAnsi="Times New Roman" w:cs="Times New Roman"/>
              </w:rPr>
            </w:pPr>
            <w:r w:rsidRPr="00B5382E">
              <w:rPr>
                <w:rFonts w:ascii="Times New Roman" w:hAnsi="Times New Roman" w:cs="Times New Roman"/>
                <w:b/>
                <w:color w:val="173F5F"/>
              </w:rPr>
              <w:t>Year of study commencement</w:t>
            </w:r>
          </w:p>
        </w:tc>
        <w:tc>
          <w:tcPr>
            <w:tcW w:w="6746" w:type="dxa"/>
            <w:tcMar>
              <w:top w:w="90" w:type="dxa"/>
              <w:left w:w="100" w:type="dxa"/>
              <w:bottom w:w="90" w:type="dxa"/>
              <w:right w:w="100" w:type="dxa"/>
            </w:tcMar>
            <w:vAlign w:val="center"/>
          </w:tcPr>
          <w:p w14:paraId="6F7E8D38" w14:textId="77777777" w:rsidR="007E7D52" w:rsidRPr="00B5382E" w:rsidRDefault="007E7D52">
            <w:pPr>
              <w:rPr>
                <w:rFonts w:ascii="Times New Roman" w:hAnsi="Times New Roman" w:cs="Times New Roman"/>
              </w:rPr>
            </w:pPr>
          </w:p>
        </w:tc>
      </w:tr>
      <w:tr w:rsidR="007E7D52" w:rsidRPr="00B5382E" w14:paraId="491556B8" w14:textId="77777777">
        <w:trPr>
          <w:jc w:val="center"/>
        </w:trPr>
        <w:tc>
          <w:tcPr>
            <w:tcW w:w="3005" w:type="dxa"/>
            <w:shd w:val="clear" w:color="auto" w:fill="EEF3F7"/>
            <w:tcMar>
              <w:top w:w="90" w:type="dxa"/>
              <w:left w:w="100" w:type="dxa"/>
              <w:bottom w:w="90" w:type="dxa"/>
              <w:right w:w="100" w:type="dxa"/>
            </w:tcMar>
            <w:vAlign w:val="center"/>
          </w:tcPr>
          <w:p w14:paraId="46860006" w14:textId="4C0DCA91" w:rsidR="007E7D52" w:rsidRPr="00B5382E" w:rsidRDefault="00794555">
            <w:pPr>
              <w:rPr>
                <w:rFonts w:ascii="Times New Roman" w:hAnsi="Times New Roman" w:cs="Times New Roman"/>
              </w:rPr>
            </w:pPr>
            <w:r w:rsidRPr="00B5382E">
              <w:rPr>
                <w:rFonts w:ascii="Times New Roman" w:hAnsi="Times New Roman" w:cs="Times New Roman"/>
                <w:b/>
                <w:color w:val="173F5F"/>
              </w:rPr>
              <w:t>Year / semester of study at ISP submission</w:t>
            </w:r>
          </w:p>
        </w:tc>
        <w:tc>
          <w:tcPr>
            <w:tcW w:w="6746" w:type="dxa"/>
            <w:tcMar>
              <w:top w:w="90" w:type="dxa"/>
              <w:left w:w="100" w:type="dxa"/>
              <w:bottom w:w="90" w:type="dxa"/>
              <w:right w:w="100" w:type="dxa"/>
            </w:tcMar>
            <w:vAlign w:val="center"/>
          </w:tcPr>
          <w:p w14:paraId="1DBBCF88" w14:textId="77777777" w:rsidR="007E7D52" w:rsidRPr="00B5382E" w:rsidRDefault="007E7D52">
            <w:pPr>
              <w:rPr>
                <w:rFonts w:ascii="Times New Roman" w:hAnsi="Times New Roman" w:cs="Times New Roman"/>
              </w:rPr>
            </w:pPr>
          </w:p>
        </w:tc>
      </w:tr>
      <w:tr w:rsidR="007E7D52" w:rsidRPr="00B5382E" w14:paraId="480C3B29" w14:textId="77777777">
        <w:trPr>
          <w:jc w:val="center"/>
        </w:trPr>
        <w:tc>
          <w:tcPr>
            <w:tcW w:w="3005" w:type="dxa"/>
            <w:shd w:val="clear" w:color="auto" w:fill="EEF3F7"/>
            <w:tcMar>
              <w:top w:w="90" w:type="dxa"/>
              <w:left w:w="100" w:type="dxa"/>
              <w:bottom w:w="90" w:type="dxa"/>
              <w:right w:w="100" w:type="dxa"/>
            </w:tcMar>
            <w:vAlign w:val="center"/>
          </w:tcPr>
          <w:p w14:paraId="52ACA12B" w14:textId="33D1F320" w:rsidR="007E7D52" w:rsidRPr="00B5382E" w:rsidRDefault="00794555">
            <w:pPr>
              <w:rPr>
                <w:rFonts w:ascii="Times New Roman" w:hAnsi="Times New Roman" w:cs="Times New Roman"/>
              </w:rPr>
            </w:pPr>
            <w:r w:rsidRPr="00B5382E">
              <w:rPr>
                <w:rFonts w:ascii="Times New Roman" w:hAnsi="Times New Roman" w:cs="Times New Roman"/>
                <w:b/>
                <w:color w:val="173F5F"/>
              </w:rPr>
              <w:t>Supervisor</w:t>
            </w:r>
          </w:p>
        </w:tc>
        <w:tc>
          <w:tcPr>
            <w:tcW w:w="6746" w:type="dxa"/>
            <w:tcMar>
              <w:top w:w="90" w:type="dxa"/>
              <w:left w:w="100" w:type="dxa"/>
              <w:bottom w:w="90" w:type="dxa"/>
              <w:right w:w="100" w:type="dxa"/>
            </w:tcMar>
            <w:vAlign w:val="center"/>
          </w:tcPr>
          <w:p w14:paraId="43AFBDAC" w14:textId="77777777" w:rsidR="007E7D52" w:rsidRPr="00B5382E" w:rsidRDefault="007E7D52">
            <w:pPr>
              <w:rPr>
                <w:rFonts w:ascii="Times New Roman" w:hAnsi="Times New Roman" w:cs="Times New Roman"/>
              </w:rPr>
            </w:pPr>
          </w:p>
        </w:tc>
      </w:tr>
      <w:tr w:rsidR="007E7D52" w:rsidRPr="00B5382E" w14:paraId="3BC54BE6" w14:textId="77777777">
        <w:trPr>
          <w:jc w:val="center"/>
        </w:trPr>
        <w:tc>
          <w:tcPr>
            <w:tcW w:w="3005" w:type="dxa"/>
            <w:shd w:val="clear" w:color="auto" w:fill="EEF3F7"/>
            <w:tcMar>
              <w:top w:w="90" w:type="dxa"/>
              <w:left w:w="100" w:type="dxa"/>
              <w:bottom w:w="90" w:type="dxa"/>
              <w:right w:w="100" w:type="dxa"/>
            </w:tcMar>
            <w:vAlign w:val="center"/>
          </w:tcPr>
          <w:p w14:paraId="18467F45" w14:textId="74BE9D93" w:rsidR="007E7D52" w:rsidRPr="00B5382E" w:rsidRDefault="00794555">
            <w:pPr>
              <w:rPr>
                <w:rFonts w:ascii="Times New Roman" w:hAnsi="Times New Roman" w:cs="Times New Roman"/>
              </w:rPr>
            </w:pPr>
            <w:r w:rsidRPr="00B5382E">
              <w:rPr>
                <w:rFonts w:ascii="Times New Roman" w:hAnsi="Times New Roman" w:cs="Times New Roman"/>
                <w:b/>
                <w:color w:val="173F5F"/>
              </w:rPr>
              <w:t>Consultant (if appointed)</w:t>
            </w:r>
          </w:p>
        </w:tc>
        <w:tc>
          <w:tcPr>
            <w:tcW w:w="6746" w:type="dxa"/>
            <w:tcMar>
              <w:top w:w="90" w:type="dxa"/>
              <w:left w:w="100" w:type="dxa"/>
              <w:bottom w:w="90" w:type="dxa"/>
              <w:right w:w="100" w:type="dxa"/>
            </w:tcMar>
            <w:vAlign w:val="center"/>
          </w:tcPr>
          <w:p w14:paraId="638D38B4" w14:textId="77777777" w:rsidR="007E7D52" w:rsidRPr="00B5382E" w:rsidRDefault="007E7D52">
            <w:pPr>
              <w:rPr>
                <w:rFonts w:ascii="Times New Roman" w:hAnsi="Times New Roman" w:cs="Times New Roman"/>
              </w:rPr>
            </w:pPr>
          </w:p>
        </w:tc>
      </w:tr>
      <w:tr w:rsidR="007E7D52" w:rsidRPr="00B5382E" w14:paraId="0E66C429" w14:textId="77777777">
        <w:trPr>
          <w:jc w:val="center"/>
        </w:trPr>
        <w:tc>
          <w:tcPr>
            <w:tcW w:w="3005" w:type="dxa"/>
            <w:shd w:val="clear" w:color="auto" w:fill="EEF3F7"/>
            <w:tcMar>
              <w:top w:w="90" w:type="dxa"/>
              <w:left w:w="100" w:type="dxa"/>
              <w:bottom w:w="90" w:type="dxa"/>
              <w:right w:w="100" w:type="dxa"/>
            </w:tcMar>
            <w:vAlign w:val="center"/>
          </w:tcPr>
          <w:p w14:paraId="1AFD8FB9" w14:textId="7E7674F9" w:rsidR="007E7D52" w:rsidRPr="00B5382E" w:rsidRDefault="00794555">
            <w:pPr>
              <w:rPr>
                <w:rFonts w:ascii="Times New Roman" w:hAnsi="Times New Roman" w:cs="Times New Roman"/>
              </w:rPr>
            </w:pPr>
            <w:r w:rsidRPr="00B5382E">
              <w:rPr>
                <w:rFonts w:ascii="Times New Roman" w:hAnsi="Times New Roman" w:cs="Times New Roman"/>
                <w:b/>
                <w:color w:val="173F5F"/>
              </w:rPr>
              <w:t>Workplace / external collaborating institution</w:t>
            </w:r>
          </w:p>
        </w:tc>
        <w:tc>
          <w:tcPr>
            <w:tcW w:w="6746" w:type="dxa"/>
            <w:tcMar>
              <w:top w:w="90" w:type="dxa"/>
              <w:left w:w="100" w:type="dxa"/>
              <w:bottom w:w="90" w:type="dxa"/>
              <w:right w:w="100" w:type="dxa"/>
            </w:tcMar>
            <w:vAlign w:val="center"/>
          </w:tcPr>
          <w:p w14:paraId="0C7F6588" w14:textId="77777777" w:rsidR="007E7D52" w:rsidRPr="00B5382E" w:rsidRDefault="007E7D52">
            <w:pPr>
              <w:rPr>
                <w:rFonts w:ascii="Times New Roman" w:hAnsi="Times New Roman" w:cs="Times New Roman"/>
              </w:rPr>
            </w:pPr>
          </w:p>
        </w:tc>
      </w:tr>
      <w:tr w:rsidR="007E7D52" w:rsidRPr="00B5382E" w14:paraId="4E32745A" w14:textId="77777777">
        <w:trPr>
          <w:jc w:val="center"/>
        </w:trPr>
        <w:tc>
          <w:tcPr>
            <w:tcW w:w="3005" w:type="dxa"/>
            <w:shd w:val="clear" w:color="auto" w:fill="EEF3F7"/>
            <w:tcMar>
              <w:top w:w="90" w:type="dxa"/>
              <w:left w:w="100" w:type="dxa"/>
              <w:bottom w:w="90" w:type="dxa"/>
              <w:right w:w="100" w:type="dxa"/>
            </w:tcMar>
            <w:vAlign w:val="center"/>
          </w:tcPr>
          <w:p w14:paraId="178023C0" w14:textId="3E5BD586" w:rsidR="007E7D52" w:rsidRPr="00B5382E" w:rsidRDefault="00794555">
            <w:pPr>
              <w:rPr>
                <w:rFonts w:ascii="Times New Roman" w:hAnsi="Times New Roman" w:cs="Times New Roman"/>
              </w:rPr>
            </w:pPr>
            <w:r w:rsidRPr="00B5382E">
              <w:rPr>
                <w:rFonts w:ascii="Times New Roman" w:hAnsi="Times New Roman" w:cs="Times New Roman"/>
                <w:b/>
                <w:color w:val="173F5F"/>
              </w:rPr>
              <w:t>Date of discussion with the supervisor</w:t>
            </w:r>
          </w:p>
        </w:tc>
        <w:tc>
          <w:tcPr>
            <w:tcW w:w="6746" w:type="dxa"/>
            <w:tcMar>
              <w:top w:w="90" w:type="dxa"/>
              <w:left w:w="100" w:type="dxa"/>
              <w:bottom w:w="90" w:type="dxa"/>
              <w:right w:w="100" w:type="dxa"/>
            </w:tcMar>
            <w:vAlign w:val="center"/>
          </w:tcPr>
          <w:p w14:paraId="29E841D6" w14:textId="77777777" w:rsidR="007E7D52" w:rsidRPr="00B5382E" w:rsidRDefault="007E7D52">
            <w:pPr>
              <w:rPr>
                <w:rFonts w:ascii="Times New Roman" w:hAnsi="Times New Roman" w:cs="Times New Roman"/>
              </w:rPr>
            </w:pPr>
          </w:p>
        </w:tc>
      </w:tr>
    </w:tbl>
    <w:p w14:paraId="00A670B9" w14:textId="77777777" w:rsidR="007E7D52" w:rsidRPr="00B5382E" w:rsidRDefault="007E7D52">
      <w:pPr>
        <w:rPr>
          <w:rFonts w:ascii="Times New Roman" w:hAnsi="Times New Roman" w:cs="Times New Roman"/>
        </w:rPr>
      </w:pPr>
    </w:p>
    <w:p w14:paraId="0C3F1C63" w14:textId="77777777" w:rsidR="006F0BCF" w:rsidRPr="00B5382E" w:rsidRDefault="006F0BCF">
      <w:pPr>
        <w:rPr>
          <w:rFonts w:ascii="Times New Roman" w:hAnsi="Times New Roman" w:cs="Times New Roman"/>
        </w:rPr>
      </w:pPr>
    </w:p>
    <w:p w14:paraId="6C30B7C3" w14:textId="77777777" w:rsidR="006F0BCF" w:rsidRPr="00B5382E" w:rsidRDefault="006F0BCF">
      <w:pPr>
        <w:rPr>
          <w:rFonts w:ascii="Times New Roman" w:hAnsi="Times New Roman" w:cs="Times New Roman"/>
        </w:rPr>
      </w:pPr>
    </w:p>
    <w:p w14:paraId="2406A938" w14:textId="77777777" w:rsidR="006F0BCF" w:rsidRPr="00B5382E" w:rsidRDefault="006F0BCF">
      <w:pPr>
        <w:rPr>
          <w:rFonts w:ascii="Times New Roman" w:hAnsi="Times New Roman" w:cs="Times New Roman"/>
        </w:rPr>
      </w:pPr>
    </w:p>
    <w:p w14:paraId="2E967E78" w14:textId="77777777" w:rsidR="006F0BCF" w:rsidRPr="00B5382E" w:rsidRDefault="006F0BCF">
      <w:pPr>
        <w:rPr>
          <w:rFonts w:ascii="Times New Roman" w:hAnsi="Times New Roman" w:cs="Times New Roman"/>
        </w:rPr>
      </w:pPr>
    </w:p>
    <w:p w14:paraId="5E7E931D" w14:textId="77777777" w:rsidR="006F0BCF" w:rsidRPr="00B5382E" w:rsidRDefault="006F0BCF">
      <w:pPr>
        <w:rPr>
          <w:rFonts w:ascii="Times New Roman" w:hAnsi="Times New Roman" w:cs="Times New Roman"/>
        </w:rPr>
      </w:pPr>
    </w:p>
    <w:p w14:paraId="38DEB15A" w14:textId="77777777" w:rsidR="00FC0D67" w:rsidRPr="00B5382E" w:rsidRDefault="00FC0D67">
      <w:pPr>
        <w:rPr>
          <w:rFonts w:ascii="Times New Roman" w:hAnsi="Times New Roman" w:cs="Times New Roman"/>
        </w:rPr>
      </w:pPr>
    </w:p>
    <w:p w14:paraId="5246A029" w14:textId="77777777" w:rsidR="006F0BCF" w:rsidRPr="00B5382E" w:rsidRDefault="006F0BCF">
      <w:pPr>
        <w:rPr>
          <w:rFonts w:ascii="Times New Roman" w:hAnsi="Times New Roman" w:cs="Times New Roman"/>
        </w:rPr>
      </w:pPr>
    </w:p>
    <w:p w14:paraId="7A7B3642" w14:textId="77777777" w:rsidR="006F0BCF" w:rsidRPr="00B5382E" w:rsidRDefault="006F0BCF">
      <w:pPr>
        <w:rPr>
          <w:rFonts w:ascii="Times New Roman" w:hAnsi="Times New Roman" w:cs="Times New Roman"/>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ook w:val="04A0" w:firstRow="1" w:lastRow="0" w:firstColumn="1" w:lastColumn="0" w:noHBand="0" w:noVBand="1"/>
      </w:tblPr>
      <w:tblGrid>
        <w:gridCol w:w="9864"/>
      </w:tblGrid>
      <w:tr w:rsidR="007E7D52" w:rsidRPr="00B5382E" w14:paraId="42D25C27" w14:textId="77777777">
        <w:trPr>
          <w:jc w:val="center"/>
        </w:trPr>
        <w:tc>
          <w:tcPr>
            <w:tcW w:w="9866" w:type="dxa"/>
            <w:shd w:val="clear" w:color="auto" w:fill="173F5F"/>
            <w:tcMar>
              <w:top w:w="70" w:type="dxa"/>
              <w:left w:w="110" w:type="dxa"/>
              <w:bottom w:w="70" w:type="dxa"/>
              <w:right w:w="110" w:type="dxa"/>
            </w:tcMar>
          </w:tcPr>
          <w:p w14:paraId="63DD7B5C" w14:textId="75CB892A" w:rsidR="007E7D52" w:rsidRPr="00B5382E" w:rsidRDefault="00C1191B">
            <w:pPr>
              <w:pStyle w:val="SectionHeadingFZS"/>
              <w:spacing w:after="0"/>
              <w:rPr>
                <w:rFonts w:ascii="Times New Roman" w:hAnsi="Times New Roman" w:cs="Times New Roman"/>
              </w:rPr>
            </w:pPr>
            <w:r w:rsidRPr="00B5382E">
              <w:rPr>
                <w:rFonts w:ascii="Times New Roman" w:hAnsi="Times New Roman" w:cs="Times New Roman"/>
              </w:rPr>
              <w:lastRenderedPageBreak/>
              <w:t xml:space="preserve">2. </w:t>
            </w:r>
            <w:r w:rsidR="00C64D79" w:rsidRPr="00B5382E">
              <w:rPr>
                <w:rFonts w:ascii="Times New Roman" w:hAnsi="Times New Roman" w:cs="Times New Roman"/>
              </w:rPr>
              <w:t>Dissertation Project</w:t>
            </w:r>
          </w:p>
        </w:tc>
      </w:tr>
    </w:tbl>
    <w:p w14:paraId="1B2614F1" w14:textId="77777777" w:rsidR="007E7D52" w:rsidRPr="00B5382E" w:rsidRDefault="007E7D52">
      <w:pPr>
        <w:rPr>
          <w:rFonts w:ascii="Times New Roman" w:hAnsi="Times New Roman" w:cs="Times New Roman"/>
        </w:rPr>
      </w:pPr>
    </w:p>
    <w:tbl>
      <w:tblPr>
        <w:tblStyle w:val="Mkatabulky"/>
        <w:tblW w:w="0" w:type="auto"/>
        <w:jc w:val="center"/>
        <w:tblBorders>
          <w:top w:val="single" w:sz="8" w:space="0" w:color="B7C3CE"/>
          <w:left w:val="single" w:sz="8" w:space="0" w:color="B7C3CE"/>
          <w:bottom w:val="single" w:sz="8" w:space="0" w:color="B7C3CE"/>
          <w:right w:val="single" w:sz="8" w:space="0" w:color="B7C3CE"/>
          <w:insideH w:val="single" w:sz="8" w:space="0" w:color="B7C3CE"/>
          <w:insideV w:val="single" w:sz="8" w:space="0" w:color="B7C3CE"/>
        </w:tblBorders>
        <w:tblLook w:val="04A0" w:firstRow="1" w:lastRow="0" w:firstColumn="1" w:lastColumn="0" w:noHBand="0" w:noVBand="1"/>
      </w:tblPr>
      <w:tblGrid>
        <w:gridCol w:w="3118"/>
        <w:gridCol w:w="6633"/>
      </w:tblGrid>
      <w:tr w:rsidR="007E7D52" w:rsidRPr="00B5382E" w14:paraId="69F1791A" w14:textId="77777777">
        <w:trPr>
          <w:jc w:val="center"/>
        </w:trPr>
        <w:tc>
          <w:tcPr>
            <w:tcW w:w="3118" w:type="dxa"/>
            <w:shd w:val="clear" w:color="auto" w:fill="EEF3F7"/>
            <w:tcMar>
              <w:top w:w="90" w:type="dxa"/>
              <w:left w:w="100" w:type="dxa"/>
              <w:bottom w:w="90" w:type="dxa"/>
              <w:right w:w="100" w:type="dxa"/>
            </w:tcMar>
            <w:vAlign w:val="center"/>
          </w:tcPr>
          <w:p w14:paraId="1EFE340D" w14:textId="6C6C76A4" w:rsidR="007E7D52" w:rsidRPr="00B5382E" w:rsidRDefault="00C64D79">
            <w:pPr>
              <w:rPr>
                <w:rFonts w:ascii="Times New Roman" w:hAnsi="Times New Roman" w:cs="Times New Roman"/>
              </w:rPr>
            </w:pPr>
            <w:r w:rsidRPr="00B5382E">
              <w:rPr>
                <w:rFonts w:ascii="Times New Roman" w:hAnsi="Times New Roman" w:cs="Times New Roman"/>
                <w:b/>
                <w:color w:val="173F5F"/>
              </w:rPr>
              <w:t>Working title of the dissertation (</w:t>
            </w:r>
            <w:r w:rsidRPr="00B5382E">
              <w:rPr>
                <w:rFonts w:ascii="Times New Roman" w:hAnsi="Times New Roman" w:cs="Times New Roman"/>
                <w:b/>
                <w:color w:val="173F5F"/>
              </w:rPr>
              <w:t xml:space="preserve">in </w:t>
            </w:r>
            <w:r w:rsidRPr="00B5382E">
              <w:rPr>
                <w:rFonts w:ascii="Times New Roman" w:hAnsi="Times New Roman" w:cs="Times New Roman"/>
                <w:b/>
                <w:color w:val="173F5F"/>
              </w:rPr>
              <w:t>Czech)</w:t>
            </w:r>
          </w:p>
        </w:tc>
        <w:tc>
          <w:tcPr>
            <w:tcW w:w="6633" w:type="dxa"/>
            <w:tcMar>
              <w:top w:w="90" w:type="dxa"/>
              <w:left w:w="100" w:type="dxa"/>
              <w:bottom w:w="90" w:type="dxa"/>
              <w:right w:w="100" w:type="dxa"/>
            </w:tcMar>
            <w:vAlign w:val="center"/>
          </w:tcPr>
          <w:p w14:paraId="191F89AD" w14:textId="77777777" w:rsidR="007E7D52" w:rsidRPr="00B5382E" w:rsidRDefault="00C1191B">
            <w:pPr>
              <w:rPr>
                <w:rFonts w:ascii="Times New Roman" w:hAnsi="Times New Roman" w:cs="Times New Roman"/>
              </w:rPr>
            </w:pPr>
            <w:r w:rsidRPr="00B5382E">
              <w:rPr>
                <w:rFonts w:ascii="Times New Roman" w:hAnsi="Times New Roman" w:cs="Times New Roman"/>
              </w:rPr>
              <w:br/>
            </w:r>
            <w:r w:rsidRPr="00B5382E">
              <w:rPr>
                <w:rFonts w:ascii="Times New Roman" w:hAnsi="Times New Roman" w:cs="Times New Roman"/>
              </w:rPr>
              <w:br/>
            </w:r>
          </w:p>
        </w:tc>
      </w:tr>
      <w:tr w:rsidR="007E7D52" w:rsidRPr="00B5382E" w14:paraId="4D28C3D3" w14:textId="77777777">
        <w:trPr>
          <w:jc w:val="center"/>
        </w:trPr>
        <w:tc>
          <w:tcPr>
            <w:tcW w:w="3118" w:type="dxa"/>
            <w:shd w:val="clear" w:color="auto" w:fill="EEF3F7"/>
            <w:tcMar>
              <w:top w:w="90" w:type="dxa"/>
              <w:left w:w="100" w:type="dxa"/>
              <w:bottom w:w="90" w:type="dxa"/>
              <w:right w:w="100" w:type="dxa"/>
            </w:tcMar>
            <w:vAlign w:val="center"/>
          </w:tcPr>
          <w:p w14:paraId="6FBFD0AE" w14:textId="3DF5E75B" w:rsidR="007E7D52" w:rsidRPr="00B5382E" w:rsidRDefault="00C64D79">
            <w:pPr>
              <w:rPr>
                <w:rFonts w:ascii="Times New Roman" w:hAnsi="Times New Roman" w:cs="Times New Roman"/>
              </w:rPr>
            </w:pPr>
            <w:r w:rsidRPr="00B5382E">
              <w:rPr>
                <w:rFonts w:ascii="Times New Roman" w:hAnsi="Times New Roman" w:cs="Times New Roman"/>
                <w:b/>
                <w:color w:val="173F5F"/>
              </w:rPr>
              <w:t>Working title of the dissertation (</w:t>
            </w:r>
            <w:r w:rsidRPr="00B5382E">
              <w:rPr>
                <w:rFonts w:ascii="Times New Roman" w:hAnsi="Times New Roman" w:cs="Times New Roman"/>
                <w:b/>
                <w:color w:val="173F5F"/>
              </w:rPr>
              <w:t xml:space="preserve">in </w:t>
            </w:r>
            <w:r w:rsidRPr="00B5382E">
              <w:rPr>
                <w:rFonts w:ascii="Times New Roman" w:hAnsi="Times New Roman" w:cs="Times New Roman"/>
                <w:b/>
                <w:color w:val="173F5F"/>
              </w:rPr>
              <w:t>English)</w:t>
            </w:r>
          </w:p>
        </w:tc>
        <w:tc>
          <w:tcPr>
            <w:tcW w:w="6633" w:type="dxa"/>
            <w:tcMar>
              <w:top w:w="90" w:type="dxa"/>
              <w:left w:w="100" w:type="dxa"/>
              <w:bottom w:w="90" w:type="dxa"/>
              <w:right w:w="100" w:type="dxa"/>
            </w:tcMar>
            <w:vAlign w:val="center"/>
          </w:tcPr>
          <w:p w14:paraId="2CB5952E" w14:textId="77777777" w:rsidR="007E7D52" w:rsidRPr="00B5382E" w:rsidRDefault="00C1191B">
            <w:pPr>
              <w:rPr>
                <w:rFonts w:ascii="Times New Roman" w:hAnsi="Times New Roman" w:cs="Times New Roman"/>
              </w:rPr>
            </w:pPr>
            <w:r w:rsidRPr="00B5382E">
              <w:rPr>
                <w:rFonts w:ascii="Times New Roman" w:hAnsi="Times New Roman" w:cs="Times New Roman"/>
              </w:rPr>
              <w:br/>
            </w:r>
            <w:r w:rsidRPr="00B5382E">
              <w:rPr>
                <w:rFonts w:ascii="Times New Roman" w:hAnsi="Times New Roman" w:cs="Times New Roman"/>
              </w:rPr>
              <w:br/>
            </w:r>
          </w:p>
        </w:tc>
      </w:tr>
      <w:tr w:rsidR="007E7D52" w:rsidRPr="00B5382E" w14:paraId="5F8AD654" w14:textId="77777777">
        <w:trPr>
          <w:jc w:val="center"/>
        </w:trPr>
        <w:tc>
          <w:tcPr>
            <w:tcW w:w="3118" w:type="dxa"/>
            <w:shd w:val="clear" w:color="auto" w:fill="EEF3F7"/>
            <w:tcMar>
              <w:top w:w="90" w:type="dxa"/>
              <w:left w:w="100" w:type="dxa"/>
              <w:bottom w:w="90" w:type="dxa"/>
              <w:right w:w="100" w:type="dxa"/>
            </w:tcMar>
            <w:vAlign w:val="center"/>
          </w:tcPr>
          <w:p w14:paraId="2FED65BF" w14:textId="4A7D9750" w:rsidR="007E7D52" w:rsidRPr="00B5382E" w:rsidRDefault="00C64D79">
            <w:pPr>
              <w:rPr>
                <w:rFonts w:ascii="Times New Roman" w:hAnsi="Times New Roman" w:cs="Times New Roman"/>
              </w:rPr>
            </w:pPr>
            <w:r w:rsidRPr="00B5382E">
              <w:rPr>
                <w:rFonts w:ascii="Times New Roman" w:hAnsi="Times New Roman" w:cs="Times New Roman"/>
                <w:b/>
                <w:color w:val="173F5F"/>
              </w:rPr>
              <w:t>Keywords</w:t>
            </w:r>
          </w:p>
        </w:tc>
        <w:tc>
          <w:tcPr>
            <w:tcW w:w="6633" w:type="dxa"/>
            <w:tcMar>
              <w:top w:w="90" w:type="dxa"/>
              <w:left w:w="100" w:type="dxa"/>
              <w:bottom w:w="90" w:type="dxa"/>
              <w:right w:w="100" w:type="dxa"/>
            </w:tcMar>
            <w:vAlign w:val="center"/>
          </w:tcPr>
          <w:p w14:paraId="41652009" w14:textId="77777777" w:rsidR="007E7D52" w:rsidRPr="00B5382E" w:rsidRDefault="00C1191B">
            <w:pPr>
              <w:rPr>
                <w:rFonts w:ascii="Times New Roman" w:hAnsi="Times New Roman" w:cs="Times New Roman"/>
              </w:rPr>
            </w:pPr>
            <w:r w:rsidRPr="00B5382E">
              <w:rPr>
                <w:rFonts w:ascii="Times New Roman" w:hAnsi="Times New Roman" w:cs="Times New Roman"/>
              </w:rPr>
              <w:br/>
            </w:r>
          </w:p>
        </w:tc>
      </w:tr>
      <w:tr w:rsidR="007E7D52" w:rsidRPr="00B5382E" w14:paraId="06B6B3DF" w14:textId="77777777">
        <w:trPr>
          <w:jc w:val="center"/>
        </w:trPr>
        <w:tc>
          <w:tcPr>
            <w:tcW w:w="3118" w:type="dxa"/>
            <w:shd w:val="clear" w:color="auto" w:fill="EEF3F7"/>
            <w:tcMar>
              <w:top w:w="90" w:type="dxa"/>
              <w:left w:w="100" w:type="dxa"/>
              <w:bottom w:w="90" w:type="dxa"/>
              <w:right w:w="100" w:type="dxa"/>
            </w:tcMar>
            <w:vAlign w:val="center"/>
          </w:tcPr>
          <w:p w14:paraId="6C4D4548" w14:textId="3E8A66D9" w:rsidR="007E7D52" w:rsidRPr="00B5382E" w:rsidRDefault="00C64D79">
            <w:pPr>
              <w:rPr>
                <w:rFonts w:ascii="Times New Roman" w:hAnsi="Times New Roman" w:cs="Times New Roman"/>
              </w:rPr>
            </w:pPr>
            <w:r w:rsidRPr="00B5382E">
              <w:rPr>
                <w:rFonts w:ascii="Times New Roman" w:hAnsi="Times New Roman" w:cs="Times New Roman"/>
                <w:b/>
                <w:color w:val="173F5F"/>
              </w:rPr>
              <w:t>Background and relevance of the topic</w:t>
            </w:r>
          </w:p>
        </w:tc>
        <w:tc>
          <w:tcPr>
            <w:tcW w:w="6633" w:type="dxa"/>
            <w:tcMar>
              <w:top w:w="90" w:type="dxa"/>
              <w:left w:w="100" w:type="dxa"/>
              <w:bottom w:w="90" w:type="dxa"/>
              <w:right w:w="100" w:type="dxa"/>
            </w:tcMar>
            <w:vAlign w:val="center"/>
          </w:tcPr>
          <w:p w14:paraId="6B67C328" w14:textId="77777777" w:rsidR="007E7D52" w:rsidRPr="00B5382E" w:rsidRDefault="00C1191B">
            <w:pPr>
              <w:rPr>
                <w:rFonts w:ascii="Times New Roman" w:hAnsi="Times New Roman" w:cs="Times New Roman"/>
              </w:rPr>
            </w:pPr>
            <w:r w:rsidRPr="00B5382E">
              <w:rPr>
                <w:rFonts w:ascii="Times New Roman" w:hAnsi="Times New Roman" w:cs="Times New Roman"/>
              </w:rPr>
              <w:br/>
            </w:r>
            <w:r w:rsidRPr="00B5382E">
              <w:rPr>
                <w:rFonts w:ascii="Times New Roman" w:hAnsi="Times New Roman" w:cs="Times New Roman"/>
              </w:rPr>
              <w:br/>
            </w:r>
            <w:r w:rsidRPr="00B5382E">
              <w:rPr>
                <w:rFonts w:ascii="Times New Roman" w:hAnsi="Times New Roman" w:cs="Times New Roman"/>
              </w:rPr>
              <w:br/>
            </w:r>
            <w:r w:rsidRPr="00B5382E">
              <w:rPr>
                <w:rFonts w:ascii="Times New Roman" w:hAnsi="Times New Roman" w:cs="Times New Roman"/>
              </w:rPr>
              <w:br/>
            </w:r>
            <w:r w:rsidRPr="00B5382E">
              <w:rPr>
                <w:rFonts w:ascii="Times New Roman" w:hAnsi="Times New Roman" w:cs="Times New Roman"/>
              </w:rPr>
              <w:br/>
            </w:r>
          </w:p>
        </w:tc>
      </w:tr>
      <w:tr w:rsidR="007E7D52" w:rsidRPr="00B5382E" w14:paraId="64371683" w14:textId="77777777">
        <w:trPr>
          <w:jc w:val="center"/>
        </w:trPr>
        <w:tc>
          <w:tcPr>
            <w:tcW w:w="3118" w:type="dxa"/>
            <w:shd w:val="clear" w:color="auto" w:fill="EEF3F7"/>
            <w:tcMar>
              <w:top w:w="90" w:type="dxa"/>
              <w:left w:w="100" w:type="dxa"/>
              <w:bottom w:w="90" w:type="dxa"/>
              <w:right w:w="100" w:type="dxa"/>
            </w:tcMar>
            <w:vAlign w:val="center"/>
          </w:tcPr>
          <w:p w14:paraId="2A1F1980" w14:textId="59FF6669" w:rsidR="007E7D52" w:rsidRPr="00B5382E" w:rsidRDefault="00C64D79">
            <w:pPr>
              <w:rPr>
                <w:rFonts w:ascii="Times New Roman" w:hAnsi="Times New Roman" w:cs="Times New Roman"/>
              </w:rPr>
            </w:pPr>
            <w:r w:rsidRPr="00B5382E">
              <w:rPr>
                <w:rFonts w:ascii="Times New Roman" w:hAnsi="Times New Roman" w:cs="Times New Roman"/>
                <w:b/>
                <w:color w:val="173F5F"/>
              </w:rPr>
              <w:t>Objective of the thesis</w:t>
            </w:r>
          </w:p>
        </w:tc>
        <w:tc>
          <w:tcPr>
            <w:tcW w:w="6633" w:type="dxa"/>
            <w:tcMar>
              <w:top w:w="90" w:type="dxa"/>
              <w:left w:w="100" w:type="dxa"/>
              <w:bottom w:w="90" w:type="dxa"/>
              <w:right w:w="100" w:type="dxa"/>
            </w:tcMar>
            <w:vAlign w:val="center"/>
          </w:tcPr>
          <w:p w14:paraId="062212C7" w14:textId="77777777" w:rsidR="007E7D52" w:rsidRPr="00B5382E" w:rsidRDefault="00C1191B">
            <w:pPr>
              <w:rPr>
                <w:rFonts w:ascii="Times New Roman" w:hAnsi="Times New Roman" w:cs="Times New Roman"/>
              </w:rPr>
            </w:pPr>
            <w:r w:rsidRPr="00B5382E">
              <w:rPr>
                <w:rFonts w:ascii="Times New Roman" w:hAnsi="Times New Roman" w:cs="Times New Roman"/>
              </w:rPr>
              <w:br/>
            </w:r>
            <w:r w:rsidRPr="00B5382E">
              <w:rPr>
                <w:rFonts w:ascii="Times New Roman" w:hAnsi="Times New Roman" w:cs="Times New Roman"/>
                <w:color w:val="FF0000"/>
              </w:rPr>
              <w:br/>
            </w:r>
          </w:p>
        </w:tc>
      </w:tr>
      <w:tr w:rsidR="007E7D52" w:rsidRPr="00B5382E" w14:paraId="33C5A4B3" w14:textId="77777777">
        <w:trPr>
          <w:jc w:val="center"/>
        </w:trPr>
        <w:tc>
          <w:tcPr>
            <w:tcW w:w="3118" w:type="dxa"/>
            <w:shd w:val="clear" w:color="auto" w:fill="EEF3F7"/>
            <w:tcMar>
              <w:top w:w="90" w:type="dxa"/>
              <w:left w:w="100" w:type="dxa"/>
              <w:bottom w:w="90" w:type="dxa"/>
              <w:right w:w="100" w:type="dxa"/>
            </w:tcMar>
            <w:vAlign w:val="center"/>
          </w:tcPr>
          <w:p w14:paraId="30677E9A" w14:textId="139C8B30" w:rsidR="007E7D52" w:rsidRPr="00B5382E" w:rsidRDefault="00C64D79">
            <w:pPr>
              <w:rPr>
                <w:rFonts w:ascii="Times New Roman" w:hAnsi="Times New Roman" w:cs="Times New Roman"/>
              </w:rPr>
            </w:pPr>
            <w:r w:rsidRPr="00B5382E">
              <w:rPr>
                <w:rFonts w:ascii="Times New Roman" w:hAnsi="Times New Roman" w:cs="Times New Roman"/>
                <w:b/>
                <w:color w:val="173F5F"/>
              </w:rPr>
              <w:t>Research questions / hypotheses</w:t>
            </w:r>
          </w:p>
        </w:tc>
        <w:tc>
          <w:tcPr>
            <w:tcW w:w="6633" w:type="dxa"/>
            <w:tcMar>
              <w:top w:w="90" w:type="dxa"/>
              <w:left w:w="100" w:type="dxa"/>
              <w:bottom w:w="90" w:type="dxa"/>
              <w:right w:w="100" w:type="dxa"/>
            </w:tcMar>
            <w:vAlign w:val="center"/>
          </w:tcPr>
          <w:p w14:paraId="0D7099B6" w14:textId="77777777" w:rsidR="007E7D52" w:rsidRPr="00B5382E" w:rsidRDefault="00C1191B">
            <w:pPr>
              <w:rPr>
                <w:rFonts w:ascii="Times New Roman" w:hAnsi="Times New Roman" w:cs="Times New Roman"/>
              </w:rPr>
            </w:pPr>
            <w:r w:rsidRPr="00B5382E">
              <w:rPr>
                <w:rFonts w:ascii="Times New Roman" w:hAnsi="Times New Roman" w:cs="Times New Roman"/>
              </w:rPr>
              <w:br/>
            </w:r>
            <w:r w:rsidRPr="00B5382E">
              <w:rPr>
                <w:rFonts w:ascii="Times New Roman" w:hAnsi="Times New Roman" w:cs="Times New Roman"/>
              </w:rPr>
              <w:br/>
            </w:r>
            <w:r w:rsidRPr="00B5382E">
              <w:rPr>
                <w:rFonts w:ascii="Times New Roman" w:hAnsi="Times New Roman" w:cs="Times New Roman"/>
              </w:rPr>
              <w:br/>
            </w:r>
            <w:r w:rsidRPr="00B5382E">
              <w:rPr>
                <w:rFonts w:ascii="Times New Roman" w:hAnsi="Times New Roman" w:cs="Times New Roman"/>
              </w:rPr>
              <w:br/>
            </w:r>
          </w:p>
        </w:tc>
      </w:tr>
      <w:tr w:rsidR="007E7D52" w:rsidRPr="00B5382E" w14:paraId="24A83063" w14:textId="77777777">
        <w:trPr>
          <w:jc w:val="center"/>
        </w:trPr>
        <w:tc>
          <w:tcPr>
            <w:tcW w:w="3118" w:type="dxa"/>
            <w:shd w:val="clear" w:color="auto" w:fill="EEF3F7"/>
            <w:tcMar>
              <w:top w:w="90" w:type="dxa"/>
              <w:left w:w="100" w:type="dxa"/>
              <w:bottom w:w="90" w:type="dxa"/>
              <w:right w:w="100" w:type="dxa"/>
            </w:tcMar>
            <w:vAlign w:val="center"/>
          </w:tcPr>
          <w:p w14:paraId="404C28BD" w14:textId="1A5E0214" w:rsidR="007E7D52" w:rsidRPr="00B5382E" w:rsidRDefault="00C64D79">
            <w:pPr>
              <w:rPr>
                <w:rFonts w:ascii="Times New Roman" w:hAnsi="Times New Roman" w:cs="Times New Roman"/>
              </w:rPr>
            </w:pPr>
            <w:r w:rsidRPr="00B5382E">
              <w:rPr>
                <w:rFonts w:ascii="Times New Roman" w:hAnsi="Times New Roman" w:cs="Times New Roman"/>
                <w:b/>
                <w:color w:val="173F5F"/>
              </w:rPr>
              <w:t>Expected methodological approach</w:t>
            </w:r>
          </w:p>
        </w:tc>
        <w:tc>
          <w:tcPr>
            <w:tcW w:w="6633" w:type="dxa"/>
            <w:tcMar>
              <w:top w:w="90" w:type="dxa"/>
              <w:left w:w="100" w:type="dxa"/>
              <w:bottom w:w="90" w:type="dxa"/>
              <w:right w:w="100" w:type="dxa"/>
            </w:tcMar>
            <w:vAlign w:val="center"/>
          </w:tcPr>
          <w:p w14:paraId="44C3BFF7" w14:textId="192981F6" w:rsidR="007E7D52" w:rsidRPr="00B5382E" w:rsidRDefault="00C64D79">
            <w:pPr>
              <w:rPr>
                <w:rFonts w:ascii="Times New Roman" w:hAnsi="Times New Roman" w:cs="Times New Roman"/>
              </w:rPr>
            </w:pPr>
            <w:proofErr w:type="gramStart"/>
            <w:r w:rsidRPr="00B5382E">
              <w:rPr>
                <w:rFonts w:ascii="Times New Roman" w:hAnsi="Times New Roman" w:cs="Times New Roman"/>
              </w:rPr>
              <w:t>Type</w:t>
            </w:r>
            <w:proofErr w:type="gramEnd"/>
            <w:r w:rsidRPr="00B5382E">
              <w:rPr>
                <w:rFonts w:ascii="Times New Roman" w:hAnsi="Times New Roman" w:cs="Times New Roman"/>
              </w:rPr>
              <w:t xml:space="preserve"> of design, research sample, data sources, analytical procedures:</w:t>
            </w:r>
            <w:r w:rsidR="00C1191B" w:rsidRPr="00B5382E">
              <w:rPr>
                <w:rFonts w:ascii="Times New Roman" w:hAnsi="Times New Roman" w:cs="Times New Roman"/>
              </w:rPr>
              <w:br/>
            </w:r>
            <w:r w:rsidR="00C1191B" w:rsidRPr="00B5382E">
              <w:rPr>
                <w:rFonts w:ascii="Times New Roman" w:hAnsi="Times New Roman" w:cs="Times New Roman"/>
              </w:rPr>
              <w:br/>
            </w:r>
            <w:r w:rsidR="00C1191B" w:rsidRPr="00B5382E">
              <w:rPr>
                <w:rFonts w:ascii="Times New Roman" w:hAnsi="Times New Roman" w:cs="Times New Roman"/>
              </w:rPr>
              <w:br/>
            </w:r>
            <w:r w:rsidR="00C1191B" w:rsidRPr="00B5382E">
              <w:rPr>
                <w:rFonts w:ascii="Times New Roman" w:hAnsi="Times New Roman" w:cs="Times New Roman"/>
              </w:rPr>
              <w:br/>
            </w:r>
            <w:r w:rsidR="00C1191B" w:rsidRPr="00B5382E">
              <w:rPr>
                <w:rFonts w:ascii="Times New Roman" w:hAnsi="Times New Roman" w:cs="Times New Roman"/>
              </w:rPr>
              <w:br/>
            </w:r>
          </w:p>
        </w:tc>
      </w:tr>
      <w:tr w:rsidR="007E7D52" w:rsidRPr="00B5382E" w14:paraId="47DAE2A7" w14:textId="77777777">
        <w:trPr>
          <w:jc w:val="center"/>
        </w:trPr>
        <w:tc>
          <w:tcPr>
            <w:tcW w:w="3118" w:type="dxa"/>
            <w:shd w:val="clear" w:color="auto" w:fill="EEF3F7"/>
            <w:tcMar>
              <w:top w:w="90" w:type="dxa"/>
              <w:left w:w="100" w:type="dxa"/>
              <w:bottom w:w="90" w:type="dxa"/>
              <w:right w:w="100" w:type="dxa"/>
            </w:tcMar>
            <w:vAlign w:val="center"/>
          </w:tcPr>
          <w:p w14:paraId="63550EA5" w14:textId="2D97F95B" w:rsidR="007E7D52" w:rsidRPr="00B5382E" w:rsidRDefault="00C64D79">
            <w:pPr>
              <w:rPr>
                <w:rFonts w:ascii="Times New Roman" w:hAnsi="Times New Roman" w:cs="Times New Roman"/>
              </w:rPr>
            </w:pPr>
            <w:r w:rsidRPr="00B5382E">
              <w:rPr>
                <w:rFonts w:ascii="Times New Roman" w:hAnsi="Times New Roman" w:cs="Times New Roman"/>
                <w:b/>
                <w:color w:val="173F5F"/>
              </w:rPr>
              <w:t>Ethical and legal aspects</w:t>
            </w:r>
          </w:p>
        </w:tc>
        <w:tc>
          <w:tcPr>
            <w:tcW w:w="6633" w:type="dxa"/>
            <w:tcMar>
              <w:top w:w="90" w:type="dxa"/>
              <w:left w:w="100" w:type="dxa"/>
              <w:bottom w:w="90" w:type="dxa"/>
              <w:right w:w="100" w:type="dxa"/>
            </w:tcMar>
            <w:vAlign w:val="center"/>
          </w:tcPr>
          <w:p w14:paraId="511FB11F" w14:textId="0B0A6EAE" w:rsidR="007E7D52" w:rsidRPr="00B5382E" w:rsidRDefault="00C64D79">
            <w:pPr>
              <w:rPr>
                <w:rFonts w:ascii="Times New Roman" w:hAnsi="Times New Roman" w:cs="Times New Roman"/>
              </w:rPr>
            </w:pPr>
            <w:r w:rsidRPr="00B5382E">
              <w:rPr>
                <w:rFonts w:ascii="Times New Roman" w:hAnsi="Times New Roman" w:cs="Times New Roman"/>
              </w:rPr>
              <w:t>Necessity of ethical review, handling of sensitive data, institutional approvals, GDPR, etc.:</w:t>
            </w:r>
            <w:r w:rsidR="00C1191B" w:rsidRPr="00B5382E">
              <w:rPr>
                <w:rFonts w:ascii="Times New Roman" w:hAnsi="Times New Roman" w:cs="Times New Roman"/>
              </w:rPr>
              <w:br/>
            </w:r>
            <w:r w:rsidR="00C1191B" w:rsidRPr="00B5382E">
              <w:rPr>
                <w:rFonts w:ascii="Times New Roman" w:hAnsi="Times New Roman" w:cs="Times New Roman"/>
              </w:rPr>
              <w:br/>
            </w:r>
            <w:r w:rsidR="00C1191B" w:rsidRPr="00B5382E">
              <w:rPr>
                <w:rFonts w:ascii="Times New Roman" w:hAnsi="Times New Roman" w:cs="Times New Roman"/>
              </w:rPr>
              <w:br/>
            </w:r>
            <w:r w:rsidR="00C1191B" w:rsidRPr="00B5382E">
              <w:rPr>
                <w:rFonts w:ascii="Times New Roman" w:hAnsi="Times New Roman" w:cs="Times New Roman"/>
              </w:rPr>
              <w:br/>
            </w:r>
            <w:r w:rsidR="00C1191B" w:rsidRPr="00B5382E">
              <w:rPr>
                <w:rFonts w:ascii="Times New Roman" w:hAnsi="Times New Roman" w:cs="Times New Roman"/>
              </w:rPr>
              <w:br/>
            </w:r>
          </w:p>
        </w:tc>
      </w:tr>
      <w:tr w:rsidR="007E7D52" w:rsidRPr="00B5382E" w14:paraId="7F0FD523" w14:textId="77777777">
        <w:trPr>
          <w:jc w:val="center"/>
        </w:trPr>
        <w:tc>
          <w:tcPr>
            <w:tcW w:w="3118" w:type="dxa"/>
            <w:shd w:val="clear" w:color="auto" w:fill="EEF3F7"/>
            <w:tcMar>
              <w:top w:w="90" w:type="dxa"/>
              <w:left w:w="100" w:type="dxa"/>
              <w:bottom w:w="90" w:type="dxa"/>
              <w:right w:w="100" w:type="dxa"/>
            </w:tcMar>
            <w:vAlign w:val="center"/>
          </w:tcPr>
          <w:p w14:paraId="33360C31" w14:textId="69C2D8D6" w:rsidR="007E7D52" w:rsidRPr="00B5382E" w:rsidRDefault="00C64D79">
            <w:pPr>
              <w:rPr>
                <w:rFonts w:ascii="Times New Roman" w:hAnsi="Times New Roman" w:cs="Times New Roman"/>
              </w:rPr>
            </w:pPr>
            <w:r w:rsidRPr="00B5382E">
              <w:rPr>
                <w:rFonts w:ascii="Times New Roman" w:hAnsi="Times New Roman" w:cs="Times New Roman"/>
                <w:b/>
                <w:color w:val="173F5F"/>
              </w:rPr>
              <w:t>Expected professional and application contribution</w:t>
            </w:r>
          </w:p>
        </w:tc>
        <w:tc>
          <w:tcPr>
            <w:tcW w:w="6633" w:type="dxa"/>
            <w:tcMar>
              <w:top w:w="90" w:type="dxa"/>
              <w:left w:w="100" w:type="dxa"/>
              <w:bottom w:w="90" w:type="dxa"/>
              <w:right w:w="100" w:type="dxa"/>
            </w:tcMar>
            <w:vAlign w:val="center"/>
          </w:tcPr>
          <w:p w14:paraId="3B7E8061" w14:textId="77777777" w:rsidR="007E7D52" w:rsidRPr="00B5382E" w:rsidRDefault="00C1191B">
            <w:pPr>
              <w:rPr>
                <w:rFonts w:ascii="Times New Roman" w:hAnsi="Times New Roman" w:cs="Times New Roman"/>
              </w:rPr>
            </w:pPr>
            <w:r w:rsidRPr="00B5382E">
              <w:rPr>
                <w:rFonts w:ascii="Times New Roman" w:hAnsi="Times New Roman" w:cs="Times New Roman"/>
              </w:rPr>
              <w:br/>
            </w:r>
            <w:r w:rsidRPr="00B5382E">
              <w:rPr>
                <w:rFonts w:ascii="Times New Roman" w:hAnsi="Times New Roman" w:cs="Times New Roman"/>
              </w:rPr>
              <w:br/>
            </w:r>
            <w:r w:rsidRPr="00B5382E">
              <w:rPr>
                <w:rFonts w:ascii="Times New Roman" w:hAnsi="Times New Roman" w:cs="Times New Roman"/>
              </w:rPr>
              <w:br/>
            </w:r>
            <w:r w:rsidRPr="00B5382E">
              <w:rPr>
                <w:rFonts w:ascii="Times New Roman" w:hAnsi="Times New Roman" w:cs="Times New Roman"/>
              </w:rPr>
              <w:br/>
            </w:r>
          </w:p>
        </w:tc>
      </w:tr>
    </w:tbl>
    <w:p w14:paraId="1D709FFF" w14:textId="77777777" w:rsidR="007E7D52" w:rsidRPr="00B5382E" w:rsidRDefault="007E7D52">
      <w:pPr>
        <w:rPr>
          <w:rFonts w:ascii="Times New Roman" w:hAnsi="Times New Roman" w:cs="Times New Roman"/>
        </w:rPr>
      </w:pPr>
    </w:p>
    <w:p w14:paraId="04B6ABEB" w14:textId="77777777" w:rsidR="00FC0D67" w:rsidRPr="00B5382E" w:rsidRDefault="00FC0D67">
      <w:pPr>
        <w:rPr>
          <w:rFonts w:ascii="Times New Roman" w:hAnsi="Times New Roman" w:cs="Times New Roman"/>
        </w:rPr>
      </w:pPr>
    </w:p>
    <w:p w14:paraId="6EEE0546" w14:textId="77777777" w:rsidR="00FC0D67" w:rsidRPr="00B5382E" w:rsidRDefault="00FC0D67">
      <w:pPr>
        <w:rPr>
          <w:rFonts w:ascii="Times New Roman" w:hAnsi="Times New Roman" w:cs="Times New Roman"/>
        </w:rPr>
      </w:pPr>
    </w:p>
    <w:p w14:paraId="3C4D4365" w14:textId="77777777" w:rsidR="00FC0D67" w:rsidRPr="00B5382E" w:rsidRDefault="00FC0D67">
      <w:pPr>
        <w:rPr>
          <w:rFonts w:ascii="Times New Roman" w:hAnsi="Times New Roman" w:cs="Times New Roman"/>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ook w:val="04A0" w:firstRow="1" w:lastRow="0" w:firstColumn="1" w:lastColumn="0" w:noHBand="0" w:noVBand="1"/>
      </w:tblPr>
      <w:tblGrid>
        <w:gridCol w:w="9864"/>
      </w:tblGrid>
      <w:tr w:rsidR="007E7D52" w:rsidRPr="00B5382E" w14:paraId="7933B856" w14:textId="77777777">
        <w:trPr>
          <w:jc w:val="center"/>
        </w:trPr>
        <w:tc>
          <w:tcPr>
            <w:tcW w:w="9866" w:type="dxa"/>
            <w:shd w:val="clear" w:color="auto" w:fill="173F5F"/>
            <w:tcMar>
              <w:top w:w="70" w:type="dxa"/>
              <w:left w:w="110" w:type="dxa"/>
              <w:bottom w:w="70" w:type="dxa"/>
              <w:right w:w="110" w:type="dxa"/>
            </w:tcMar>
          </w:tcPr>
          <w:p w14:paraId="7B1F41FE" w14:textId="4088F6BA" w:rsidR="007E7D52" w:rsidRPr="00B5382E" w:rsidRDefault="00C1191B">
            <w:pPr>
              <w:pStyle w:val="SectionHeadingFZS"/>
              <w:spacing w:after="0"/>
              <w:rPr>
                <w:rFonts w:ascii="Times New Roman" w:hAnsi="Times New Roman" w:cs="Times New Roman"/>
              </w:rPr>
            </w:pPr>
            <w:r w:rsidRPr="00B5382E">
              <w:rPr>
                <w:rFonts w:ascii="Times New Roman" w:hAnsi="Times New Roman" w:cs="Times New Roman"/>
              </w:rPr>
              <w:t xml:space="preserve">3. </w:t>
            </w:r>
            <w:r w:rsidR="00C64D79" w:rsidRPr="00B5382E">
              <w:rPr>
                <w:rFonts w:ascii="Times New Roman" w:hAnsi="Times New Roman" w:cs="Times New Roman"/>
              </w:rPr>
              <w:t>Compulsory Study Subjects</w:t>
            </w:r>
          </w:p>
        </w:tc>
      </w:tr>
    </w:tbl>
    <w:p w14:paraId="5033C03D" w14:textId="77777777" w:rsidR="007E7D52" w:rsidRPr="00B5382E" w:rsidRDefault="007E7D52">
      <w:pPr>
        <w:rPr>
          <w:rFonts w:ascii="Times New Roman" w:hAnsi="Times New Roman" w:cs="Times New Roman"/>
        </w:rPr>
      </w:pPr>
    </w:p>
    <w:tbl>
      <w:tblPr>
        <w:tblW w:w="0" w:type="auto"/>
        <w:jc w:val="center"/>
        <w:tblBorders>
          <w:top w:val="single" w:sz="6" w:space="0" w:color="D6DEE5"/>
          <w:left w:val="single" w:sz="6" w:space="0" w:color="D6DEE5"/>
          <w:bottom w:val="single" w:sz="6" w:space="0" w:color="D6DEE5"/>
          <w:right w:val="single" w:sz="6" w:space="0" w:color="D6DEE5"/>
          <w:insideH w:val="single" w:sz="6" w:space="0" w:color="D6DEE5"/>
          <w:insideV w:val="single" w:sz="6" w:space="0" w:color="D6DEE5"/>
        </w:tblBorders>
        <w:tblLook w:val="04A0" w:firstRow="1" w:lastRow="0" w:firstColumn="1" w:lastColumn="0" w:noHBand="0" w:noVBand="1"/>
      </w:tblPr>
      <w:tblGrid>
        <w:gridCol w:w="9848"/>
      </w:tblGrid>
      <w:tr w:rsidR="007E7D52" w:rsidRPr="00B5382E" w14:paraId="25813C42" w14:textId="77777777">
        <w:trPr>
          <w:jc w:val="center"/>
        </w:trPr>
        <w:tc>
          <w:tcPr>
            <w:tcW w:w="9866" w:type="dxa"/>
            <w:shd w:val="clear" w:color="auto" w:fill="F3F5F7"/>
            <w:tcMar>
              <w:top w:w="120" w:type="dxa"/>
              <w:left w:w="120" w:type="dxa"/>
              <w:bottom w:w="120" w:type="dxa"/>
              <w:right w:w="120" w:type="dxa"/>
            </w:tcMar>
          </w:tcPr>
          <w:p w14:paraId="6C62CDE2" w14:textId="462FCE61" w:rsidR="007E7D52" w:rsidRPr="00B5382E" w:rsidRDefault="00C64D79">
            <w:pPr>
              <w:pStyle w:val="SmallNote"/>
              <w:rPr>
                <w:rFonts w:ascii="Times New Roman" w:hAnsi="Times New Roman" w:cs="Times New Roman"/>
              </w:rPr>
            </w:pPr>
            <w:r w:rsidRPr="00B5382E">
              <w:rPr>
                <w:rFonts w:ascii="Times New Roman" w:hAnsi="Times New Roman" w:cs="Times New Roman"/>
                <w:sz w:val="20"/>
                <w:szCs w:val="24"/>
              </w:rPr>
              <w:t xml:space="preserve">Compulsory subjects correspond to the structure of the doctoral study </w:t>
            </w:r>
            <w:proofErr w:type="spellStart"/>
            <w:r w:rsidRPr="00B5382E">
              <w:rPr>
                <w:rFonts w:ascii="Times New Roman" w:hAnsi="Times New Roman" w:cs="Times New Roman"/>
                <w:sz w:val="20"/>
                <w:szCs w:val="24"/>
              </w:rPr>
              <w:t>programme</w:t>
            </w:r>
            <w:proofErr w:type="spellEnd"/>
            <w:r w:rsidRPr="00B5382E">
              <w:rPr>
                <w:rFonts w:ascii="Times New Roman" w:hAnsi="Times New Roman" w:cs="Times New Roman"/>
                <w:sz w:val="20"/>
                <w:szCs w:val="24"/>
              </w:rPr>
              <w:t xml:space="preserve"> Healthcare Management and Efficiency. The student shall mark the planned and actual date of completion; any changes compared to the recommended schedule must be briefly justified.</w:t>
            </w:r>
          </w:p>
        </w:tc>
      </w:tr>
    </w:tbl>
    <w:p w14:paraId="69F16BD8" w14:textId="77777777" w:rsidR="007E7D52" w:rsidRPr="00B5382E" w:rsidRDefault="007E7D52">
      <w:pPr>
        <w:rPr>
          <w:rFonts w:ascii="Times New Roman" w:hAnsi="Times New Roman" w:cs="Times New Roman"/>
        </w:rPr>
      </w:pPr>
    </w:p>
    <w:tbl>
      <w:tblPr>
        <w:tblStyle w:val="Mkatabulky"/>
        <w:tblW w:w="0" w:type="auto"/>
        <w:jc w:val="center"/>
        <w:tblBorders>
          <w:top w:val="single" w:sz="8" w:space="0" w:color="B7C3CE"/>
          <w:left w:val="single" w:sz="8" w:space="0" w:color="B7C3CE"/>
          <w:bottom w:val="single" w:sz="8" w:space="0" w:color="B7C3CE"/>
          <w:right w:val="single" w:sz="8" w:space="0" w:color="B7C3CE"/>
          <w:insideH w:val="single" w:sz="8" w:space="0" w:color="B7C3CE"/>
          <w:insideV w:val="single" w:sz="8" w:space="0" w:color="B7C3CE"/>
        </w:tblBorders>
        <w:tblLook w:val="04A0" w:firstRow="1" w:lastRow="0" w:firstColumn="1" w:lastColumn="0" w:noHBand="0" w:noVBand="1"/>
      </w:tblPr>
      <w:tblGrid>
        <w:gridCol w:w="3625"/>
        <w:gridCol w:w="1460"/>
        <w:gridCol w:w="1530"/>
        <w:gridCol w:w="1530"/>
        <w:gridCol w:w="1699"/>
      </w:tblGrid>
      <w:tr w:rsidR="00C64D79" w:rsidRPr="00B5382E" w14:paraId="0B1EC9F8" w14:textId="77777777">
        <w:trPr>
          <w:tblHeader/>
          <w:jc w:val="center"/>
        </w:trPr>
        <w:tc>
          <w:tcPr>
            <w:tcW w:w="3628" w:type="dxa"/>
            <w:shd w:val="clear" w:color="auto" w:fill="DCE6F1"/>
            <w:tcMar>
              <w:top w:w="90" w:type="dxa"/>
              <w:left w:w="100" w:type="dxa"/>
              <w:bottom w:w="90" w:type="dxa"/>
              <w:right w:w="100" w:type="dxa"/>
            </w:tcMar>
            <w:vAlign w:val="center"/>
          </w:tcPr>
          <w:p w14:paraId="6DC31C53" w14:textId="0FC25405" w:rsidR="00C64D79" w:rsidRPr="00B5382E" w:rsidRDefault="00C64D79" w:rsidP="00C64D79">
            <w:pPr>
              <w:rPr>
                <w:rFonts w:ascii="Times New Roman" w:hAnsi="Times New Roman" w:cs="Times New Roman"/>
              </w:rPr>
            </w:pPr>
            <w:r w:rsidRPr="00B5382E">
              <w:rPr>
                <w:rStyle w:val="Siln"/>
                <w:rFonts w:ascii="Times New Roman" w:hAnsi="Times New Roman" w:cs="Times New Roman"/>
                <w:b w:val="0"/>
                <w:bCs w:val="0"/>
              </w:rPr>
              <w:t>Subject</w:t>
            </w:r>
          </w:p>
        </w:tc>
        <w:tc>
          <w:tcPr>
            <w:tcW w:w="1247" w:type="dxa"/>
            <w:shd w:val="clear" w:color="auto" w:fill="DCE6F1"/>
            <w:tcMar>
              <w:top w:w="90" w:type="dxa"/>
              <w:left w:w="100" w:type="dxa"/>
              <w:bottom w:w="90" w:type="dxa"/>
              <w:right w:w="100" w:type="dxa"/>
            </w:tcMar>
            <w:vAlign w:val="center"/>
          </w:tcPr>
          <w:p w14:paraId="71229AB4" w14:textId="7453CB02" w:rsidR="00C64D79" w:rsidRPr="00B5382E" w:rsidRDefault="00C64D79" w:rsidP="00C64D79">
            <w:pPr>
              <w:rPr>
                <w:rFonts w:ascii="Times New Roman" w:hAnsi="Times New Roman" w:cs="Times New Roman"/>
              </w:rPr>
            </w:pPr>
            <w:r w:rsidRPr="00B5382E">
              <w:rPr>
                <w:rStyle w:val="Siln"/>
                <w:rFonts w:ascii="Times New Roman" w:hAnsi="Times New Roman" w:cs="Times New Roman"/>
                <w:b w:val="0"/>
                <w:bCs w:val="0"/>
              </w:rPr>
              <w:t>Recommended Semester</w:t>
            </w:r>
          </w:p>
        </w:tc>
        <w:tc>
          <w:tcPr>
            <w:tcW w:w="1531" w:type="dxa"/>
            <w:shd w:val="clear" w:color="auto" w:fill="DCE6F1"/>
            <w:tcMar>
              <w:top w:w="90" w:type="dxa"/>
              <w:left w:w="100" w:type="dxa"/>
              <w:bottom w:w="90" w:type="dxa"/>
              <w:right w:w="100" w:type="dxa"/>
            </w:tcMar>
            <w:vAlign w:val="center"/>
          </w:tcPr>
          <w:p w14:paraId="5795E3A6" w14:textId="0C058888" w:rsidR="00C64D79" w:rsidRPr="00B5382E" w:rsidRDefault="00C64D79" w:rsidP="00C64D79">
            <w:pPr>
              <w:rPr>
                <w:rFonts w:ascii="Times New Roman" w:hAnsi="Times New Roman" w:cs="Times New Roman"/>
              </w:rPr>
            </w:pPr>
            <w:r w:rsidRPr="00B5382E">
              <w:rPr>
                <w:rStyle w:val="Siln"/>
                <w:rFonts w:ascii="Times New Roman" w:hAnsi="Times New Roman" w:cs="Times New Roman"/>
                <w:b w:val="0"/>
                <w:bCs w:val="0"/>
              </w:rPr>
              <w:t>Planned Date</w:t>
            </w:r>
          </w:p>
        </w:tc>
        <w:tc>
          <w:tcPr>
            <w:tcW w:w="1531" w:type="dxa"/>
            <w:shd w:val="clear" w:color="auto" w:fill="DCE6F1"/>
            <w:tcMar>
              <w:top w:w="90" w:type="dxa"/>
              <w:left w:w="100" w:type="dxa"/>
              <w:bottom w:w="90" w:type="dxa"/>
              <w:right w:w="100" w:type="dxa"/>
            </w:tcMar>
            <w:vAlign w:val="center"/>
          </w:tcPr>
          <w:p w14:paraId="2C4B45AD" w14:textId="5B277014" w:rsidR="00C64D79" w:rsidRPr="00B5382E" w:rsidRDefault="00C64D79" w:rsidP="00C64D79">
            <w:pPr>
              <w:rPr>
                <w:rFonts w:ascii="Times New Roman" w:hAnsi="Times New Roman" w:cs="Times New Roman"/>
              </w:rPr>
            </w:pPr>
            <w:proofErr w:type="gramStart"/>
            <w:r w:rsidRPr="00B5382E">
              <w:rPr>
                <w:rStyle w:val="Siln"/>
                <w:rFonts w:ascii="Times New Roman" w:hAnsi="Times New Roman" w:cs="Times New Roman"/>
                <w:b w:val="0"/>
                <w:bCs w:val="0"/>
              </w:rPr>
              <w:t>Actually Fulfilled</w:t>
            </w:r>
            <w:proofErr w:type="gramEnd"/>
          </w:p>
        </w:tc>
        <w:tc>
          <w:tcPr>
            <w:tcW w:w="1701" w:type="dxa"/>
            <w:shd w:val="clear" w:color="auto" w:fill="DCE6F1"/>
            <w:tcMar>
              <w:top w:w="90" w:type="dxa"/>
              <w:left w:w="100" w:type="dxa"/>
              <w:bottom w:w="90" w:type="dxa"/>
              <w:right w:w="100" w:type="dxa"/>
            </w:tcMar>
            <w:vAlign w:val="center"/>
          </w:tcPr>
          <w:p w14:paraId="5EBCC6AD" w14:textId="08D80C2F" w:rsidR="00C64D79" w:rsidRPr="00B5382E" w:rsidRDefault="00C64D79" w:rsidP="00C64D79">
            <w:pPr>
              <w:rPr>
                <w:rFonts w:ascii="Times New Roman" w:hAnsi="Times New Roman" w:cs="Times New Roman"/>
              </w:rPr>
            </w:pPr>
            <w:r w:rsidRPr="00B5382E">
              <w:rPr>
                <w:rStyle w:val="Siln"/>
                <w:rFonts w:ascii="Times New Roman" w:hAnsi="Times New Roman" w:cs="Times New Roman"/>
                <w:b w:val="0"/>
                <w:bCs w:val="0"/>
              </w:rPr>
              <w:t>Note</w:t>
            </w:r>
          </w:p>
        </w:tc>
      </w:tr>
      <w:tr w:rsidR="00C64D79" w:rsidRPr="00B5382E" w14:paraId="5F16D94C" w14:textId="77777777">
        <w:trPr>
          <w:jc w:val="center"/>
        </w:trPr>
        <w:tc>
          <w:tcPr>
            <w:tcW w:w="3628" w:type="dxa"/>
            <w:tcMar>
              <w:top w:w="90" w:type="dxa"/>
              <w:left w:w="100" w:type="dxa"/>
              <w:bottom w:w="90" w:type="dxa"/>
              <w:right w:w="100" w:type="dxa"/>
            </w:tcMar>
            <w:vAlign w:val="center"/>
          </w:tcPr>
          <w:p w14:paraId="3736F0E2" w14:textId="464181EC" w:rsidR="00C64D79" w:rsidRPr="00B5382E" w:rsidRDefault="00C64D79" w:rsidP="00C64D79">
            <w:pPr>
              <w:rPr>
                <w:rFonts w:ascii="Times New Roman" w:hAnsi="Times New Roman" w:cs="Times New Roman"/>
              </w:rPr>
            </w:pPr>
            <w:r w:rsidRPr="00B5382E">
              <w:rPr>
                <w:rFonts w:ascii="Times New Roman" w:hAnsi="Times New Roman" w:cs="Times New Roman"/>
              </w:rPr>
              <w:t>Methods of Scientific Work</w:t>
            </w:r>
          </w:p>
        </w:tc>
        <w:tc>
          <w:tcPr>
            <w:tcW w:w="1247" w:type="dxa"/>
            <w:tcMar>
              <w:top w:w="90" w:type="dxa"/>
              <w:left w:w="100" w:type="dxa"/>
              <w:bottom w:w="90" w:type="dxa"/>
              <w:right w:w="100" w:type="dxa"/>
            </w:tcMar>
            <w:vAlign w:val="center"/>
          </w:tcPr>
          <w:p w14:paraId="51C3D402" w14:textId="65B61D04" w:rsidR="00C64D79" w:rsidRPr="00B5382E" w:rsidRDefault="00C64D79" w:rsidP="00C64D79">
            <w:pPr>
              <w:rPr>
                <w:rFonts w:ascii="Times New Roman" w:hAnsi="Times New Roman" w:cs="Times New Roman"/>
              </w:rPr>
            </w:pPr>
            <w:r w:rsidRPr="00B5382E">
              <w:rPr>
                <w:rFonts w:ascii="Times New Roman" w:hAnsi="Times New Roman" w:cs="Times New Roman"/>
              </w:rPr>
              <w:t>1st</w:t>
            </w:r>
          </w:p>
        </w:tc>
        <w:tc>
          <w:tcPr>
            <w:tcW w:w="1531" w:type="dxa"/>
            <w:tcMar>
              <w:top w:w="90" w:type="dxa"/>
              <w:left w:w="100" w:type="dxa"/>
              <w:bottom w:w="90" w:type="dxa"/>
              <w:right w:w="100" w:type="dxa"/>
            </w:tcMar>
            <w:vAlign w:val="center"/>
          </w:tcPr>
          <w:p w14:paraId="60A93C9F" w14:textId="77777777" w:rsidR="00C64D79" w:rsidRPr="00B5382E" w:rsidRDefault="00C64D79" w:rsidP="00C64D79">
            <w:pPr>
              <w:rPr>
                <w:rFonts w:ascii="Times New Roman" w:hAnsi="Times New Roman" w:cs="Times New Roman"/>
              </w:rPr>
            </w:pPr>
          </w:p>
        </w:tc>
        <w:tc>
          <w:tcPr>
            <w:tcW w:w="1531" w:type="dxa"/>
            <w:tcMar>
              <w:top w:w="90" w:type="dxa"/>
              <w:left w:w="100" w:type="dxa"/>
              <w:bottom w:w="90" w:type="dxa"/>
              <w:right w:w="100" w:type="dxa"/>
            </w:tcMar>
            <w:vAlign w:val="center"/>
          </w:tcPr>
          <w:p w14:paraId="57878F2E" w14:textId="77777777" w:rsidR="00C64D79" w:rsidRPr="00B5382E" w:rsidRDefault="00C64D79" w:rsidP="00C64D79">
            <w:pPr>
              <w:rPr>
                <w:rFonts w:ascii="Times New Roman" w:hAnsi="Times New Roman" w:cs="Times New Roman"/>
              </w:rPr>
            </w:pPr>
          </w:p>
        </w:tc>
        <w:tc>
          <w:tcPr>
            <w:tcW w:w="1701" w:type="dxa"/>
            <w:tcMar>
              <w:top w:w="90" w:type="dxa"/>
              <w:left w:w="100" w:type="dxa"/>
              <w:bottom w:w="90" w:type="dxa"/>
              <w:right w:w="100" w:type="dxa"/>
            </w:tcMar>
            <w:vAlign w:val="center"/>
          </w:tcPr>
          <w:p w14:paraId="068CB560" w14:textId="77777777" w:rsidR="00C64D79" w:rsidRPr="00B5382E" w:rsidRDefault="00C64D79" w:rsidP="00C64D79">
            <w:pPr>
              <w:rPr>
                <w:rFonts w:ascii="Times New Roman" w:hAnsi="Times New Roman" w:cs="Times New Roman"/>
              </w:rPr>
            </w:pPr>
          </w:p>
        </w:tc>
      </w:tr>
      <w:tr w:rsidR="00C64D79" w:rsidRPr="00B5382E" w14:paraId="7A7187D4" w14:textId="77777777">
        <w:trPr>
          <w:jc w:val="center"/>
        </w:trPr>
        <w:tc>
          <w:tcPr>
            <w:tcW w:w="3628" w:type="dxa"/>
            <w:tcMar>
              <w:top w:w="90" w:type="dxa"/>
              <w:left w:w="100" w:type="dxa"/>
              <w:bottom w:w="90" w:type="dxa"/>
              <w:right w:w="100" w:type="dxa"/>
            </w:tcMar>
            <w:vAlign w:val="center"/>
          </w:tcPr>
          <w:p w14:paraId="0A9B2602" w14:textId="63721863" w:rsidR="00C64D79" w:rsidRPr="00B5382E" w:rsidRDefault="00C64D79" w:rsidP="00C64D79">
            <w:pPr>
              <w:rPr>
                <w:rFonts w:ascii="Times New Roman" w:hAnsi="Times New Roman" w:cs="Times New Roman"/>
              </w:rPr>
            </w:pPr>
            <w:r w:rsidRPr="00B5382E">
              <w:rPr>
                <w:rFonts w:ascii="Times New Roman" w:hAnsi="Times New Roman" w:cs="Times New Roman"/>
              </w:rPr>
              <w:t>Strategic Management and Leadership in Healthcare</w:t>
            </w:r>
          </w:p>
        </w:tc>
        <w:tc>
          <w:tcPr>
            <w:tcW w:w="1247" w:type="dxa"/>
            <w:tcMar>
              <w:top w:w="90" w:type="dxa"/>
              <w:left w:w="100" w:type="dxa"/>
              <w:bottom w:w="90" w:type="dxa"/>
              <w:right w:w="100" w:type="dxa"/>
            </w:tcMar>
            <w:vAlign w:val="center"/>
          </w:tcPr>
          <w:p w14:paraId="7D0DD5B1" w14:textId="4A446734" w:rsidR="00C64D79" w:rsidRPr="00B5382E" w:rsidRDefault="00C64D79" w:rsidP="00C64D79">
            <w:pPr>
              <w:rPr>
                <w:rFonts w:ascii="Times New Roman" w:hAnsi="Times New Roman" w:cs="Times New Roman"/>
              </w:rPr>
            </w:pPr>
            <w:r w:rsidRPr="00B5382E">
              <w:rPr>
                <w:rFonts w:ascii="Times New Roman" w:hAnsi="Times New Roman" w:cs="Times New Roman"/>
              </w:rPr>
              <w:t>1st</w:t>
            </w:r>
          </w:p>
        </w:tc>
        <w:tc>
          <w:tcPr>
            <w:tcW w:w="1531" w:type="dxa"/>
            <w:tcMar>
              <w:top w:w="90" w:type="dxa"/>
              <w:left w:w="100" w:type="dxa"/>
              <w:bottom w:w="90" w:type="dxa"/>
              <w:right w:w="100" w:type="dxa"/>
            </w:tcMar>
            <w:vAlign w:val="center"/>
          </w:tcPr>
          <w:p w14:paraId="16CBE5A2" w14:textId="77777777" w:rsidR="00C64D79" w:rsidRPr="00B5382E" w:rsidRDefault="00C64D79" w:rsidP="00C64D79">
            <w:pPr>
              <w:rPr>
                <w:rFonts w:ascii="Times New Roman" w:hAnsi="Times New Roman" w:cs="Times New Roman"/>
              </w:rPr>
            </w:pPr>
          </w:p>
        </w:tc>
        <w:tc>
          <w:tcPr>
            <w:tcW w:w="1531" w:type="dxa"/>
            <w:tcMar>
              <w:top w:w="90" w:type="dxa"/>
              <w:left w:w="100" w:type="dxa"/>
              <w:bottom w:w="90" w:type="dxa"/>
              <w:right w:w="100" w:type="dxa"/>
            </w:tcMar>
            <w:vAlign w:val="center"/>
          </w:tcPr>
          <w:p w14:paraId="273534EC" w14:textId="77777777" w:rsidR="00C64D79" w:rsidRPr="00B5382E" w:rsidRDefault="00C64D79" w:rsidP="00C64D79">
            <w:pPr>
              <w:rPr>
                <w:rFonts w:ascii="Times New Roman" w:hAnsi="Times New Roman" w:cs="Times New Roman"/>
              </w:rPr>
            </w:pPr>
          </w:p>
        </w:tc>
        <w:tc>
          <w:tcPr>
            <w:tcW w:w="1701" w:type="dxa"/>
            <w:tcMar>
              <w:top w:w="90" w:type="dxa"/>
              <w:left w:w="100" w:type="dxa"/>
              <w:bottom w:w="90" w:type="dxa"/>
              <w:right w:w="100" w:type="dxa"/>
            </w:tcMar>
            <w:vAlign w:val="center"/>
          </w:tcPr>
          <w:p w14:paraId="3F3BF6A2" w14:textId="77777777" w:rsidR="00C64D79" w:rsidRPr="00B5382E" w:rsidRDefault="00C64D79" w:rsidP="00C64D79">
            <w:pPr>
              <w:rPr>
                <w:rFonts w:ascii="Times New Roman" w:hAnsi="Times New Roman" w:cs="Times New Roman"/>
              </w:rPr>
            </w:pPr>
          </w:p>
        </w:tc>
      </w:tr>
      <w:tr w:rsidR="00C64D79" w:rsidRPr="00B5382E" w14:paraId="60FD1A93" w14:textId="77777777">
        <w:trPr>
          <w:jc w:val="center"/>
        </w:trPr>
        <w:tc>
          <w:tcPr>
            <w:tcW w:w="3628" w:type="dxa"/>
            <w:tcMar>
              <w:top w:w="90" w:type="dxa"/>
              <w:left w:w="100" w:type="dxa"/>
              <w:bottom w:w="90" w:type="dxa"/>
              <w:right w:w="100" w:type="dxa"/>
            </w:tcMar>
            <w:vAlign w:val="center"/>
          </w:tcPr>
          <w:p w14:paraId="7074CE31" w14:textId="2B756276" w:rsidR="00C64D79" w:rsidRPr="00B5382E" w:rsidRDefault="00C64D79" w:rsidP="00C64D79">
            <w:pPr>
              <w:rPr>
                <w:rFonts w:ascii="Times New Roman" w:hAnsi="Times New Roman" w:cs="Times New Roman"/>
              </w:rPr>
            </w:pPr>
            <w:r w:rsidRPr="00B5382E">
              <w:rPr>
                <w:rFonts w:ascii="Times New Roman" w:hAnsi="Times New Roman" w:cs="Times New Roman"/>
              </w:rPr>
              <w:t>Safety, Quality, and Sustainability in Healthcare</w:t>
            </w:r>
          </w:p>
        </w:tc>
        <w:tc>
          <w:tcPr>
            <w:tcW w:w="1247" w:type="dxa"/>
            <w:tcMar>
              <w:top w:w="90" w:type="dxa"/>
              <w:left w:w="100" w:type="dxa"/>
              <w:bottom w:w="90" w:type="dxa"/>
              <w:right w:w="100" w:type="dxa"/>
            </w:tcMar>
            <w:vAlign w:val="center"/>
          </w:tcPr>
          <w:p w14:paraId="4C172982" w14:textId="5F785F06" w:rsidR="00C64D79" w:rsidRPr="00B5382E" w:rsidRDefault="00C64D79" w:rsidP="00C64D79">
            <w:pPr>
              <w:rPr>
                <w:rFonts w:ascii="Times New Roman" w:hAnsi="Times New Roman" w:cs="Times New Roman"/>
              </w:rPr>
            </w:pPr>
            <w:r w:rsidRPr="00B5382E">
              <w:rPr>
                <w:rFonts w:ascii="Times New Roman" w:hAnsi="Times New Roman" w:cs="Times New Roman"/>
              </w:rPr>
              <w:t>2nd</w:t>
            </w:r>
          </w:p>
        </w:tc>
        <w:tc>
          <w:tcPr>
            <w:tcW w:w="1531" w:type="dxa"/>
            <w:tcMar>
              <w:top w:w="90" w:type="dxa"/>
              <w:left w:w="100" w:type="dxa"/>
              <w:bottom w:w="90" w:type="dxa"/>
              <w:right w:w="100" w:type="dxa"/>
            </w:tcMar>
            <w:vAlign w:val="center"/>
          </w:tcPr>
          <w:p w14:paraId="2FA035DF" w14:textId="77777777" w:rsidR="00C64D79" w:rsidRPr="00B5382E" w:rsidRDefault="00C64D79" w:rsidP="00C64D79">
            <w:pPr>
              <w:rPr>
                <w:rFonts w:ascii="Times New Roman" w:hAnsi="Times New Roman" w:cs="Times New Roman"/>
              </w:rPr>
            </w:pPr>
          </w:p>
        </w:tc>
        <w:tc>
          <w:tcPr>
            <w:tcW w:w="1531" w:type="dxa"/>
            <w:tcMar>
              <w:top w:w="90" w:type="dxa"/>
              <w:left w:w="100" w:type="dxa"/>
              <w:bottom w:w="90" w:type="dxa"/>
              <w:right w:w="100" w:type="dxa"/>
            </w:tcMar>
            <w:vAlign w:val="center"/>
          </w:tcPr>
          <w:p w14:paraId="303F7717" w14:textId="77777777" w:rsidR="00C64D79" w:rsidRPr="00B5382E" w:rsidRDefault="00C64D79" w:rsidP="00C64D79">
            <w:pPr>
              <w:rPr>
                <w:rFonts w:ascii="Times New Roman" w:hAnsi="Times New Roman" w:cs="Times New Roman"/>
              </w:rPr>
            </w:pPr>
          </w:p>
        </w:tc>
        <w:tc>
          <w:tcPr>
            <w:tcW w:w="1701" w:type="dxa"/>
            <w:tcMar>
              <w:top w:w="90" w:type="dxa"/>
              <w:left w:w="100" w:type="dxa"/>
              <w:bottom w:w="90" w:type="dxa"/>
              <w:right w:w="100" w:type="dxa"/>
            </w:tcMar>
            <w:vAlign w:val="center"/>
          </w:tcPr>
          <w:p w14:paraId="0DC88759" w14:textId="77777777" w:rsidR="00C64D79" w:rsidRPr="00B5382E" w:rsidRDefault="00C64D79" w:rsidP="00C64D79">
            <w:pPr>
              <w:rPr>
                <w:rFonts w:ascii="Times New Roman" w:hAnsi="Times New Roman" w:cs="Times New Roman"/>
              </w:rPr>
            </w:pPr>
          </w:p>
        </w:tc>
      </w:tr>
      <w:tr w:rsidR="00C64D79" w:rsidRPr="00B5382E" w14:paraId="0E3B0C5B" w14:textId="77777777">
        <w:trPr>
          <w:jc w:val="center"/>
        </w:trPr>
        <w:tc>
          <w:tcPr>
            <w:tcW w:w="3628" w:type="dxa"/>
            <w:tcMar>
              <w:top w:w="90" w:type="dxa"/>
              <w:left w:w="100" w:type="dxa"/>
              <w:bottom w:w="90" w:type="dxa"/>
              <w:right w:w="100" w:type="dxa"/>
            </w:tcMar>
            <w:vAlign w:val="center"/>
          </w:tcPr>
          <w:p w14:paraId="68F170E9" w14:textId="3314503C" w:rsidR="00C64D79" w:rsidRPr="00B5382E" w:rsidRDefault="00C64D79" w:rsidP="00C64D79">
            <w:pPr>
              <w:rPr>
                <w:rFonts w:ascii="Times New Roman" w:hAnsi="Times New Roman" w:cs="Times New Roman"/>
              </w:rPr>
            </w:pPr>
            <w:r w:rsidRPr="00B5382E">
              <w:rPr>
                <w:rFonts w:ascii="Times New Roman" w:hAnsi="Times New Roman" w:cs="Times New Roman"/>
              </w:rPr>
              <w:t>Financing Management of Healthcare Facilities</w:t>
            </w:r>
          </w:p>
        </w:tc>
        <w:tc>
          <w:tcPr>
            <w:tcW w:w="1247" w:type="dxa"/>
            <w:tcMar>
              <w:top w:w="90" w:type="dxa"/>
              <w:left w:w="100" w:type="dxa"/>
              <w:bottom w:w="90" w:type="dxa"/>
              <w:right w:w="100" w:type="dxa"/>
            </w:tcMar>
            <w:vAlign w:val="center"/>
          </w:tcPr>
          <w:p w14:paraId="11858FFC" w14:textId="75BFBAE6" w:rsidR="00C64D79" w:rsidRPr="00B5382E" w:rsidRDefault="00C64D79" w:rsidP="00C64D79">
            <w:pPr>
              <w:rPr>
                <w:rFonts w:ascii="Times New Roman" w:hAnsi="Times New Roman" w:cs="Times New Roman"/>
              </w:rPr>
            </w:pPr>
            <w:r w:rsidRPr="00B5382E">
              <w:rPr>
                <w:rFonts w:ascii="Times New Roman" w:hAnsi="Times New Roman" w:cs="Times New Roman"/>
              </w:rPr>
              <w:t>3rd</w:t>
            </w:r>
          </w:p>
        </w:tc>
        <w:tc>
          <w:tcPr>
            <w:tcW w:w="1531" w:type="dxa"/>
            <w:tcMar>
              <w:top w:w="90" w:type="dxa"/>
              <w:left w:w="100" w:type="dxa"/>
              <w:bottom w:w="90" w:type="dxa"/>
              <w:right w:w="100" w:type="dxa"/>
            </w:tcMar>
            <w:vAlign w:val="center"/>
          </w:tcPr>
          <w:p w14:paraId="4BF17B41" w14:textId="77777777" w:rsidR="00C64D79" w:rsidRPr="00B5382E" w:rsidRDefault="00C64D79" w:rsidP="00C64D79">
            <w:pPr>
              <w:rPr>
                <w:rFonts w:ascii="Times New Roman" w:hAnsi="Times New Roman" w:cs="Times New Roman"/>
              </w:rPr>
            </w:pPr>
          </w:p>
        </w:tc>
        <w:tc>
          <w:tcPr>
            <w:tcW w:w="1531" w:type="dxa"/>
            <w:tcMar>
              <w:top w:w="90" w:type="dxa"/>
              <w:left w:w="100" w:type="dxa"/>
              <w:bottom w:w="90" w:type="dxa"/>
              <w:right w:w="100" w:type="dxa"/>
            </w:tcMar>
            <w:vAlign w:val="center"/>
          </w:tcPr>
          <w:p w14:paraId="0A125C1C" w14:textId="77777777" w:rsidR="00C64D79" w:rsidRPr="00B5382E" w:rsidRDefault="00C64D79" w:rsidP="00C64D79">
            <w:pPr>
              <w:rPr>
                <w:rFonts w:ascii="Times New Roman" w:hAnsi="Times New Roman" w:cs="Times New Roman"/>
              </w:rPr>
            </w:pPr>
          </w:p>
        </w:tc>
        <w:tc>
          <w:tcPr>
            <w:tcW w:w="1701" w:type="dxa"/>
            <w:tcMar>
              <w:top w:w="90" w:type="dxa"/>
              <w:left w:w="100" w:type="dxa"/>
              <w:bottom w:w="90" w:type="dxa"/>
              <w:right w:w="100" w:type="dxa"/>
            </w:tcMar>
            <w:vAlign w:val="center"/>
          </w:tcPr>
          <w:p w14:paraId="7D645C6F" w14:textId="77777777" w:rsidR="00C64D79" w:rsidRPr="00B5382E" w:rsidRDefault="00C64D79" w:rsidP="00C64D79">
            <w:pPr>
              <w:rPr>
                <w:rFonts w:ascii="Times New Roman" w:hAnsi="Times New Roman" w:cs="Times New Roman"/>
              </w:rPr>
            </w:pPr>
          </w:p>
        </w:tc>
      </w:tr>
      <w:tr w:rsidR="00C64D79" w:rsidRPr="00B5382E" w14:paraId="4AFAE4C3" w14:textId="77777777">
        <w:trPr>
          <w:jc w:val="center"/>
        </w:trPr>
        <w:tc>
          <w:tcPr>
            <w:tcW w:w="3628" w:type="dxa"/>
            <w:tcMar>
              <w:top w:w="90" w:type="dxa"/>
              <w:left w:w="100" w:type="dxa"/>
              <w:bottom w:w="90" w:type="dxa"/>
              <w:right w:w="100" w:type="dxa"/>
            </w:tcMar>
            <w:vAlign w:val="center"/>
          </w:tcPr>
          <w:p w14:paraId="0A55C69E" w14:textId="4B355D16" w:rsidR="00C64D79" w:rsidRPr="00B5382E" w:rsidRDefault="00C64D79" w:rsidP="00C64D79">
            <w:pPr>
              <w:rPr>
                <w:rFonts w:ascii="Times New Roman" w:hAnsi="Times New Roman" w:cs="Times New Roman"/>
              </w:rPr>
            </w:pPr>
            <w:r w:rsidRPr="00B5382E">
              <w:rPr>
                <w:rFonts w:ascii="Times New Roman" w:hAnsi="Times New Roman" w:cs="Times New Roman"/>
              </w:rPr>
              <w:t>Statistics in Healthcare Management</w:t>
            </w:r>
          </w:p>
        </w:tc>
        <w:tc>
          <w:tcPr>
            <w:tcW w:w="1247" w:type="dxa"/>
            <w:tcMar>
              <w:top w:w="90" w:type="dxa"/>
              <w:left w:w="100" w:type="dxa"/>
              <w:bottom w:w="90" w:type="dxa"/>
              <w:right w:w="100" w:type="dxa"/>
            </w:tcMar>
            <w:vAlign w:val="center"/>
          </w:tcPr>
          <w:p w14:paraId="17B160C9" w14:textId="29DDE126" w:rsidR="00C64D79" w:rsidRPr="00B5382E" w:rsidRDefault="00C64D79" w:rsidP="00C64D79">
            <w:pPr>
              <w:rPr>
                <w:rFonts w:ascii="Times New Roman" w:hAnsi="Times New Roman" w:cs="Times New Roman"/>
              </w:rPr>
            </w:pPr>
            <w:r w:rsidRPr="00B5382E">
              <w:rPr>
                <w:rFonts w:ascii="Times New Roman" w:hAnsi="Times New Roman" w:cs="Times New Roman"/>
              </w:rPr>
              <w:t>4th</w:t>
            </w:r>
          </w:p>
        </w:tc>
        <w:tc>
          <w:tcPr>
            <w:tcW w:w="1531" w:type="dxa"/>
            <w:tcMar>
              <w:top w:w="90" w:type="dxa"/>
              <w:left w:w="100" w:type="dxa"/>
              <w:bottom w:w="90" w:type="dxa"/>
              <w:right w:w="100" w:type="dxa"/>
            </w:tcMar>
            <w:vAlign w:val="center"/>
          </w:tcPr>
          <w:p w14:paraId="0ADABA24" w14:textId="77777777" w:rsidR="00C64D79" w:rsidRPr="00B5382E" w:rsidRDefault="00C64D79" w:rsidP="00C64D79">
            <w:pPr>
              <w:rPr>
                <w:rFonts w:ascii="Times New Roman" w:hAnsi="Times New Roman" w:cs="Times New Roman"/>
              </w:rPr>
            </w:pPr>
          </w:p>
        </w:tc>
        <w:tc>
          <w:tcPr>
            <w:tcW w:w="1531" w:type="dxa"/>
            <w:tcMar>
              <w:top w:w="90" w:type="dxa"/>
              <w:left w:w="100" w:type="dxa"/>
              <w:bottom w:w="90" w:type="dxa"/>
              <w:right w:w="100" w:type="dxa"/>
            </w:tcMar>
            <w:vAlign w:val="center"/>
          </w:tcPr>
          <w:p w14:paraId="0423B69F" w14:textId="77777777" w:rsidR="00C64D79" w:rsidRPr="00B5382E" w:rsidRDefault="00C64D79" w:rsidP="00C64D79">
            <w:pPr>
              <w:rPr>
                <w:rFonts w:ascii="Times New Roman" w:hAnsi="Times New Roman" w:cs="Times New Roman"/>
              </w:rPr>
            </w:pPr>
          </w:p>
        </w:tc>
        <w:tc>
          <w:tcPr>
            <w:tcW w:w="1701" w:type="dxa"/>
            <w:tcMar>
              <w:top w:w="90" w:type="dxa"/>
              <w:left w:w="100" w:type="dxa"/>
              <w:bottom w:w="90" w:type="dxa"/>
              <w:right w:w="100" w:type="dxa"/>
            </w:tcMar>
            <w:vAlign w:val="center"/>
          </w:tcPr>
          <w:p w14:paraId="6921A66F" w14:textId="77777777" w:rsidR="00C64D79" w:rsidRPr="00B5382E" w:rsidRDefault="00C64D79" w:rsidP="00C64D79">
            <w:pPr>
              <w:rPr>
                <w:rFonts w:ascii="Times New Roman" w:hAnsi="Times New Roman" w:cs="Times New Roman"/>
              </w:rPr>
            </w:pPr>
          </w:p>
        </w:tc>
      </w:tr>
    </w:tbl>
    <w:p w14:paraId="1626F106" w14:textId="77777777" w:rsidR="007E7D52" w:rsidRPr="00B5382E" w:rsidRDefault="007E7D52">
      <w:pPr>
        <w:rPr>
          <w:rFonts w:ascii="Times New Roman" w:hAnsi="Times New Roman" w:cs="Times New Roman"/>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ook w:val="04A0" w:firstRow="1" w:lastRow="0" w:firstColumn="1" w:lastColumn="0" w:noHBand="0" w:noVBand="1"/>
      </w:tblPr>
      <w:tblGrid>
        <w:gridCol w:w="9864"/>
      </w:tblGrid>
      <w:tr w:rsidR="007E7D52" w:rsidRPr="00B5382E" w14:paraId="66753667" w14:textId="77777777">
        <w:trPr>
          <w:jc w:val="center"/>
        </w:trPr>
        <w:tc>
          <w:tcPr>
            <w:tcW w:w="9866" w:type="dxa"/>
            <w:shd w:val="clear" w:color="auto" w:fill="173F5F"/>
            <w:tcMar>
              <w:top w:w="70" w:type="dxa"/>
              <w:left w:w="110" w:type="dxa"/>
              <w:bottom w:w="70" w:type="dxa"/>
              <w:right w:w="110" w:type="dxa"/>
            </w:tcMar>
          </w:tcPr>
          <w:p w14:paraId="6EF92109" w14:textId="00E133D8" w:rsidR="007E7D52" w:rsidRPr="00B5382E" w:rsidRDefault="00C1191B">
            <w:pPr>
              <w:pStyle w:val="SectionHeadingFZS"/>
              <w:spacing w:after="0"/>
              <w:rPr>
                <w:rFonts w:ascii="Times New Roman" w:hAnsi="Times New Roman" w:cs="Times New Roman"/>
              </w:rPr>
            </w:pPr>
            <w:r w:rsidRPr="00B5382E">
              <w:rPr>
                <w:rFonts w:ascii="Times New Roman" w:hAnsi="Times New Roman" w:cs="Times New Roman"/>
              </w:rPr>
              <w:t xml:space="preserve">4. </w:t>
            </w:r>
            <w:r w:rsidR="00C64D79" w:rsidRPr="00B5382E">
              <w:rPr>
                <w:rFonts w:ascii="Times New Roman" w:hAnsi="Times New Roman" w:cs="Times New Roman"/>
              </w:rPr>
              <w:t>Compulsory Elective Subjects</w:t>
            </w:r>
          </w:p>
        </w:tc>
      </w:tr>
    </w:tbl>
    <w:p w14:paraId="39B4E90E" w14:textId="77777777" w:rsidR="007E7D52" w:rsidRPr="00B5382E" w:rsidRDefault="007E7D52">
      <w:pPr>
        <w:rPr>
          <w:rFonts w:ascii="Times New Roman" w:hAnsi="Times New Roman" w:cs="Times New Roman"/>
        </w:rPr>
      </w:pPr>
    </w:p>
    <w:tbl>
      <w:tblPr>
        <w:tblW w:w="0" w:type="auto"/>
        <w:jc w:val="center"/>
        <w:tblBorders>
          <w:top w:val="single" w:sz="6" w:space="0" w:color="D6DEE5"/>
          <w:left w:val="single" w:sz="6" w:space="0" w:color="D6DEE5"/>
          <w:bottom w:val="single" w:sz="6" w:space="0" w:color="D6DEE5"/>
          <w:right w:val="single" w:sz="6" w:space="0" w:color="D6DEE5"/>
          <w:insideH w:val="single" w:sz="6" w:space="0" w:color="D6DEE5"/>
          <w:insideV w:val="single" w:sz="6" w:space="0" w:color="D6DEE5"/>
        </w:tblBorders>
        <w:tblLook w:val="04A0" w:firstRow="1" w:lastRow="0" w:firstColumn="1" w:lastColumn="0" w:noHBand="0" w:noVBand="1"/>
      </w:tblPr>
      <w:tblGrid>
        <w:gridCol w:w="9848"/>
      </w:tblGrid>
      <w:tr w:rsidR="007E7D52" w:rsidRPr="00B5382E" w14:paraId="5E71C712" w14:textId="77777777">
        <w:trPr>
          <w:jc w:val="center"/>
        </w:trPr>
        <w:tc>
          <w:tcPr>
            <w:tcW w:w="9866" w:type="dxa"/>
            <w:shd w:val="clear" w:color="auto" w:fill="F3F5F7"/>
            <w:tcMar>
              <w:top w:w="120" w:type="dxa"/>
              <w:left w:w="120" w:type="dxa"/>
              <w:bottom w:w="120" w:type="dxa"/>
              <w:right w:w="120" w:type="dxa"/>
            </w:tcMar>
          </w:tcPr>
          <w:p w14:paraId="6C5D9D8B" w14:textId="7EA1BE1E" w:rsidR="007E7D52" w:rsidRPr="00B5382E" w:rsidRDefault="00C64D79">
            <w:pPr>
              <w:pStyle w:val="SmallNote"/>
              <w:rPr>
                <w:rFonts w:ascii="Times New Roman" w:hAnsi="Times New Roman" w:cs="Times New Roman"/>
              </w:rPr>
            </w:pPr>
            <w:r w:rsidRPr="00B5382E">
              <w:rPr>
                <w:rFonts w:ascii="Times New Roman" w:hAnsi="Times New Roman" w:cs="Times New Roman"/>
                <w:sz w:val="21"/>
                <w:szCs w:val="28"/>
              </w:rPr>
              <w:t>The student shall complete at least two compulsory elective subjects approved by the supervisor. The selected subjects and the plan for their fulfillment shall be marked in the table; other relevant subjects from FZS UJEP or UJEP may also be added.</w:t>
            </w:r>
          </w:p>
        </w:tc>
      </w:tr>
    </w:tbl>
    <w:p w14:paraId="4DEED4D4" w14:textId="77777777" w:rsidR="007E7D52" w:rsidRPr="00B5382E" w:rsidRDefault="007E7D52">
      <w:pPr>
        <w:rPr>
          <w:rFonts w:ascii="Times New Roman" w:hAnsi="Times New Roman" w:cs="Times New Roman"/>
        </w:rPr>
      </w:pPr>
    </w:p>
    <w:tbl>
      <w:tblPr>
        <w:tblStyle w:val="Mkatabulky"/>
        <w:tblW w:w="0" w:type="auto"/>
        <w:jc w:val="center"/>
        <w:tblBorders>
          <w:top w:val="single" w:sz="8" w:space="0" w:color="B7C3CE"/>
          <w:left w:val="single" w:sz="8" w:space="0" w:color="B7C3CE"/>
          <w:bottom w:val="single" w:sz="8" w:space="0" w:color="B7C3CE"/>
          <w:right w:val="single" w:sz="8" w:space="0" w:color="B7C3CE"/>
          <w:insideH w:val="single" w:sz="8" w:space="0" w:color="B7C3CE"/>
          <w:insideV w:val="single" w:sz="8" w:space="0" w:color="B7C3CE"/>
        </w:tblBorders>
        <w:tblLook w:val="04A0" w:firstRow="1" w:lastRow="0" w:firstColumn="1" w:lastColumn="0" w:noHBand="0" w:noVBand="1"/>
      </w:tblPr>
      <w:tblGrid>
        <w:gridCol w:w="935"/>
        <w:gridCol w:w="3969"/>
        <w:gridCol w:w="1417"/>
        <w:gridCol w:w="1417"/>
        <w:gridCol w:w="1701"/>
      </w:tblGrid>
      <w:tr w:rsidR="00C64D79" w:rsidRPr="00B5382E" w14:paraId="2FC85B78" w14:textId="77777777" w:rsidTr="00C64D79">
        <w:trPr>
          <w:tblHeader/>
          <w:jc w:val="center"/>
        </w:trPr>
        <w:tc>
          <w:tcPr>
            <w:tcW w:w="935" w:type="dxa"/>
            <w:shd w:val="clear" w:color="auto" w:fill="DCE6F1"/>
            <w:tcMar>
              <w:top w:w="90" w:type="dxa"/>
              <w:left w:w="100" w:type="dxa"/>
              <w:bottom w:w="90" w:type="dxa"/>
              <w:right w:w="100" w:type="dxa"/>
            </w:tcMar>
            <w:vAlign w:val="center"/>
          </w:tcPr>
          <w:p w14:paraId="5E67BA4E" w14:textId="151FA19D" w:rsidR="00C64D79" w:rsidRPr="00B5382E" w:rsidRDefault="00C64D79" w:rsidP="00C64D79">
            <w:pPr>
              <w:rPr>
                <w:rFonts w:ascii="Times New Roman" w:hAnsi="Times New Roman" w:cs="Times New Roman"/>
                <w:b/>
                <w:bCs/>
              </w:rPr>
            </w:pPr>
            <w:r w:rsidRPr="00B5382E">
              <w:rPr>
                <w:rStyle w:val="Siln"/>
                <w:rFonts w:ascii="Times New Roman" w:hAnsi="Times New Roman" w:cs="Times New Roman"/>
                <w:b w:val="0"/>
                <w:bCs w:val="0"/>
              </w:rPr>
              <w:t>Selected</w:t>
            </w:r>
          </w:p>
        </w:tc>
        <w:tc>
          <w:tcPr>
            <w:tcW w:w="3969" w:type="dxa"/>
            <w:shd w:val="clear" w:color="auto" w:fill="DCE6F1"/>
            <w:tcMar>
              <w:top w:w="90" w:type="dxa"/>
              <w:left w:w="100" w:type="dxa"/>
              <w:bottom w:w="90" w:type="dxa"/>
              <w:right w:w="100" w:type="dxa"/>
            </w:tcMar>
            <w:vAlign w:val="center"/>
          </w:tcPr>
          <w:p w14:paraId="4C6334C0" w14:textId="68F0B33B" w:rsidR="00C64D79" w:rsidRPr="00B5382E" w:rsidRDefault="00C64D79" w:rsidP="00C64D79">
            <w:pPr>
              <w:rPr>
                <w:rFonts w:ascii="Times New Roman" w:hAnsi="Times New Roman" w:cs="Times New Roman"/>
                <w:b/>
                <w:bCs/>
              </w:rPr>
            </w:pPr>
            <w:r w:rsidRPr="00B5382E">
              <w:rPr>
                <w:rStyle w:val="Siln"/>
                <w:rFonts w:ascii="Times New Roman" w:hAnsi="Times New Roman" w:cs="Times New Roman"/>
                <w:b w:val="0"/>
                <w:bCs w:val="0"/>
              </w:rPr>
              <w:t>Subject</w:t>
            </w:r>
          </w:p>
        </w:tc>
        <w:tc>
          <w:tcPr>
            <w:tcW w:w="1417" w:type="dxa"/>
            <w:shd w:val="clear" w:color="auto" w:fill="DCE6F1"/>
            <w:tcMar>
              <w:top w:w="90" w:type="dxa"/>
              <w:left w:w="100" w:type="dxa"/>
              <w:bottom w:w="90" w:type="dxa"/>
              <w:right w:w="100" w:type="dxa"/>
            </w:tcMar>
            <w:vAlign w:val="center"/>
          </w:tcPr>
          <w:p w14:paraId="14EB919B" w14:textId="537B8368" w:rsidR="00C64D79" w:rsidRPr="00B5382E" w:rsidRDefault="00C64D79" w:rsidP="00C64D79">
            <w:pPr>
              <w:rPr>
                <w:rFonts w:ascii="Times New Roman" w:hAnsi="Times New Roman" w:cs="Times New Roman"/>
                <w:b/>
                <w:bCs/>
              </w:rPr>
            </w:pPr>
            <w:r w:rsidRPr="00B5382E">
              <w:rPr>
                <w:rStyle w:val="Siln"/>
                <w:rFonts w:ascii="Times New Roman" w:hAnsi="Times New Roman" w:cs="Times New Roman"/>
                <w:b w:val="0"/>
                <w:bCs w:val="0"/>
              </w:rPr>
              <w:t>Planned Semester</w:t>
            </w:r>
          </w:p>
        </w:tc>
        <w:tc>
          <w:tcPr>
            <w:tcW w:w="1417" w:type="dxa"/>
            <w:shd w:val="clear" w:color="auto" w:fill="DCE6F1"/>
            <w:tcMar>
              <w:top w:w="90" w:type="dxa"/>
              <w:left w:w="100" w:type="dxa"/>
              <w:bottom w:w="90" w:type="dxa"/>
              <w:right w:w="100" w:type="dxa"/>
            </w:tcMar>
            <w:vAlign w:val="center"/>
          </w:tcPr>
          <w:p w14:paraId="2C3D9158" w14:textId="279DBCAD" w:rsidR="00C64D79" w:rsidRPr="00B5382E" w:rsidRDefault="00C64D79" w:rsidP="00C64D79">
            <w:pPr>
              <w:rPr>
                <w:rFonts w:ascii="Times New Roman" w:hAnsi="Times New Roman" w:cs="Times New Roman"/>
                <w:b/>
                <w:bCs/>
              </w:rPr>
            </w:pPr>
            <w:proofErr w:type="gramStart"/>
            <w:r w:rsidRPr="00B5382E">
              <w:rPr>
                <w:rStyle w:val="Siln"/>
                <w:rFonts w:ascii="Times New Roman" w:hAnsi="Times New Roman" w:cs="Times New Roman"/>
                <w:b w:val="0"/>
                <w:bCs w:val="0"/>
              </w:rPr>
              <w:t>Actually Fulfilled</w:t>
            </w:r>
            <w:proofErr w:type="gramEnd"/>
          </w:p>
        </w:tc>
        <w:tc>
          <w:tcPr>
            <w:tcW w:w="1701" w:type="dxa"/>
            <w:shd w:val="clear" w:color="auto" w:fill="DCE6F1"/>
            <w:tcMar>
              <w:top w:w="90" w:type="dxa"/>
              <w:left w:w="100" w:type="dxa"/>
              <w:bottom w:w="90" w:type="dxa"/>
              <w:right w:w="100" w:type="dxa"/>
            </w:tcMar>
            <w:vAlign w:val="center"/>
          </w:tcPr>
          <w:p w14:paraId="50FDB2FC" w14:textId="06FEB865" w:rsidR="00C64D79" w:rsidRPr="00B5382E" w:rsidRDefault="00C64D79" w:rsidP="00C64D79">
            <w:pPr>
              <w:rPr>
                <w:rFonts w:ascii="Times New Roman" w:hAnsi="Times New Roman" w:cs="Times New Roman"/>
                <w:b/>
                <w:bCs/>
              </w:rPr>
            </w:pPr>
            <w:r w:rsidRPr="00B5382E">
              <w:rPr>
                <w:rStyle w:val="Siln"/>
                <w:rFonts w:ascii="Times New Roman" w:hAnsi="Times New Roman" w:cs="Times New Roman"/>
                <w:b w:val="0"/>
                <w:bCs w:val="0"/>
              </w:rPr>
              <w:t>Note</w:t>
            </w:r>
          </w:p>
        </w:tc>
      </w:tr>
      <w:tr w:rsidR="00C64D79" w:rsidRPr="00B5382E" w14:paraId="648A9A4E" w14:textId="77777777" w:rsidTr="00C64D79">
        <w:trPr>
          <w:jc w:val="center"/>
        </w:trPr>
        <w:tc>
          <w:tcPr>
            <w:tcW w:w="935" w:type="dxa"/>
            <w:tcMar>
              <w:top w:w="90" w:type="dxa"/>
              <w:left w:w="100" w:type="dxa"/>
              <w:bottom w:w="90" w:type="dxa"/>
              <w:right w:w="100" w:type="dxa"/>
            </w:tcMar>
            <w:vAlign w:val="center"/>
          </w:tcPr>
          <w:p w14:paraId="3469CFFA" w14:textId="6C87D9BC" w:rsidR="00C64D79" w:rsidRPr="00B5382E" w:rsidRDefault="00C64D79" w:rsidP="00C64D79">
            <w:pPr>
              <w:rPr>
                <w:rFonts w:ascii="Times New Roman" w:hAnsi="Times New Roman" w:cs="Times New Roman"/>
              </w:rPr>
            </w:pPr>
            <w:r w:rsidRPr="00B5382E">
              <w:rPr>
                <w:rFonts w:ascii="Segoe UI Symbol" w:hAnsi="Segoe UI Symbol" w:cs="Segoe UI Symbol"/>
              </w:rPr>
              <w:t>☐</w:t>
            </w:r>
          </w:p>
        </w:tc>
        <w:tc>
          <w:tcPr>
            <w:tcW w:w="3969" w:type="dxa"/>
            <w:tcMar>
              <w:top w:w="90" w:type="dxa"/>
              <w:left w:w="100" w:type="dxa"/>
              <w:bottom w:w="90" w:type="dxa"/>
              <w:right w:w="100" w:type="dxa"/>
            </w:tcMar>
            <w:vAlign w:val="center"/>
          </w:tcPr>
          <w:p w14:paraId="5A5C8B4D" w14:textId="7D396BBA" w:rsidR="00C64D79" w:rsidRPr="00B5382E" w:rsidRDefault="00C64D79" w:rsidP="00C64D79">
            <w:pPr>
              <w:rPr>
                <w:rFonts w:ascii="Times New Roman" w:hAnsi="Times New Roman" w:cs="Times New Roman"/>
              </w:rPr>
            </w:pPr>
            <w:r w:rsidRPr="00B5382E">
              <w:rPr>
                <w:rFonts w:ascii="Times New Roman" w:hAnsi="Times New Roman" w:cs="Times New Roman"/>
              </w:rPr>
              <w:t>Managerial Decision-Making</w:t>
            </w:r>
          </w:p>
        </w:tc>
        <w:tc>
          <w:tcPr>
            <w:tcW w:w="1417" w:type="dxa"/>
            <w:tcMar>
              <w:top w:w="90" w:type="dxa"/>
              <w:left w:w="100" w:type="dxa"/>
              <w:bottom w:w="90" w:type="dxa"/>
              <w:right w:w="100" w:type="dxa"/>
            </w:tcMar>
            <w:vAlign w:val="center"/>
          </w:tcPr>
          <w:p w14:paraId="2B58EEE0" w14:textId="77777777" w:rsidR="00C64D79" w:rsidRPr="00B5382E" w:rsidRDefault="00C64D79" w:rsidP="00C64D79">
            <w:pPr>
              <w:rPr>
                <w:rFonts w:ascii="Times New Roman" w:hAnsi="Times New Roman" w:cs="Times New Roman"/>
              </w:rPr>
            </w:pPr>
          </w:p>
        </w:tc>
        <w:tc>
          <w:tcPr>
            <w:tcW w:w="1417" w:type="dxa"/>
            <w:tcMar>
              <w:top w:w="90" w:type="dxa"/>
              <w:left w:w="100" w:type="dxa"/>
              <w:bottom w:w="90" w:type="dxa"/>
              <w:right w:w="100" w:type="dxa"/>
            </w:tcMar>
            <w:vAlign w:val="center"/>
          </w:tcPr>
          <w:p w14:paraId="0DD0E26B" w14:textId="77777777" w:rsidR="00C64D79" w:rsidRPr="00B5382E" w:rsidRDefault="00C64D79" w:rsidP="00C64D79">
            <w:pPr>
              <w:rPr>
                <w:rFonts w:ascii="Times New Roman" w:hAnsi="Times New Roman" w:cs="Times New Roman"/>
              </w:rPr>
            </w:pPr>
          </w:p>
        </w:tc>
        <w:tc>
          <w:tcPr>
            <w:tcW w:w="1701" w:type="dxa"/>
            <w:tcMar>
              <w:top w:w="90" w:type="dxa"/>
              <w:left w:w="100" w:type="dxa"/>
              <w:bottom w:w="90" w:type="dxa"/>
              <w:right w:w="100" w:type="dxa"/>
            </w:tcMar>
            <w:vAlign w:val="center"/>
          </w:tcPr>
          <w:p w14:paraId="218ACA96" w14:textId="77777777" w:rsidR="00C64D79" w:rsidRPr="00B5382E" w:rsidRDefault="00C64D79" w:rsidP="00C64D79">
            <w:pPr>
              <w:rPr>
                <w:rFonts w:ascii="Times New Roman" w:hAnsi="Times New Roman" w:cs="Times New Roman"/>
              </w:rPr>
            </w:pPr>
          </w:p>
        </w:tc>
      </w:tr>
      <w:tr w:rsidR="00C64D79" w:rsidRPr="00B5382E" w14:paraId="575C2CC7" w14:textId="77777777" w:rsidTr="00C64D79">
        <w:trPr>
          <w:jc w:val="center"/>
        </w:trPr>
        <w:tc>
          <w:tcPr>
            <w:tcW w:w="935" w:type="dxa"/>
            <w:tcMar>
              <w:top w:w="90" w:type="dxa"/>
              <w:left w:w="100" w:type="dxa"/>
              <w:bottom w:w="90" w:type="dxa"/>
              <w:right w:w="100" w:type="dxa"/>
            </w:tcMar>
            <w:vAlign w:val="center"/>
          </w:tcPr>
          <w:p w14:paraId="344E9CEB" w14:textId="1659966F" w:rsidR="00C64D79" w:rsidRPr="00B5382E" w:rsidRDefault="00C64D79" w:rsidP="00C64D79">
            <w:pPr>
              <w:rPr>
                <w:rFonts w:ascii="Times New Roman" w:hAnsi="Times New Roman" w:cs="Times New Roman"/>
              </w:rPr>
            </w:pPr>
            <w:r w:rsidRPr="00B5382E">
              <w:rPr>
                <w:rFonts w:ascii="Segoe UI Symbol" w:hAnsi="Segoe UI Symbol" w:cs="Segoe UI Symbol"/>
              </w:rPr>
              <w:t>☐</w:t>
            </w:r>
          </w:p>
        </w:tc>
        <w:tc>
          <w:tcPr>
            <w:tcW w:w="3969" w:type="dxa"/>
            <w:tcMar>
              <w:top w:w="90" w:type="dxa"/>
              <w:left w:w="100" w:type="dxa"/>
              <w:bottom w:w="90" w:type="dxa"/>
              <w:right w:w="100" w:type="dxa"/>
            </w:tcMar>
            <w:vAlign w:val="center"/>
          </w:tcPr>
          <w:p w14:paraId="46E6C381" w14:textId="6B2CBE22" w:rsidR="00C64D79" w:rsidRPr="00B5382E" w:rsidRDefault="00C64D79" w:rsidP="00C64D79">
            <w:pPr>
              <w:rPr>
                <w:rFonts w:ascii="Times New Roman" w:hAnsi="Times New Roman" w:cs="Times New Roman"/>
              </w:rPr>
            </w:pPr>
            <w:r w:rsidRPr="00B5382E">
              <w:rPr>
                <w:rFonts w:ascii="Times New Roman" w:hAnsi="Times New Roman" w:cs="Times New Roman"/>
              </w:rPr>
              <w:t>Organization and Management of Social Care Providers</w:t>
            </w:r>
          </w:p>
        </w:tc>
        <w:tc>
          <w:tcPr>
            <w:tcW w:w="1417" w:type="dxa"/>
            <w:tcMar>
              <w:top w:w="90" w:type="dxa"/>
              <w:left w:w="100" w:type="dxa"/>
              <w:bottom w:w="90" w:type="dxa"/>
              <w:right w:w="100" w:type="dxa"/>
            </w:tcMar>
            <w:vAlign w:val="center"/>
          </w:tcPr>
          <w:p w14:paraId="1DE7076E" w14:textId="77777777" w:rsidR="00C64D79" w:rsidRPr="00B5382E" w:rsidRDefault="00C64D79" w:rsidP="00C64D79">
            <w:pPr>
              <w:rPr>
                <w:rFonts w:ascii="Times New Roman" w:hAnsi="Times New Roman" w:cs="Times New Roman"/>
              </w:rPr>
            </w:pPr>
          </w:p>
        </w:tc>
        <w:tc>
          <w:tcPr>
            <w:tcW w:w="1417" w:type="dxa"/>
            <w:tcMar>
              <w:top w:w="90" w:type="dxa"/>
              <w:left w:w="100" w:type="dxa"/>
              <w:bottom w:w="90" w:type="dxa"/>
              <w:right w:w="100" w:type="dxa"/>
            </w:tcMar>
            <w:vAlign w:val="center"/>
          </w:tcPr>
          <w:p w14:paraId="4314B917" w14:textId="77777777" w:rsidR="00C64D79" w:rsidRPr="00B5382E" w:rsidRDefault="00C64D79" w:rsidP="00C64D79">
            <w:pPr>
              <w:rPr>
                <w:rFonts w:ascii="Times New Roman" w:hAnsi="Times New Roman" w:cs="Times New Roman"/>
              </w:rPr>
            </w:pPr>
          </w:p>
        </w:tc>
        <w:tc>
          <w:tcPr>
            <w:tcW w:w="1701" w:type="dxa"/>
            <w:tcMar>
              <w:top w:w="90" w:type="dxa"/>
              <w:left w:w="100" w:type="dxa"/>
              <w:bottom w:w="90" w:type="dxa"/>
              <w:right w:w="100" w:type="dxa"/>
            </w:tcMar>
            <w:vAlign w:val="center"/>
          </w:tcPr>
          <w:p w14:paraId="0D0D6EB1" w14:textId="77777777" w:rsidR="00C64D79" w:rsidRPr="00B5382E" w:rsidRDefault="00C64D79" w:rsidP="00C64D79">
            <w:pPr>
              <w:rPr>
                <w:rFonts w:ascii="Times New Roman" w:hAnsi="Times New Roman" w:cs="Times New Roman"/>
              </w:rPr>
            </w:pPr>
          </w:p>
        </w:tc>
      </w:tr>
      <w:tr w:rsidR="00C64D79" w:rsidRPr="00B5382E" w14:paraId="45CA5C80" w14:textId="77777777" w:rsidTr="00C64D79">
        <w:trPr>
          <w:jc w:val="center"/>
        </w:trPr>
        <w:tc>
          <w:tcPr>
            <w:tcW w:w="935" w:type="dxa"/>
            <w:tcMar>
              <w:top w:w="90" w:type="dxa"/>
              <w:left w:w="100" w:type="dxa"/>
              <w:bottom w:w="90" w:type="dxa"/>
              <w:right w:w="100" w:type="dxa"/>
            </w:tcMar>
            <w:vAlign w:val="center"/>
          </w:tcPr>
          <w:p w14:paraId="062EBC24" w14:textId="0C0E946A" w:rsidR="00C64D79" w:rsidRPr="00B5382E" w:rsidRDefault="00C64D79" w:rsidP="00C64D79">
            <w:pPr>
              <w:rPr>
                <w:rFonts w:ascii="Times New Roman" w:hAnsi="Times New Roman" w:cs="Times New Roman"/>
              </w:rPr>
            </w:pPr>
            <w:r w:rsidRPr="00B5382E">
              <w:rPr>
                <w:rFonts w:ascii="Segoe UI Symbol" w:hAnsi="Segoe UI Symbol" w:cs="Segoe UI Symbol"/>
              </w:rPr>
              <w:t>☐</w:t>
            </w:r>
          </w:p>
        </w:tc>
        <w:tc>
          <w:tcPr>
            <w:tcW w:w="3969" w:type="dxa"/>
            <w:tcMar>
              <w:top w:w="90" w:type="dxa"/>
              <w:left w:w="100" w:type="dxa"/>
              <w:bottom w:w="90" w:type="dxa"/>
              <w:right w:w="100" w:type="dxa"/>
            </w:tcMar>
            <w:vAlign w:val="center"/>
          </w:tcPr>
          <w:p w14:paraId="49F46F7E" w14:textId="5A350109" w:rsidR="00C64D79" w:rsidRPr="00B5382E" w:rsidRDefault="00C64D79" w:rsidP="00C64D79">
            <w:pPr>
              <w:rPr>
                <w:rFonts w:ascii="Times New Roman" w:hAnsi="Times New Roman" w:cs="Times New Roman"/>
              </w:rPr>
            </w:pPr>
            <w:r w:rsidRPr="00B5382E">
              <w:rPr>
                <w:rFonts w:ascii="Times New Roman" w:hAnsi="Times New Roman" w:cs="Times New Roman"/>
              </w:rPr>
              <w:t>Organization and Management of Healthcare Providers</w:t>
            </w:r>
          </w:p>
        </w:tc>
        <w:tc>
          <w:tcPr>
            <w:tcW w:w="1417" w:type="dxa"/>
            <w:tcMar>
              <w:top w:w="90" w:type="dxa"/>
              <w:left w:w="100" w:type="dxa"/>
              <w:bottom w:w="90" w:type="dxa"/>
              <w:right w:w="100" w:type="dxa"/>
            </w:tcMar>
            <w:vAlign w:val="center"/>
          </w:tcPr>
          <w:p w14:paraId="41661A60" w14:textId="77777777" w:rsidR="00C64D79" w:rsidRPr="00B5382E" w:rsidRDefault="00C64D79" w:rsidP="00C64D79">
            <w:pPr>
              <w:rPr>
                <w:rFonts w:ascii="Times New Roman" w:hAnsi="Times New Roman" w:cs="Times New Roman"/>
              </w:rPr>
            </w:pPr>
          </w:p>
        </w:tc>
        <w:tc>
          <w:tcPr>
            <w:tcW w:w="1417" w:type="dxa"/>
            <w:tcMar>
              <w:top w:w="90" w:type="dxa"/>
              <w:left w:w="100" w:type="dxa"/>
              <w:bottom w:w="90" w:type="dxa"/>
              <w:right w:w="100" w:type="dxa"/>
            </w:tcMar>
            <w:vAlign w:val="center"/>
          </w:tcPr>
          <w:p w14:paraId="050EBA68" w14:textId="77777777" w:rsidR="00C64D79" w:rsidRPr="00B5382E" w:rsidRDefault="00C64D79" w:rsidP="00C64D79">
            <w:pPr>
              <w:rPr>
                <w:rFonts w:ascii="Times New Roman" w:hAnsi="Times New Roman" w:cs="Times New Roman"/>
              </w:rPr>
            </w:pPr>
          </w:p>
        </w:tc>
        <w:tc>
          <w:tcPr>
            <w:tcW w:w="1701" w:type="dxa"/>
            <w:tcMar>
              <w:top w:w="90" w:type="dxa"/>
              <w:left w:w="100" w:type="dxa"/>
              <w:bottom w:w="90" w:type="dxa"/>
              <w:right w:w="100" w:type="dxa"/>
            </w:tcMar>
            <w:vAlign w:val="center"/>
          </w:tcPr>
          <w:p w14:paraId="2111DFFB" w14:textId="77777777" w:rsidR="00C64D79" w:rsidRPr="00B5382E" w:rsidRDefault="00C64D79" w:rsidP="00C64D79">
            <w:pPr>
              <w:rPr>
                <w:rFonts w:ascii="Times New Roman" w:hAnsi="Times New Roman" w:cs="Times New Roman"/>
              </w:rPr>
            </w:pPr>
          </w:p>
        </w:tc>
      </w:tr>
      <w:tr w:rsidR="00C64D79" w:rsidRPr="00B5382E" w14:paraId="4238662E" w14:textId="77777777" w:rsidTr="00C64D79">
        <w:trPr>
          <w:jc w:val="center"/>
        </w:trPr>
        <w:tc>
          <w:tcPr>
            <w:tcW w:w="935" w:type="dxa"/>
            <w:tcMar>
              <w:top w:w="90" w:type="dxa"/>
              <w:left w:w="100" w:type="dxa"/>
              <w:bottom w:w="90" w:type="dxa"/>
              <w:right w:w="100" w:type="dxa"/>
            </w:tcMar>
            <w:vAlign w:val="center"/>
          </w:tcPr>
          <w:p w14:paraId="7F4B7CCD" w14:textId="413A1BEB" w:rsidR="00C64D79" w:rsidRPr="00B5382E" w:rsidRDefault="00C64D79" w:rsidP="00C64D79">
            <w:pPr>
              <w:rPr>
                <w:rFonts w:ascii="Times New Roman" w:hAnsi="Times New Roman" w:cs="Times New Roman"/>
              </w:rPr>
            </w:pPr>
            <w:r w:rsidRPr="00B5382E">
              <w:rPr>
                <w:rFonts w:ascii="Segoe UI Symbol" w:hAnsi="Segoe UI Symbol" w:cs="Segoe UI Symbol"/>
              </w:rPr>
              <w:t>☐</w:t>
            </w:r>
          </w:p>
        </w:tc>
        <w:tc>
          <w:tcPr>
            <w:tcW w:w="3969" w:type="dxa"/>
            <w:tcMar>
              <w:top w:w="90" w:type="dxa"/>
              <w:left w:w="100" w:type="dxa"/>
              <w:bottom w:w="90" w:type="dxa"/>
              <w:right w:w="100" w:type="dxa"/>
            </w:tcMar>
            <w:vAlign w:val="center"/>
          </w:tcPr>
          <w:p w14:paraId="0DFFD0AB" w14:textId="6048E1A8" w:rsidR="00C64D79" w:rsidRPr="00B5382E" w:rsidRDefault="00C64D79" w:rsidP="00C64D79">
            <w:pPr>
              <w:rPr>
                <w:rFonts w:ascii="Times New Roman" w:hAnsi="Times New Roman" w:cs="Times New Roman"/>
              </w:rPr>
            </w:pPr>
            <w:r w:rsidRPr="00B5382E">
              <w:rPr>
                <w:rFonts w:ascii="Times New Roman" w:hAnsi="Times New Roman" w:cs="Times New Roman"/>
              </w:rPr>
              <w:t>Organization and Management of Healthcare in Regions</w:t>
            </w:r>
          </w:p>
        </w:tc>
        <w:tc>
          <w:tcPr>
            <w:tcW w:w="1417" w:type="dxa"/>
            <w:tcMar>
              <w:top w:w="90" w:type="dxa"/>
              <w:left w:w="100" w:type="dxa"/>
              <w:bottom w:w="90" w:type="dxa"/>
              <w:right w:w="100" w:type="dxa"/>
            </w:tcMar>
            <w:vAlign w:val="center"/>
          </w:tcPr>
          <w:p w14:paraId="29F4DDE7" w14:textId="77777777" w:rsidR="00C64D79" w:rsidRPr="00B5382E" w:rsidRDefault="00C64D79" w:rsidP="00C64D79">
            <w:pPr>
              <w:rPr>
                <w:rFonts w:ascii="Times New Roman" w:hAnsi="Times New Roman" w:cs="Times New Roman"/>
              </w:rPr>
            </w:pPr>
          </w:p>
        </w:tc>
        <w:tc>
          <w:tcPr>
            <w:tcW w:w="1417" w:type="dxa"/>
            <w:tcMar>
              <w:top w:w="90" w:type="dxa"/>
              <w:left w:w="100" w:type="dxa"/>
              <w:bottom w:w="90" w:type="dxa"/>
              <w:right w:w="100" w:type="dxa"/>
            </w:tcMar>
            <w:vAlign w:val="center"/>
          </w:tcPr>
          <w:p w14:paraId="31F1C015" w14:textId="77777777" w:rsidR="00C64D79" w:rsidRPr="00B5382E" w:rsidRDefault="00C64D79" w:rsidP="00C64D79">
            <w:pPr>
              <w:rPr>
                <w:rFonts w:ascii="Times New Roman" w:hAnsi="Times New Roman" w:cs="Times New Roman"/>
              </w:rPr>
            </w:pPr>
          </w:p>
        </w:tc>
        <w:tc>
          <w:tcPr>
            <w:tcW w:w="1701" w:type="dxa"/>
            <w:tcMar>
              <w:top w:w="90" w:type="dxa"/>
              <w:left w:w="100" w:type="dxa"/>
              <w:bottom w:w="90" w:type="dxa"/>
              <w:right w:w="100" w:type="dxa"/>
            </w:tcMar>
            <w:vAlign w:val="center"/>
          </w:tcPr>
          <w:p w14:paraId="2262C551" w14:textId="77777777" w:rsidR="00C64D79" w:rsidRPr="00B5382E" w:rsidRDefault="00C64D79" w:rsidP="00C64D79">
            <w:pPr>
              <w:rPr>
                <w:rFonts w:ascii="Times New Roman" w:hAnsi="Times New Roman" w:cs="Times New Roman"/>
              </w:rPr>
            </w:pPr>
          </w:p>
        </w:tc>
      </w:tr>
      <w:tr w:rsidR="00C64D79" w:rsidRPr="00B5382E" w14:paraId="77E69A40" w14:textId="77777777" w:rsidTr="00C64D79">
        <w:trPr>
          <w:jc w:val="center"/>
        </w:trPr>
        <w:tc>
          <w:tcPr>
            <w:tcW w:w="935" w:type="dxa"/>
            <w:tcMar>
              <w:top w:w="90" w:type="dxa"/>
              <w:left w:w="100" w:type="dxa"/>
              <w:bottom w:w="90" w:type="dxa"/>
              <w:right w:w="100" w:type="dxa"/>
            </w:tcMar>
            <w:vAlign w:val="center"/>
          </w:tcPr>
          <w:p w14:paraId="08B4BD91" w14:textId="66F8287D" w:rsidR="00C64D79" w:rsidRPr="00B5382E" w:rsidRDefault="00C64D79" w:rsidP="00C64D79">
            <w:pPr>
              <w:rPr>
                <w:rFonts w:ascii="Times New Roman" w:hAnsi="Times New Roman" w:cs="Times New Roman"/>
              </w:rPr>
            </w:pPr>
            <w:r w:rsidRPr="00B5382E">
              <w:rPr>
                <w:rFonts w:ascii="Segoe UI Symbol" w:hAnsi="Segoe UI Symbol" w:cs="Segoe UI Symbol"/>
              </w:rPr>
              <w:t>☐</w:t>
            </w:r>
          </w:p>
        </w:tc>
        <w:tc>
          <w:tcPr>
            <w:tcW w:w="3969" w:type="dxa"/>
            <w:tcMar>
              <w:top w:w="90" w:type="dxa"/>
              <w:left w:w="100" w:type="dxa"/>
              <w:bottom w:w="90" w:type="dxa"/>
              <w:right w:w="100" w:type="dxa"/>
            </w:tcMar>
            <w:vAlign w:val="center"/>
          </w:tcPr>
          <w:p w14:paraId="18D928C3" w14:textId="0CADEAAF" w:rsidR="00C64D79" w:rsidRPr="00B5382E" w:rsidRDefault="00C64D79" w:rsidP="00C64D79">
            <w:pPr>
              <w:rPr>
                <w:rFonts w:ascii="Times New Roman" w:hAnsi="Times New Roman" w:cs="Times New Roman"/>
              </w:rPr>
            </w:pPr>
            <w:r w:rsidRPr="00B5382E">
              <w:rPr>
                <w:rFonts w:ascii="Times New Roman" w:hAnsi="Times New Roman" w:cs="Times New Roman"/>
              </w:rPr>
              <w:t>Project Management</w:t>
            </w:r>
          </w:p>
        </w:tc>
        <w:tc>
          <w:tcPr>
            <w:tcW w:w="1417" w:type="dxa"/>
            <w:tcMar>
              <w:top w:w="90" w:type="dxa"/>
              <w:left w:w="100" w:type="dxa"/>
              <w:bottom w:w="90" w:type="dxa"/>
              <w:right w:w="100" w:type="dxa"/>
            </w:tcMar>
            <w:vAlign w:val="center"/>
          </w:tcPr>
          <w:p w14:paraId="5DFD8672" w14:textId="77777777" w:rsidR="00C64D79" w:rsidRPr="00B5382E" w:rsidRDefault="00C64D79" w:rsidP="00C64D79">
            <w:pPr>
              <w:rPr>
                <w:rFonts w:ascii="Times New Roman" w:hAnsi="Times New Roman" w:cs="Times New Roman"/>
              </w:rPr>
            </w:pPr>
          </w:p>
        </w:tc>
        <w:tc>
          <w:tcPr>
            <w:tcW w:w="1417" w:type="dxa"/>
            <w:tcMar>
              <w:top w:w="90" w:type="dxa"/>
              <w:left w:w="100" w:type="dxa"/>
              <w:bottom w:w="90" w:type="dxa"/>
              <w:right w:w="100" w:type="dxa"/>
            </w:tcMar>
            <w:vAlign w:val="center"/>
          </w:tcPr>
          <w:p w14:paraId="621BB9CD" w14:textId="77777777" w:rsidR="00C64D79" w:rsidRPr="00B5382E" w:rsidRDefault="00C64D79" w:rsidP="00C64D79">
            <w:pPr>
              <w:rPr>
                <w:rFonts w:ascii="Times New Roman" w:hAnsi="Times New Roman" w:cs="Times New Roman"/>
              </w:rPr>
            </w:pPr>
          </w:p>
        </w:tc>
        <w:tc>
          <w:tcPr>
            <w:tcW w:w="1701" w:type="dxa"/>
            <w:tcMar>
              <w:top w:w="90" w:type="dxa"/>
              <w:left w:w="100" w:type="dxa"/>
              <w:bottom w:w="90" w:type="dxa"/>
              <w:right w:w="100" w:type="dxa"/>
            </w:tcMar>
            <w:vAlign w:val="center"/>
          </w:tcPr>
          <w:p w14:paraId="5CB3C703" w14:textId="77777777" w:rsidR="00C64D79" w:rsidRPr="00B5382E" w:rsidRDefault="00C64D79" w:rsidP="00C64D79">
            <w:pPr>
              <w:rPr>
                <w:rFonts w:ascii="Times New Roman" w:hAnsi="Times New Roman" w:cs="Times New Roman"/>
              </w:rPr>
            </w:pPr>
          </w:p>
        </w:tc>
      </w:tr>
      <w:tr w:rsidR="00C64D79" w:rsidRPr="00B5382E" w14:paraId="41935AA5" w14:textId="77777777" w:rsidTr="00C64D79">
        <w:trPr>
          <w:jc w:val="center"/>
        </w:trPr>
        <w:tc>
          <w:tcPr>
            <w:tcW w:w="935" w:type="dxa"/>
            <w:tcMar>
              <w:top w:w="90" w:type="dxa"/>
              <w:left w:w="100" w:type="dxa"/>
              <w:bottom w:w="90" w:type="dxa"/>
              <w:right w:w="100" w:type="dxa"/>
            </w:tcMar>
            <w:vAlign w:val="center"/>
          </w:tcPr>
          <w:p w14:paraId="64B8731F" w14:textId="2F875935" w:rsidR="00C64D79" w:rsidRPr="00B5382E" w:rsidRDefault="00C64D79" w:rsidP="00C64D79">
            <w:pPr>
              <w:rPr>
                <w:rFonts w:ascii="Times New Roman" w:hAnsi="Times New Roman" w:cs="Times New Roman"/>
              </w:rPr>
            </w:pPr>
            <w:r w:rsidRPr="00B5382E">
              <w:rPr>
                <w:rFonts w:ascii="Segoe UI Symbol" w:hAnsi="Segoe UI Symbol" w:cs="Segoe UI Symbol"/>
              </w:rPr>
              <w:lastRenderedPageBreak/>
              <w:t>☐</w:t>
            </w:r>
          </w:p>
        </w:tc>
        <w:tc>
          <w:tcPr>
            <w:tcW w:w="3969" w:type="dxa"/>
            <w:tcMar>
              <w:top w:w="90" w:type="dxa"/>
              <w:left w:w="100" w:type="dxa"/>
              <w:bottom w:w="90" w:type="dxa"/>
              <w:right w:w="100" w:type="dxa"/>
            </w:tcMar>
            <w:vAlign w:val="center"/>
          </w:tcPr>
          <w:p w14:paraId="13255F6E" w14:textId="29CEAC04" w:rsidR="00C64D79" w:rsidRPr="00B5382E" w:rsidRDefault="00C64D79" w:rsidP="00C64D79">
            <w:pPr>
              <w:rPr>
                <w:rFonts w:ascii="Times New Roman" w:hAnsi="Times New Roman" w:cs="Times New Roman"/>
              </w:rPr>
            </w:pPr>
            <w:r w:rsidRPr="00B5382E">
              <w:rPr>
                <w:rFonts w:ascii="Times New Roman" w:hAnsi="Times New Roman" w:cs="Times New Roman"/>
              </w:rPr>
              <w:t>Management and Development of Healthcare Workers</w:t>
            </w:r>
          </w:p>
        </w:tc>
        <w:tc>
          <w:tcPr>
            <w:tcW w:w="1417" w:type="dxa"/>
            <w:tcMar>
              <w:top w:w="90" w:type="dxa"/>
              <w:left w:w="100" w:type="dxa"/>
              <w:bottom w:w="90" w:type="dxa"/>
              <w:right w:w="100" w:type="dxa"/>
            </w:tcMar>
            <w:vAlign w:val="center"/>
          </w:tcPr>
          <w:p w14:paraId="1BCAB968" w14:textId="77777777" w:rsidR="00C64D79" w:rsidRPr="00B5382E" w:rsidRDefault="00C64D79" w:rsidP="00C64D79">
            <w:pPr>
              <w:rPr>
                <w:rFonts w:ascii="Times New Roman" w:hAnsi="Times New Roman" w:cs="Times New Roman"/>
              </w:rPr>
            </w:pPr>
          </w:p>
        </w:tc>
        <w:tc>
          <w:tcPr>
            <w:tcW w:w="1417" w:type="dxa"/>
            <w:tcMar>
              <w:top w:w="90" w:type="dxa"/>
              <w:left w:w="100" w:type="dxa"/>
              <w:bottom w:w="90" w:type="dxa"/>
              <w:right w:w="100" w:type="dxa"/>
            </w:tcMar>
            <w:vAlign w:val="center"/>
          </w:tcPr>
          <w:p w14:paraId="4B379855" w14:textId="77777777" w:rsidR="00C64D79" w:rsidRPr="00B5382E" w:rsidRDefault="00C64D79" w:rsidP="00C64D79">
            <w:pPr>
              <w:rPr>
                <w:rFonts w:ascii="Times New Roman" w:hAnsi="Times New Roman" w:cs="Times New Roman"/>
              </w:rPr>
            </w:pPr>
          </w:p>
        </w:tc>
        <w:tc>
          <w:tcPr>
            <w:tcW w:w="1701" w:type="dxa"/>
            <w:tcMar>
              <w:top w:w="90" w:type="dxa"/>
              <w:left w:w="100" w:type="dxa"/>
              <w:bottom w:w="90" w:type="dxa"/>
              <w:right w:w="100" w:type="dxa"/>
            </w:tcMar>
            <w:vAlign w:val="center"/>
          </w:tcPr>
          <w:p w14:paraId="2EDBCEA5" w14:textId="77777777" w:rsidR="00C64D79" w:rsidRPr="00B5382E" w:rsidRDefault="00C64D79" w:rsidP="00C64D79">
            <w:pPr>
              <w:rPr>
                <w:rFonts w:ascii="Times New Roman" w:hAnsi="Times New Roman" w:cs="Times New Roman"/>
              </w:rPr>
            </w:pPr>
          </w:p>
        </w:tc>
      </w:tr>
      <w:tr w:rsidR="00C64D79" w:rsidRPr="00B5382E" w14:paraId="6C40115B" w14:textId="77777777" w:rsidTr="00C64D79">
        <w:trPr>
          <w:jc w:val="center"/>
        </w:trPr>
        <w:tc>
          <w:tcPr>
            <w:tcW w:w="935" w:type="dxa"/>
            <w:tcMar>
              <w:top w:w="90" w:type="dxa"/>
              <w:left w:w="100" w:type="dxa"/>
              <w:bottom w:w="90" w:type="dxa"/>
              <w:right w:w="100" w:type="dxa"/>
            </w:tcMar>
            <w:vAlign w:val="center"/>
          </w:tcPr>
          <w:p w14:paraId="4D094974" w14:textId="29DAE718" w:rsidR="00C64D79" w:rsidRPr="00B5382E" w:rsidRDefault="00C64D79" w:rsidP="00C64D79">
            <w:pPr>
              <w:rPr>
                <w:rFonts w:ascii="Times New Roman" w:hAnsi="Times New Roman" w:cs="Times New Roman"/>
              </w:rPr>
            </w:pPr>
            <w:r w:rsidRPr="00B5382E">
              <w:rPr>
                <w:rFonts w:ascii="Segoe UI Symbol" w:hAnsi="Segoe UI Symbol" w:cs="Segoe UI Symbol"/>
              </w:rPr>
              <w:t>☐</w:t>
            </w:r>
          </w:p>
        </w:tc>
        <w:tc>
          <w:tcPr>
            <w:tcW w:w="3969" w:type="dxa"/>
            <w:tcMar>
              <w:top w:w="90" w:type="dxa"/>
              <w:left w:w="100" w:type="dxa"/>
              <w:bottom w:w="90" w:type="dxa"/>
              <w:right w:w="100" w:type="dxa"/>
            </w:tcMar>
            <w:vAlign w:val="center"/>
          </w:tcPr>
          <w:p w14:paraId="7853B4FD" w14:textId="2F5BB7B2" w:rsidR="00C64D79" w:rsidRPr="00B5382E" w:rsidRDefault="00C64D79" w:rsidP="00C64D79">
            <w:pPr>
              <w:rPr>
                <w:rFonts w:ascii="Times New Roman" w:hAnsi="Times New Roman" w:cs="Times New Roman"/>
              </w:rPr>
            </w:pPr>
            <w:r w:rsidRPr="00B5382E">
              <w:rPr>
                <w:rFonts w:ascii="Times New Roman" w:hAnsi="Times New Roman" w:cs="Times New Roman"/>
              </w:rPr>
              <w:t>Education of Non-Medical Healthcare Professions in the CR</w:t>
            </w:r>
          </w:p>
        </w:tc>
        <w:tc>
          <w:tcPr>
            <w:tcW w:w="1417" w:type="dxa"/>
            <w:tcMar>
              <w:top w:w="90" w:type="dxa"/>
              <w:left w:w="100" w:type="dxa"/>
              <w:bottom w:w="90" w:type="dxa"/>
              <w:right w:w="100" w:type="dxa"/>
            </w:tcMar>
            <w:vAlign w:val="center"/>
          </w:tcPr>
          <w:p w14:paraId="3E53438C" w14:textId="77777777" w:rsidR="00C64D79" w:rsidRPr="00B5382E" w:rsidRDefault="00C64D79" w:rsidP="00C64D79">
            <w:pPr>
              <w:rPr>
                <w:rFonts w:ascii="Times New Roman" w:hAnsi="Times New Roman" w:cs="Times New Roman"/>
              </w:rPr>
            </w:pPr>
          </w:p>
        </w:tc>
        <w:tc>
          <w:tcPr>
            <w:tcW w:w="1417" w:type="dxa"/>
            <w:tcMar>
              <w:top w:w="90" w:type="dxa"/>
              <w:left w:w="100" w:type="dxa"/>
              <w:bottom w:w="90" w:type="dxa"/>
              <w:right w:w="100" w:type="dxa"/>
            </w:tcMar>
            <w:vAlign w:val="center"/>
          </w:tcPr>
          <w:p w14:paraId="1B533298" w14:textId="77777777" w:rsidR="00C64D79" w:rsidRPr="00B5382E" w:rsidRDefault="00C64D79" w:rsidP="00C64D79">
            <w:pPr>
              <w:rPr>
                <w:rFonts w:ascii="Times New Roman" w:hAnsi="Times New Roman" w:cs="Times New Roman"/>
              </w:rPr>
            </w:pPr>
          </w:p>
        </w:tc>
        <w:tc>
          <w:tcPr>
            <w:tcW w:w="1701" w:type="dxa"/>
            <w:tcMar>
              <w:top w:w="90" w:type="dxa"/>
              <w:left w:w="100" w:type="dxa"/>
              <w:bottom w:w="90" w:type="dxa"/>
              <w:right w:w="100" w:type="dxa"/>
            </w:tcMar>
            <w:vAlign w:val="center"/>
          </w:tcPr>
          <w:p w14:paraId="61C8B7CD" w14:textId="77777777" w:rsidR="00C64D79" w:rsidRPr="00B5382E" w:rsidRDefault="00C64D79" w:rsidP="00C64D79">
            <w:pPr>
              <w:rPr>
                <w:rFonts w:ascii="Times New Roman" w:hAnsi="Times New Roman" w:cs="Times New Roman"/>
              </w:rPr>
            </w:pPr>
          </w:p>
        </w:tc>
      </w:tr>
      <w:tr w:rsidR="00C64D79" w:rsidRPr="00B5382E" w14:paraId="6D222DAD" w14:textId="77777777" w:rsidTr="00C64D79">
        <w:trPr>
          <w:jc w:val="center"/>
        </w:trPr>
        <w:tc>
          <w:tcPr>
            <w:tcW w:w="935" w:type="dxa"/>
            <w:tcMar>
              <w:top w:w="90" w:type="dxa"/>
              <w:left w:w="100" w:type="dxa"/>
              <w:bottom w:w="90" w:type="dxa"/>
              <w:right w:w="100" w:type="dxa"/>
            </w:tcMar>
            <w:vAlign w:val="center"/>
          </w:tcPr>
          <w:p w14:paraId="70E6C0C0" w14:textId="4501BD96" w:rsidR="00C64D79" w:rsidRPr="00B5382E" w:rsidRDefault="00C64D79" w:rsidP="00C64D79">
            <w:pPr>
              <w:rPr>
                <w:rFonts w:ascii="Times New Roman" w:hAnsi="Times New Roman" w:cs="Times New Roman"/>
              </w:rPr>
            </w:pPr>
            <w:r w:rsidRPr="00B5382E">
              <w:rPr>
                <w:rFonts w:ascii="Segoe UI Symbol" w:hAnsi="Segoe UI Symbol" w:cs="Segoe UI Symbol"/>
              </w:rPr>
              <w:t>☐</w:t>
            </w:r>
          </w:p>
        </w:tc>
        <w:tc>
          <w:tcPr>
            <w:tcW w:w="3969" w:type="dxa"/>
            <w:tcMar>
              <w:top w:w="90" w:type="dxa"/>
              <w:left w:w="100" w:type="dxa"/>
              <w:bottom w:w="90" w:type="dxa"/>
              <w:right w:w="100" w:type="dxa"/>
            </w:tcMar>
            <w:vAlign w:val="center"/>
          </w:tcPr>
          <w:p w14:paraId="5F7D66C8" w14:textId="2F927473" w:rsidR="00C64D79" w:rsidRPr="00B5382E" w:rsidRDefault="00C64D79" w:rsidP="00C64D79">
            <w:pPr>
              <w:rPr>
                <w:rFonts w:ascii="Times New Roman" w:hAnsi="Times New Roman" w:cs="Times New Roman"/>
              </w:rPr>
            </w:pPr>
            <w:r w:rsidRPr="00B5382E">
              <w:rPr>
                <w:rFonts w:ascii="Times New Roman" w:hAnsi="Times New Roman" w:cs="Times New Roman"/>
              </w:rPr>
              <w:t>Healthcare Systems in EU and Non-EU Countries</w:t>
            </w:r>
          </w:p>
        </w:tc>
        <w:tc>
          <w:tcPr>
            <w:tcW w:w="1417" w:type="dxa"/>
            <w:tcMar>
              <w:top w:w="90" w:type="dxa"/>
              <w:left w:w="100" w:type="dxa"/>
              <w:bottom w:w="90" w:type="dxa"/>
              <w:right w:w="100" w:type="dxa"/>
            </w:tcMar>
            <w:vAlign w:val="center"/>
          </w:tcPr>
          <w:p w14:paraId="68DCE92F" w14:textId="77777777" w:rsidR="00C64D79" w:rsidRPr="00B5382E" w:rsidRDefault="00C64D79" w:rsidP="00C64D79">
            <w:pPr>
              <w:rPr>
                <w:rFonts w:ascii="Times New Roman" w:hAnsi="Times New Roman" w:cs="Times New Roman"/>
              </w:rPr>
            </w:pPr>
          </w:p>
        </w:tc>
        <w:tc>
          <w:tcPr>
            <w:tcW w:w="1417" w:type="dxa"/>
            <w:tcMar>
              <w:top w:w="90" w:type="dxa"/>
              <w:left w:w="100" w:type="dxa"/>
              <w:bottom w:w="90" w:type="dxa"/>
              <w:right w:w="100" w:type="dxa"/>
            </w:tcMar>
            <w:vAlign w:val="center"/>
          </w:tcPr>
          <w:p w14:paraId="7DEAAACE" w14:textId="77777777" w:rsidR="00C64D79" w:rsidRPr="00B5382E" w:rsidRDefault="00C64D79" w:rsidP="00C64D79">
            <w:pPr>
              <w:rPr>
                <w:rFonts w:ascii="Times New Roman" w:hAnsi="Times New Roman" w:cs="Times New Roman"/>
              </w:rPr>
            </w:pPr>
          </w:p>
        </w:tc>
        <w:tc>
          <w:tcPr>
            <w:tcW w:w="1701" w:type="dxa"/>
            <w:tcMar>
              <w:top w:w="90" w:type="dxa"/>
              <w:left w:w="100" w:type="dxa"/>
              <w:bottom w:w="90" w:type="dxa"/>
              <w:right w:w="100" w:type="dxa"/>
            </w:tcMar>
            <w:vAlign w:val="center"/>
          </w:tcPr>
          <w:p w14:paraId="2EA78EE8" w14:textId="77777777" w:rsidR="00C64D79" w:rsidRPr="00B5382E" w:rsidRDefault="00C64D79" w:rsidP="00C64D79">
            <w:pPr>
              <w:rPr>
                <w:rFonts w:ascii="Times New Roman" w:hAnsi="Times New Roman" w:cs="Times New Roman"/>
              </w:rPr>
            </w:pPr>
          </w:p>
        </w:tc>
      </w:tr>
      <w:tr w:rsidR="00C64D79" w:rsidRPr="00B5382E" w14:paraId="0DA8A1DD" w14:textId="77777777" w:rsidTr="00C64D79">
        <w:trPr>
          <w:jc w:val="center"/>
        </w:trPr>
        <w:tc>
          <w:tcPr>
            <w:tcW w:w="935" w:type="dxa"/>
            <w:tcMar>
              <w:top w:w="90" w:type="dxa"/>
              <w:left w:w="100" w:type="dxa"/>
              <w:bottom w:w="90" w:type="dxa"/>
              <w:right w:w="100" w:type="dxa"/>
            </w:tcMar>
            <w:vAlign w:val="center"/>
          </w:tcPr>
          <w:p w14:paraId="533F260E" w14:textId="6E72DADE" w:rsidR="00C64D79" w:rsidRPr="00B5382E" w:rsidRDefault="00C64D79" w:rsidP="00C64D79">
            <w:pPr>
              <w:rPr>
                <w:rFonts w:ascii="Times New Roman" w:hAnsi="Times New Roman" w:cs="Times New Roman"/>
              </w:rPr>
            </w:pPr>
            <w:r w:rsidRPr="00B5382E">
              <w:rPr>
                <w:rFonts w:ascii="Segoe UI Symbol" w:hAnsi="Segoe UI Symbol" w:cs="Segoe UI Symbol"/>
              </w:rPr>
              <w:t>☐</w:t>
            </w:r>
          </w:p>
        </w:tc>
        <w:tc>
          <w:tcPr>
            <w:tcW w:w="3969" w:type="dxa"/>
            <w:tcMar>
              <w:top w:w="90" w:type="dxa"/>
              <w:left w:w="100" w:type="dxa"/>
              <w:bottom w:w="90" w:type="dxa"/>
              <w:right w:w="100" w:type="dxa"/>
            </w:tcMar>
            <w:vAlign w:val="center"/>
          </w:tcPr>
          <w:p w14:paraId="38A3C99E" w14:textId="7DAFCEED" w:rsidR="00C64D79" w:rsidRPr="00B5382E" w:rsidRDefault="00C64D79" w:rsidP="00C64D79">
            <w:pPr>
              <w:rPr>
                <w:rFonts w:ascii="Times New Roman" w:hAnsi="Times New Roman" w:cs="Times New Roman"/>
              </w:rPr>
            </w:pPr>
            <w:proofErr w:type="gramStart"/>
            <w:r w:rsidRPr="00B5382E">
              <w:rPr>
                <w:rFonts w:ascii="Times New Roman" w:hAnsi="Times New Roman" w:cs="Times New Roman"/>
              </w:rPr>
              <w:t>Other</w:t>
            </w:r>
            <w:proofErr w:type="gramEnd"/>
            <w:r w:rsidRPr="00B5382E">
              <w:rPr>
                <w:rFonts w:ascii="Times New Roman" w:hAnsi="Times New Roman" w:cs="Times New Roman"/>
              </w:rPr>
              <w:t xml:space="preserve"> subject approved by the supervisor</w:t>
            </w:r>
          </w:p>
        </w:tc>
        <w:tc>
          <w:tcPr>
            <w:tcW w:w="1417" w:type="dxa"/>
            <w:tcMar>
              <w:top w:w="90" w:type="dxa"/>
              <w:left w:w="100" w:type="dxa"/>
              <w:bottom w:w="90" w:type="dxa"/>
              <w:right w:w="100" w:type="dxa"/>
            </w:tcMar>
            <w:vAlign w:val="center"/>
          </w:tcPr>
          <w:p w14:paraId="7E7A86C4" w14:textId="77777777" w:rsidR="00C64D79" w:rsidRPr="00B5382E" w:rsidRDefault="00C64D79" w:rsidP="00C64D79">
            <w:pPr>
              <w:rPr>
                <w:rFonts w:ascii="Times New Roman" w:hAnsi="Times New Roman" w:cs="Times New Roman"/>
              </w:rPr>
            </w:pPr>
          </w:p>
        </w:tc>
        <w:tc>
          <w:tcPr>
            <w:tcW w:w="1417" w:type="dxa"/>
            <w:tcMar>
              <w:top w:w="90" w:type="dxa"/>
              <w:left w:w="100" w:type="dxa"/>
              <w:bottom w:w="90" w:type="dxa"/>
              <w:right w:w="100" w:type="dxa"/>
            </w:tcMar>
            <w:vAlign w:val="center"/>
          </w:tcPr>
          <w:p w14:paraId="3D90FB46" w14:textId="77777777" w:rsidR="00C64D79" w:rsidRPr="00B5382E" w:rsidRDefault="00C64D79" w:rsidP="00C64D79">
            <w:pPr>
              <w:rPr>
                <w:rFonts w:ascii="Times New Roman" w:hAnsi="Times New Roman" w:cs="Times New Roman"/>
              </w:rPr>
            </w:pPr>
          </w:p>
        </w:tc>
        <w:tc>
          <w:tcPr>
            <w:tcW w:w="1701" w:type="dxa"/>
            <w:tcMar>
              <w:top w:w="90" w:type="dxa"/>
              <w:left w:w="100" w:type="dxa"/>
              <w:bottom w:w="90" w:type="dxa"/>
              <w:right w:w="100" w:type="dxa"/>
            </w:tcMar>
            <w:vAlign w:val="center"/>
          </w:tcPr>
          <w:p w14:paraId="7E047FD2" w14:textId="77777777" w:rsidR="00C64D79" w:rsidRPr="00B5382E" w:rsidRDefault="00C64D79" w:rsidP="00C64D79">
            <w:pPr>
              <w:rPr>
                <w:rFonts w:ascii="Times New Roman" w:hAnsi="Times New Roman" w:cs="Times New Roman"/>
              </w:rPr>
            </w:pPr>
          </w:p>
        </w:tc>
      </w:tr>
    </w:tbl>
    <w:p w14:paraId="19565775" w14:textId="77777777" w:rsidR="007E7D52" w:rsidRPr="00B5382E" w:rsidRDefault="007E7D52">
      <w:pPr>
        <w:rPr>
          <w:rFonts w:ascii="Times New Roman" w:hAnsi="Times New Roman" w:cs="Times New Roman"/>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ook w:val="04A0" w:firstRow="1" w:lastRow="0" w:firstColumn="1" w:lastColumn="0" w:noHBand="0" w:noVBand="1"/>
      </w:tblPr>
      <w:tblGrid>
        <w:gridCol w:w="9864"/>
      </w:tblGrid>
      <w:tr w:rsidR="007E7D52" w:rsidRPr="00B5382E" w14:paraId="7D23564B" w14:textId="77777777">
        <w:trPr>
          <w:jc w:val="center"/>
        </w:trPr>
        <w:tc>
          <w:tcPr>
            <w:tcW w:w="9866" w:type="dxa"/>
            <w:shd w:val="clear" w:color="auto" w:fill="173F5F"/>
            <w:tcMar>
              <w:top w:w="70" w:type="dxa"/>
              <w:left w:w="110" w:type="dxa"/>
              <w:bottom w:w="70" w:type="dxa"/>
              <w:right w:w="110" w:type="dxa"/>
            </w:tcMar>
          </w:tcPr>
          <w:p w14:paraId="2065D183" w14:textId="2A62A551" w:rsidR="007E7D52" w:rsidRPr="00B5382E" w:rsidRDefault="00C1191B" w:rsidP="00B5382E">
            <w:pPr>
              <w:pStyle w:val="SectionHeadingFZS"/>
              <w:spacing w:after="0"/>
              <w:rPr>
                <w:rFonts w:ascii="Times New Roman" w:hAnsi="Times New Roman" w:cs="Times New Roman"/>
              </w:rPr>
            </w:pPr>
            <w:r w:rsidRPr="00B5382E">
              <w:rPr>
                <w:rFonts w:ascii="Times New Roman" w:hAnsi="Times New Roman" w:cs="Times New Roman"/>
              </w:rPr>
              <w:t xml:space="preserve">5. </w:t>
            </w:r>
            <w:r w:rsidR="00B5382E" w:rsidRPr="00B5382E">
              <w:rPr>
                <w:rFonts w:ascii="Times New Roman" w:hAnsi="Times New Roman" w:cs="Times New Roman"/>
              </w:rPr>
              <w:t>Study Schedule and Milestones by Individual Years</w:t>
            </w:r>
            <w:r w:rsidR="00B5382E" w:rsidRPr="00B5382E">
              <w:rPr>
                <w:rFonts w:ascii="Times New Roman" w:hAnsi="Times New Roman" w:cs="Times New Roman"/>
              </w:rPr>
              <w:t xml:space="preserve"> </w:t>
            </w:r>
          </w:p>
        </w:tc>
      </w:tr>
    </w:tbl>
    <w:p w14:paraId="4FB274EE" w14:textId="77777777" w:rsidR="007E7D52" w:rsidRPr="00B5382E" w:rsidRDefault="007E7D52">
      <w:pPr>
        <w:rPr>
          <w:rFonts w:ascii="Times New Roman" w:hAnsi="Times New Roman" w:cs="Times New Roman"/>
        </w:rPr>
      </w:pPr>
    </w:p>
    <w:p w14:paraId="0C3CA7B4" w14:textId="26EF2829" w:rsidR="007E7D52" w:rsidRPr="00B5382E" w:rsidRDefault="00B5382E">
      <w:pPr>
        <w:rPr>
          <w:rFonts w:ascii="Times New Roman" w:hAnsi="Times New Roman" w:cs="Times New Roman"/>
        </w:rPr>
      </w:pPr>
      <w:r w:rsidRPr="00B5382E">
        <w:rPr>
          <w:rFonts w:ascii="Times New Roman" w:hAnsi="Times New Roman" w:cs="Times New Roman"/>
          <w:b/>
          <w:color w:val="173F5F"/>
          <w:sz w:val="22"/>
        </w:rPr>
        <w:t>1</w:t>
      </w:r>
      <w:proofErr w:type="gramStart"/>
      <w:r w:rsidRPr="00B5382E">
        <w:rPr>
          <w:rFonts w:ascii="Times New Roman" w:hAnsi="Times New Roman" w:cs="Times New Roman"/>
          <w:b/>
          <w:color w:val="173F5F"/>
          <w:sz w:val="22"/>
          <w:vertAlign w:val="superscript"/>
        </w:rPr>
        <w:t>st</w:t>
      </w:r>
      <w:r w:rsidRPr="00B5382E">
        <w:rPr>
          <w:rFonts w:ascii="Times New Roman" w:hAnsi="Times New Roman" w:cs="Times New Roman"/>
          <w:b/>
          <w:color w:val="173F5F"/>
          <w:sz w:val="22"/>
        </w:rPr>
        <w:t xml:space="preserve"> </w:t>
      </w:r>
      <w:r w:rsidRPr="00B5382E">
        <w:rPr>
          <w:rFonts w:ascii="Times New Roman" w:hAnsi="Times New Roman" w:cs="Times New Roman"/>
          <w:b/>
          <w:color w:val="173F5F"/>
          <w:sz w:val="22"/>
        </w:rPr>
        <w:t xml:space="preserve"> Year</w:t>
      </w:r>
      <w:proofErr w:type="gramEnd"/>
      <w:r w:rsidRPr="00B5382E">
        <w:rPr>
          <w:rFonts w:ascii="Times New Roman" w:hAnsi="Times New Roman" w:cs="Times New Roman"/>
          <w:b/>
          <w:color w:val="173F5F"/>
          <w:sz w:val="22"/>
        </w:rPr>
        <w:t xml:space="preserve"> of Study</w:t>
      </w:r>
    </w:p>
    <w:tbl>
      <w:tblPr>
        <w:tblStyle w:val="Mkatabulky"/>
        <w:tblW w:w="0" w:type="auto"/>
        <w:jc w:val="center"/>
        <w:tblBorders>
          <w:top w:val="single" w:sz="8" w:space="0" w:color="B7C3CE"/>
          <w:left w:val="single" w:sz="8" w:space="0" w:color="B7C3CE"/>
          <w:bottom w:val="single" w:sz="8" w:space="0" w:color="B7C3CE"/>
          <w:right w:val="single" w:sz="8" w:space="0" w:color="B7C3CE"/>
          <w:insideH w:val="single" w:sz="8" w:space="0" w:color="B7C3CE"/>
          <w:insideV w:val="single" w:sz="8" w:space="0" w:color="B7C3CE"/>
        </w:tblBorders>
        <w:tblLook w:val="04A0" w:firstRow="1" w:lastRow="0" w:firstColumn="1" w:lastColumn="0" w:noHBand="0" w:noVBand="1"/>
      </w:tblPr>
      <w:tblGrid>
        <w:gridCol w:w="3118"/>
        <w:gridCol w:w="6633"/>
      </w:tblGrid>
      <w:tr w:rsidR="007E7D52" w:rsidRPr="00B5382E" w14:paraId="2FED2B7C" w14:textId="77777777">
        <w:trPr>
          <w:jc w:val="center"/>
        </w:trPr>
        <w:tc>
          <w:tcPr>
            <w:tcW w:w="3118" w:type="dxa"/>
            <w:shd w:val="clear" w:color="auto" w:fill="EEF3F7"/>
            <w:tcMar>
              <w:top w:w="90" w:type="dxa"/>
              <w:left w:w="100" w:type="dxa"/>
              <w:bottom w:w="90" w:type="dxa"/>
              <w:right w:w="100" w:type="dxa"/>
            </w:tcMar>
            <w:vAlign w:val="center"/>
          </w:tcPr>
          <w:p w14:paraId="0DFA64AF" w14:textId="47881C60" w:rsidR="007E7D52" w:rsidRPr="00B5382E" w:rsidRDefault="00B5382E" w:rsidP="00B5382E">
            <w:pPr>
              <w:rPr>
                <w:rFonts w:ascii="Times New Roman" w:hAnsi="Times New Roman" w:cs="Times New Roman"/>
                <w:b/>
                <w:color w:val="173F5F"/>
              </w:rPr>
            </w:pPr>
            <w:r w:rsidRPr="00B5382E">
              <w:rPr>
                <w:rFonts w:ascii="Times New Roman" w:hAnsi="Times New Roman" w:cs="Times New Roman"/>
                <w:b/>
                <w:bCs/>
                <w:color w:val="173F5F"/>
              </w:rPr>
              <w:t>Study subjects</w:t>
            </w:r>
          </w:p>
        </w:tc>
        <w:tc>
          <w:tcPr>
            <w:tcW w:w="6633" w:type="dxa"/>
            <w:tcMar>
              <w:top w:w="90" w:type="dxa"/>
              <w:left w:w="100" w:type="dxa"/>
              <w:bottom w:w="90" w:type="dxa"/>
              <w:right w:w="100" w:type="dxa"/>
            </w:tcMar>
            <w:vAlign w:val="center"/>
          </w:tcPr>
          <w:p w14:paraId="59F53B34" w14:textId="77777777" w:rsidR="007E7D52" w:rsidRPr="00B5382E" w:rsidRDefault="007E7D52">
            <w:pPr>
              <w:rPr>
                <w:rFonts w:ascii="Times New Roman" w:hAnsi="Times New Roman" w:cs="Times New Roman"/>
              </w:rPr>
            </w:pPr>
          </w:p>
        </w:tc>
      </w:tr>
      <w:tr w:rsidR="00B5382E" w:rsidRPr="00B5382E" w14:paraId="19D90688" w14:textId="77777777" w:rsidTr="0004692A">
        <w:trPr>
          <w:jc w:val="center"/>
        </w:trPr>
        <w:tc>
          <w:tcPr>
            <w:tcW w:w="3118" w:type="dxa"/>
            <w:shd w:val="clear" w:color="auto" w:fill="EEF3F7"/>
            <w:tcMar>
              <w:top w:w="90" w:type="dxa"/>
              <w:left w:w="100" w:type="dxa"/>
              <w:bottom w:w="90" w:type="dxa"/>
              <w:right w:w="100" w:type="dxa"/>
            </w:tcMar>
          </w:tcPr>
          <w:p w14:paraId="38A9F59C" w14:textId="7F4DBCDD" w:rsidR="00B5382E" w:rsidRPr="00B5382E" w:rsidRDefault="00B5382E" w:rsidP="00B5382E">
            <w:pPr>
              <w:rPr>
                <w:rFonts w:ascii="Times New Roman" w:hAnsi="Times New Roman" w:cs="Times New Roman"/>
                <w:b/>
                <w:bCs/>
                <w:color w:val="173F5F"/>
              </w:rPr>
            </w:pPr>
            <w:r w:rsidRPr="00B5382E">
              <w:rPr>
                <w:rFonts w:ascii="Times New Roman" w:hAnsi="Times New Roman" w:cs="Times New Roman"/>
                <w:b/>
                <w:bCs/>
                <w:color w:val="173F5F"/>
              </w:rPr>
              <w:t>Dissertation thesis – key steps:</w:t>
            </w:r>
          </w:p>
        </w:tc>
        <w:tc>
          <w:tcPr>
            <w:tcW w:w="6633" w:type="dxa"/>
            <w:tcMar>
              <w:top w:w="90" w:type="dxa"/>
              <w:left w:w="100" w:type="dxa"/>
              <w:bottom w:w="90" w:type="dxa"/>
              <w:right w:w="100" w:type="dxa"/>
            </w:tcMar>
            <w:vAlign w:val="center"/>
          </w:tcPr>
          <w:p w14:paraId="6B403909" w14:textId="77777777" w:rsidR="00B5382E" w:rsidRPr="00B5382E" w:rsidRDefault="00B5382E" w:rsidP="00B5382E">
            <w:pPr>
              <w:rPr>
                <w:rFonts w:ascii="Times New Roman" w:hAnsi="Times New Roman" w:cs="Times New Roman"/>
              </w:rPr>
            </w:pPr>
          </w:p>
        </w:tc>
      </w:tr>
      <w:tr w:rsidR="00B5382E" w:rsidRPr="00B5382E" w14:paraId="1521405D" w14:textId="77777777" w:rsidTr="0004692A">
        <w:trPr>
          <w:jc w:val="center"/>
        </w:trPr>
        <w:tc>
          <w:tcPr>
            <w:tcW w:w="3118" w:type="dxa"/>
            <w:shd w:val="clear" w:color="auto" w:fill="EEF3F7"/>
            <w:tcMar>
              <w:top w:w="90" w:type="dxa"/>
              <w:left w:w="100" w:type="dxa"/>
              <w:bottom w:w="90" w:type="dxa"/>
              <w:right w:w="100" w:type="dxa"/>
            </w:tcMar>
          </w:tcPr>
          <w:p w14:paraId="35DC576A" w14:textId="4CC48CD6" w:rsidR="00B5382E" w:rsidRPr="00B5382E" w:rsidRDefault="00B5382E" w:rsidP="00B5382E">
            <w:pPr>
              <w:rPr>
                <w:rFonts w:ascii="Times New Roman" w:hAnsi="Times New Roman" w:cs="Times New Roman"/>
                <w:b/>
                <w:bCs/>
                <w:color w:val="173F5F"/>
              </w:rPr>
            </w:pPr>
            <w:r w:rsidRPr="00B5382E">
              <w:rPr>
                <w:rFonts w:ascii="Times New Roman" w:hAnsi="Times New Roman" w:cs="Times New Roman"/>
                <w:b/>
                <w:bCs/>
                <w:color w:val="173F5F"/>
              </w:rPr>
              <w:t>Publication and conference activity:</w:t>
            </w:r>
          </w:p>
        </w:tc>
        <w:tc>
          <w:tcPr>
            <w:tcW w:w="6633" w:type="dxa"/>
            <w:tcMar>
              <w:top w:w="90" w:type="dxa"/>
              <w:left w:w="100" w:type="dxa"/>
              <w:bottom w:w="90" w:type="dxa"/>
              <w:right w:w="100" w:type="dxa"/>
            </w:tcMar>
            <w:vAlign w:val="center"/>
          </w:tcPr>
          <w:p w14:paraId="61124656" w14:textId="77777777" w:rsidR="00B5382E" w:rsidRPr="00B5382E" w:rsidRDefault="00B5382E" w:rsidP="00B5382E">
            <w:pPr>
              <w:rPr>
                <w:rFonts w:ascii="Times New Roman" w:hAnsi="Times New Roman" w:cs="Times New Roman"/>
              </w:rPr>
            </w:pPr>
          </w:p>
        </w:tc>
      </w:tr>
      <w:tr w:rsidR="00B5382E" w:rsidRPr="00B5382E" w14:paraId="50737498" w14:textId="77777777" w:rsidTr="0004692A">
        <w:trPr>
          <w:jc w:val="center"/>
        </w:trPr>
        <w:tc>
          <w:tcPr>
            <w:tcW w:w="3118" w:type="dxa"/>
            <w:shd w:val="clear" w:color="auto" w:fill="EEF3F7"/>
            <w:tcMar>
              <w:top w:w="90" w:type="dxa"/>
              <w:left w:w="100" w:type="dxa"/>
              <w:bottom w:w="90" w:type="dxa"/>
              <w:right w:w="100" w:type="dxa"/>
            </w:tcMar>
          </w:tcPr>
          <w:p w14:paraId="37AEF193" w14:textId="489ED6BF" w:rsidR="00B5382E" w:rsidRPr="00B5382E" w:rsidRDefault="00B5382E" w:rsidP="00B5382E">
            <w:pPr>
              <w:rPr>
                <w:rFonts w:ascii="Times New Roman" w:hAnsi="Times New Roman" w:cs="Times New Roman"/>
                <w:b/>
                <w:bCs/>
                <w:color w:val="173F5F"/>
              </w:rPr>
            </w:pPr>
            <w:r w:rsidRPr="00B5382E">
              <w:rPr>
                <w:rFonts w:ascii="Times New Roman" w:hAnsi="Times New Roman" w:cs="Times New Roman"/>
                <w:b/>
                <w:bCs/>
                <w:color w:val="173F5F"/>
              </w:rPr>
              <w:t>Internationalization / internship / international cooperation:</w:t>
            </w:r>
          </w:p>
        </w:tc>
        <w:tc>
          <w:tcPr>
            <w:tcW w:w="6633" w:type="dxa"/>
            <w:tcMar>
              <w:top w:w="90" w:type="dxa"/>
              <w:left w:w="100" w:type="dxa"/>
              <w:bottom w:w="90" w:type="dxa"/>
              <w:right w:w="100" w:type="dxa"/>
            </w:tcMar>
            <w:vAlign w:val="center"/>
          </w:tcPr>
          <w:p w14:paraId="4D765A4F" w14:textId="77777777" w:rsidR="00B5382E" w:rsidRPr="00B5382E" w:rsidRDefault="00B5382E" w:rsidP="00B5382E">
            <w:pPr>
              <w:rPr>
                <w:rFonts w:ascii="Times New Roman" w:hAnsi="Times New Roman" w:cs="Times New Roman"/>
              </w:rPr>
            </w:pPr>
          </w:p>
        </w:tc>
      </w:tr>
      <w:tr w:rsidR="00B5382E" w:rsidRPr="00B5382E" w14:paraId="57FF7950" w14:textId="77777777" w:rsidTr="0004692A">
        <w:trPr>
          <w:jc w:val="center"/>
        </w:trPr>
        <w:tc>
          <w:tcPr>
            <w:tcW w:w="3118" w:type="dxa"/>
            <w:shd w:val="clear" w:color="auto" w:fill="EEF3F7"/>
            <w:tcMar>
              <w:top w:w="90" w:type="dxa"/>
              <w:left w:w="100" w:type="dxa"/>
              <w:bottom w:w="90" w:type="dxa"/>
              <w:right w:w="100" w:type="dxa"/>
            </w:tcMar>
          </w:tcPr>
          <w:p w14:paraId="784CDAA2" w14:textId="758260A2" w:rsidR="00B5382E" w:rsidRPr="00B5382E" w:rsidRDefault="00B5382E" w:rsidP="00B5382E">
            <w:pPr>
              <w:rPr>
                <w:rFonts w:ascii="Times New Roman" w:hAnsi="Times New Roman" w:cs="Times New Roman"/>
                <w:b/>
                <w:bCs/>
                <w:color w:val="173F5F"/>
              </w:rPr>
            </w:pPr>
            <w:r w:rsidRPr="00B5382E">
              <w:rPr>
                <w:rFonts w:ascii="Times New Roman" w:hAnsi="Times New Roman" w:cs="Times New Roman"/>
                <w:b/>
                <w:bCs/>
                <w:color w:val="173F5F"/>
              </w:rPr>
              <w:t>Pedagogical development / shadowing / other professional activities:</w:t>
            </w:r>
          </w:p>
        </w:tc>
        <w:tc>
          <w:tcPr>
            <w:tcW w:w="6633" w:type="dxa"/>
            <w:tcMar>
              <w:top w:w="90" w:type="dxa"/>
              <w:left w:w="100" w:type="dxa"/>
              <w:bottom w:w="90" w:type="dxa"/>
              <w:right w:w="100" w:type="dxa"/>
            </w:tcMar>
            <w:vAlign w:val="center"/>
          </w:tcPr>
          <w:p w14:paraId="376C7CE0" w14:textId="77777777" w:rsidR="00B5382E" w:rsidRPr="00B5382E" w:rsidRDefault="00B5382E" w:rsidP="00B5382E">
            <w:pPr>
              <w:rPr>
                <w:rFonts w:ascii="Times New Roman" w:hAnsi="Times New Roman" w:cs="Times New Roman"/>
              </w:rPr>
            </w:pPr>
          </w:p>
        </w:tc>
      </w:tr>
      <w:tr w:rsidR="00B5382E" w:rsidRPr="00B5382E" w14:paraId="55FB4D6D" w14:textId="77777777" w:rsidTr="0004692A">
        <w:trPr>
          <w:jc w:val="center"/>
        </w:trPr>
        <w:tc>
          <w:tcPr>
            <w:tcW w:w="3118" w:type="dxa"/>
            <w:shd w:val="clear" w:color="auto" w:fill="EEF3F7"/>
            <w:tcMar>
              <w:top w:w="90" w:type="dxa"/>
              <w:left w:w="100" w:type="dxa"/>
              <w:bottom w:w="90" w:type="dxa"/>
              <w:right w:w="100" w:type="dxa"/>
            </w:tcMar>
          </w:tcPr>
          <w:p w14:paraId="7EDDC707" w14:textId="7360A1A3" w:rsidR="00B5382E" w:rsidRPr="00B5382E" w:rsidRDefault="00B5382E" w:rsidP="00B5382E">
            <w:pPr>
              <w:rPr>
                <w:rFonts w:ascii="Times New Roman" w:hAnsi="Times New Roman" w:cs="Times New Roman"/>
                <w:b/>
                <w:bCs/>
                <w:color w:val="173F5F"/>
              </w:rPr>
            </w:pPr>
            <w:r w:rsidRPr="00B5382E">
              <w:rPr>
                <w:rFonts w:ascii="Times New Roman" w:hAnsi="Times New Roman" w:cs="Times New Roman"/>
                <w:b/>
                <w:bCs/>
                <w:color w:val="173F5F"/>
              </w:rPr>
              <w:t>Expected outputs and evidence of fulfillment:</w:t>
            </w:r>
          </w:p>
        </w:tc>
        <w:tc>
          <w:tcPr>
            <w:tcW w:w="6633" w:type="dxa"/>
            <w:tcMar>
              <w:top w:w="90" w:type="dxa"/>
              <w:left w:w="100" w:type="dxa"/>
              <w:bottom w:w="90" w:type="dxa"/>
              <w:right w:w="100" w:type="dxa"/>
            </w:tcMar>
            <w:vAlign w:val="center"/>
          </w:tcPr>
          <w:p w14:paraId="1D295700" w14:textId="77777777" w:rsidR="00B5382E" w:rsidRPr="00B5382E" w:rsidRDefault="00B5382E" w:rsidP="00B5382E">
            <w:pPr>
              <w:rPr>
                <w:rFonts w:ascii="Times New Roman" w:hAnsi="Times New Roman" w:cs="Times New Roman"/>
              </w:rPr>
            </w:pPr>
          </w:p>
        </w:tc>
      </w:tr>
    </w:tbl>
    <w:p w14:paraId="24D631CE" w14:textId="77777777" w:rsidR="007E7D52" w:rsidRPr="00B5382E" w:rsidRDefault="007E7D52">
      <w:pPr>
        <w:rPr>
          <w:rFonts w:ascii="Times New Roman" w:hAnsi="Times New Roman" w:cs="Times New Roman"/>
        </w:rPr>
      </w:pPr>
    </w:p>
    <w:p w14:paraId="48417232" w14:textId="4D1D8D9C" w:rsidR="007E7D52" w:rsidRPr="00B5382E" w:rsidRDefault="00B5382E">
      <w:pPr>
        <w:rPr>
          <w:rFonts w:ascii="Times New Roman" w:hAnsi="Times New Roman" w:cs="Times New Roman"/>
        </w:rPr>
      </w:pPr>
      <w:r w:rsidRPr="00B5382E">
        <w:rPr>
          <w:rFonts w:ascii="Times New Roman" w:hAnsi="Times New Roman" w:cs="Times New Roman"/>
          <w:b/>
          <w:color w:val="173F5F"/>
          <w:sz w:val="22"/>
        </w:rPr>
        <w:t>2</w:t>
      </w:r>
      <w:r w:rsidRPr="00B5382E">
        <w:rPr>
          <w:rFonts w:ascii="Times New Roman" w:hAnsi="Times New Roman" w:cs="Times New Roman"/>
          <w:b/>
          <w:color w:val="173F5F"/>
          <w:sz w:val="22"/>
          <w:vertAlign w:val="superscript"/>
        </w:rPr>
        <w:t>nd</w:t>
      </w:r>
      <w:r w:rsidRPr="00B5382E">
        <w:rPr>
          <w:rFonts w:ascii="Times New Roman" w:hAnsi="Times New Roman" w:cs="Times New Roman"/>
          <w:b/>
          <w:color w:val="173F5F"/>
          <w:sz w:val="22"/>
        </w:rPr>
        <w:t xml:space="preserve"> Year of Study</w:t>
      </w:r>
    </w:p>
    <w:tbl>
      <w:tblPr>
        <w:tblStyle w:val="Mkatabulky"/>
        <w:tblW w:w="0" w:type="auto"/>
        <w:jc w:val="center"/>
        <w:tblBorders>
          <w:top w:val="single" w:sz="8" w:space="0" w:color="B7C3CE"/>
          <w:left w:val="single" w:sz="8" w:space="0" w:color="B7C3CE"/>
          <w:bottom w:val="single" w:sz="8" w:space="0" w:color="B7C3CE"/>
          <w:right w:val="single" w:sz="8" w:space="0" w:color="B7C3CE"/>
          <w:insideH w:val="single" w:sz="8" w:space="0" w:color="B7C3CE"/>
          <w:insideV w:val="single" w:sz="8" w:space="0" w:color="B7C3CE"/>
        </w:tblBorders>
        <w:tblLook w:val="04A0" w:firstRow="1" w:lastRow="0" w:firstColumn="1" w:lastColumn="0" w:noHBand="0" w:noVBand="1"/>
      </w:tblPr>
      <w:tblGrid>
        <w:gridCol w:w="3118"/>
        <w:gridCol w:w="6633"/>
      </w:tblGrid>
      <w:tr w:rsidR="00B5382E" w:rsidRPr="00B5382E" w14:paraId="5FF98B42" w14:textId="77777777" w:rsidTr="00292FF0">
        <w:trPr>
          <w:jc w:val="center"/>
        </w:trPr>
        <w:tc>
          <w:tcPr>
            <w:tcW w:w="3118" w:type="dxa"/>
            <w:shd w:val="clear" w:color="auto" w:fill="EEF3F7"/>
            <w:tcMar>
              <w:top w:w="90" w:type="dxa"/>
              <w:left w:w="100" w:type="dxa"/>
              <w:bottom w:w="90" w:type="dxa"/>
              <w:right w:w="100" w:type="dxa"/>
            </w:tcMar>
          </w:tcPr>
          <w:p w14:paraId="11C6B126" w14:textId="1F7301F9" w:rsidR="00B5382E" w:rsidRPr="00B5382E" w:rsidRDefault="00B5382E" w:rsidP="00B5382E">
            <w:pPr>
              <w:rPr>
                <w:rFonts w:ascii="Times New Roman" w:hAnsi="Times New Roman" w:cs="Times New Roman"/>
                <w:b/>
                <w:bCs/>
                <w:color w:val="173F5F"/>
              </w:rPr>
            </w:pPr>
            <w:r w:rsidRPr="00B5382E">
              <w:rPr>
                <w:rFonts w:ascii="Times New Roman" w:hAnsi="Times New Roman" w:cs="Times New Roman"/>
                <w:b/>
                <w:bCs/>
                <w:color w:val="173F5F"/>
              </w:rPr>
              <w:t>Study subjects:</w:t>
            </w:r>
          </w:p>
        </w:tc>
        <w:tc>
          <w:tcPr>
            <w:tcW w:w="6633" w:type="dxa"/>
            <w:tcMar>
              <w:top w:w="90" w:type="dxa"/>
              <w:left w:w="100" w:type="dxa"/>
              <w:bottom w:w="90" w:type="dxa"/>
              <w:right w:w="100" w:type="dxa"/>
            </w:tcMar>
            <w:vAlign w:val="center"/>
          </w:tcPr>
          <w:p w14:paraId="0E86AF23" w14:textId="77777777" w:rsidR="00B5382E" w:rsidRPr="00B5382E" w:rsidRDefault="00B5382E" w:rsidP="00B5382E">
            <w:pPr>
              <w:rPr>
                <w:rFonts w:ascii="Times New Roman" w:hAnsi="Times New Roman" w:cs="Times New Roman"/>
              </w:rPr>
            </w:pPr>
          </w:p>
        </w:tc>
      </w:tr>
      <w:tr w:rsidR="00B5382E" w:rsidRPr="00B5382E" w14:paraId="44A37DFB" w14:textId="77777777" w:rsidTr="00292FF0">
        <w:trPr>
          <w:jc w:val="center"/>
        </w:trPr>
        <w:tc>
          <w:tcPr>
            <w:tcW w:w="3118" w:type="dxa"/>
            <w:shd w:val="clear" w:color="auto" w:fill="EEF3F7"/>
            <w:tcMar>
              <w:top w:w="90" w:type="dxa"/>
              <w:left w:w="100" w:type="dxa"/>
              <w:bottom w:w="90" w:type="dxa"/>
              <w:right w:w="100" w:type="dxa"/>
            </w:tcMar>
          </w:tcPr>
          <w:p w14:paraId="03605000" w14:textId="09A88AD1" w:rsidR="00B5382E" w:rsidRPr="00B5382E" w:rsidRDefault="00B5382E" w:rsidP="00B5382E">
            <w:pPr>
              <w:rPr>
                <w:rFonts w:ascii="Times New Roman" w:hAnsi="Times New Roman" w:cs="Times New Roman"/>
                <w:b/>
                <w:bCs/>
                <w:color w:val="173F5F"/>
              </w:rPr>
            </w:pPr>
            <w:r w:rsidRPr="00B5382E">
              <w:rPr>
                <w:rFonts w:ascii="Times New Roman" w:hAnsi="Times New Roman" w:cs="Times New Roman"/>
                <w:b/>
                <w:bCs/>
                <w:color w:val="173F5F"/>
              </w:rPr>
              <w:t>Dissertation thesis – key steps:</w:t>
            </w:r>
          </w:p>
        </w:tc>
        <w:tc>
          <w:tcPr>
            <w:tcW w:w="6633" w:type="dxa"/>
            <w:tcMar>
              <w:top w:w="90" w:type="dxa"/>
              <w:left w:w="100" w:type="dxa"/>
              <w:bottom w:w="90" w:type="dxa"/>
              <w:right w:w="100" w:type="dxa"/>
            </w:tcMar>
            <w:vAlign w:val="center"/>
          </w:tcPr>
          <w:p w14:paraId="20E9CE7E" w14:textId="77777777" w:rsidR="00B5382E" w:rsidRPr="00B5382E" w:rsidRDefault="00B5382E" w:rsidP="00B5382E">
            <w:pPr>
              <w:rPr>
                <w:rFonts w:ascii="Times New Roman" w:hAnsi="Times New Roman" w:cs="Times New Roman"/>
              </w:rPr>
            </w:pPr>
          </w:p>
        </w:tc>
      </w:tr>
      <w:tr w:rsidR="00B5382E" w:rsidRPr="00B5382E" w14:paraId="776EA68A" w14:textId="77777777" w:rsidTr="00292FF0">
        <w:trPr>
          <w:jc w:val="center"/>
        </w:trPr>
        <w:tc>
          <w:tcPr>
            <w:tcW w:w="3118" w:type="dxa"/>
            <w:shd w:val="clear" w:color="auto" w:fill="EEF3F7"/>
            <w:tcMar>
              <w:top w:w="90" w:type="dxa"/>
              <w:left w:w="100" w:type="dxa"/>
              <w:bottom w:w="90" w:type="dxa"/>
              <w:right w:w="100" w:type="dxa"/>
            </w:tcMar>
          </w:tcPr>
          <w:p w14:paraId="4F24E797" w14:textId="20E428E6" w:rsidR="00B5382E" w:rsidRPr="00B5382E" w:rsidRDefault="00B5382E" w:rsidP="00B5382E">
            <w:pPr>
              <w:rPr>
                <w:rFonts w:ascii="Times New Roman" w:hAnsi="Times New Roman" w:cs="Times New Roman"/>
                <w:b/>
                <w:bCs/>
                <w:color w:val="173F5F"/>
              </w:rPr>
            </w:pPr>
            <w:r w:rsidRPr="00B5382E">
              <w:rPr>
                <w:rFonts w:ascii="Times New Roman" w:hAnsi="Times New Roman" w:cs="Times New Roman"/>
                <w:b/>
                <w:bCs/>
                <w:color w:val="173F5F"/>
              </w:rPr>
              <w:t>Publication and conference activity:</w:t>
            </w:r>
          </w:p>
        </w:tc>
        <w:tc>
          <w:tcPr>
            <w:tcW w:w="6633" w:type="dxa"/>
            <w:tcMar>
              <w:top w:w="90" w:type="dxa"/>
              <w:left w:w="100" w:type="dxa"/>
              <w:bottom w:w="90" w:type="dxa"/>
              <w:right w:w="100" w:type="dxa"/>
            </w:tcMar>
            <w:vAlign w:val="center"/>
          </w:tcPr>
          <w:p w14:paraId="55D56ACA" w14:textId="77777777" w:rsidR="00B5382E" w:rsidRPr="00B5382E" w:rsidRDefault="00B5382E" w:rsidP="00B5382E">
            <w:pPr>
              <w:rPr>
                <w:rFonts w:ascii="Times New Roman" w:hAnsi="Times New Roman" w:cs="Times New Roman"/>
              </w:rPr>
            </w:pPr>
          </w:p>
        </w:tc>
      </w:tr>
      <w:tr w:rsidR="00B5382E" w:rsidRPr="00B5382E" w14:paraId="1173080F" w14:textId="77777777" w:rsidTr="00292FF0">
        <w:trPr>
          <w:jc w:val="center"/>
        </w:trPr>
        <w:tc>
          <w:tcPr>
            <w:tcW w:w="3118" w:type="dxa"/>
            <w:shd w:val="clear" w:color="auto" w:fill="EEF3F7"/>
            <w:tcMar>
              <w:top w:w="90" w:type="dxa"/>
              <w:left w:w="100" w:type="dxa"/>
              <w:bottom w:w="90" w:type="dxa"/>
              <w:right w:w="100" w:type="dxa"/>
            </w:tcMar>
          </w:tcPr>
          <w:p w14:paraId="6AF7F032" w14:textId="7A55E114" w:rsidR="00B5382E" w:rsidRPr="00B5382E" w:rsidRDefault="00B5382E" w:rsidP="00B5382E">
            <w:pPr>
              <w:rPr>
                <w:rFonts w:ascii="Times New Roman" w:hAnsi="Times New Roman" w:cs="Times New Roman"/>
                <w:b/>
                <w:bCs/>
                <w:color w:val="173F5F"/>
              </w:rPr>
            </w:pPr>
            <w:r w:rsidRPr="00B5382E">
              <w:rPr>
                <w:rFonts w:ascii="Times New Roman" w:hAnsi="Times New Roman" w:cs="Times New Roman"/>
                <w:b/>
                <w:bCs/>
                <w:color w:val="173F5F"/>
              </w:rPr>
              <w:t>Internationalization / internship / international cooperation:</w:t>
            </w:r>
          </w:p>
        </w:tc>
        <w:tc>
          <w:tcPr>
            <w:tcW w:w="6633" w:type="dxa"/>
            <w:tcMar>
              <w:top w:w="90" w:type="dxa"/>
              <w:left w:w="100" w:type="dxa"/>
              <w:bottom w:w="90" w:type="dxa"/>
              <w:right w:w="100" w:type="dxa"/>
            </w:tcMar>
            <w:vAlign w:val="center"/>
          </w:tcPr>
          <w:p w14:paraId="44C695F1" w14:textId="77777777" w:rsidR="00B5382E" w:rsidRPr="00B5382E" w:rsidRDefault="00B5382E" w:rsidP="00B5382E">
            <w:pPr>
              <w:rPr>
                <w:rFonts w:ascii="Times New Roman" w:hAnsi="Times New Roman" w:cs="Times New Roman"/>
              </w:rPr>
            </w:pPr>
          </w:p>
        </w:tc>
      </w:tr>
      <w:tr w:rsidR="00B5382E" w:rsidRPr="00B5382E" w14:paraId="13EA895A" w14:textId="77777777" w:rsidTr="00292FF0">
        <w:trPr>
          <w:jc w:val="center"/>
        </w:trPr>
        <w:tc>
          <w:tcPr>
            <w:tcW w:w="3118" w:type="dxa"/>
            <w:shd w:val="clear" w:color="auto" w:fill="EEF3F7"/>
            <w:tcMar>
              <w:top w:w="90" w:type="dxa"/>
              <w:left w:w="100" w:type="dxa"/>
              <w:bottom w:w="90" w:type="dxa"/>
              <w:right w:w="100" w:type="dxa"/>
            </w:tcMar>
          </w:tcPr>
          <w:p w14:paraId="0508E232" w14:textId="7F80806A" w:rsidR="00B5382E" w:rsidRPr="00B5382E" w:rsidRDefault="00B5382E" w:rsidP="00B5382E">
            <w:pPr>
              <w:rPr>
                <w:rFonts w:ascii="Times New Roman" w:hAnsi="Times New Roman" w:cs="Times New Roman"/>
                <w:b/>
                <w:bCs/>
                <w:color w:val="173F5F"/>
              </w:rPr>
            </w:pPr>
            <w:r w:rsidRPr="00B5382E">
              <w:rPr>
                <w:rFonts w:ascii="Times New Roman" w:hAnsi="Times New Roman" w:cs="Times New Roman"/>
                <w:b/>
                <w:bCs/>
                <w:color w:val="173F5F"/>
              </w:rPr>
              <w:t>Pedagogical development / shadowing / other professional activities:</w:t>
            </w:r>
          </w:p>
        </w:tc>
        <w:tc>
          <w:tcPr>
            <w:tcW w:w="6633" w:type="dxa"/>
            <w:tcMar>
              <w:top w:w="90" w:type="dxa"/>
              <w:left w:w="100" w:type="dxa"/>
              <w:bottom w:w="90" w:type="dxa"/>
              <w:right w:w="100" w:type="dxa"/>
            </w:tcMar>
            <w:vAlign w:val="center"/>
          </w:tcPr>
          <w:p w14:paraId="40DA5B3A" w14:textId="77777777" w:rsidR="00B5382E" w:rsidRPr="00B5382E" w:rsidRDefault="00B5382E" w:rsidP="00B5382E">
            <w:pPr>
              <w:rPr>
                <w:rFonts w:ascii="Times New Roman" w:hAnsi="Times New Roman" w:cs="Times New Roman"/>
              </w:rPr>
            </w:pPr>
          </w:p>
        </w:tc>
      </w:tr>
      <w:tr w:rsidR="00B5382E" w:rsidRPr="00B5382E" w14:paraId="702A0856" w14:textId="77777777" w:rsidTr="00292FF0">
        <w:trPr>
          <w:jc w:val="center"/>
        </w:trPr>
        <w:tc>
          <w:tcPr>
            <w:tcW w:w="3118" w:type="dxa"/>
            <w:shd w:val="clear" w:color="auto" w:fill="EEF3F7"/>
            <w:tcMar>
              <w:top w:w="90" w:type="dxa"/>
              <w:left w:w="100" w:type="dxa"/>
              <w:bottom w:w="90" w:type="dxa"/>
              <w:right w:w="100" w:type="dxa"/>
            </w:tcMar>
          </w:tcPr>
          <w:p w14:paraId="27A40DE6" w14:textId="19CCC4B9" w:rsidR="00B5382E" w:rsidRPr="00B5382E" w:rsidRDefault="00B5382E" w:rsidP="00B5382E">
            <w:pPr>
              <w:rPr>
                <w:rFonts w:ascii="Times New Roman" w:hAnsi="Times New Roman" w:cs="Times New Roman"/>
                <w:b/>
                <w:bCs/>
                <w:color w:val="173F5F"/>
              </w:rPr>
            </w:pPr>
            <w:r w:rsidRPr="00B5382E">
              <w:rPr>
                <w:rFonts w:ascii="Times New Roman" w:hAnsi="Times New Roman" w:cs="Times New Roman"/>
                <w:b/>
                <w:bCs/>
                <w:color w:val="173F5F"/>
              </w:rPr>
              <w:lastRenderedPageBreak/>
              <w:t>Expected outputs and evidence of fulfillment:</w:t>
            </w:r>
          </w:p>
        </w:tc>
        <w:tc>
          <w:tcPr>
            <w:tcW w:w="6633" w:type="dxa"/>
            <w:tcMar>
              <w:top w:w="90" w:type="dxa"/>
              <w:left w:w="100" w:type="dxa"/>
              <w:bottom w:w="90" w:type="dxa"/>
              <w:right w:w="100" w:type="dxa"/>
            </w:tcMar>
            <w:vAlign w:val="center"/>
          </w:tcPr>
          <w:p w14:paraId="5BB5FFFA" w14:textId="77777777" w:rsidR="00B5382E" w:rsidRPr="00B5382E" w:rsidRDefault="00B5382E" w:rsidP="00B5382E">
            <w:pPr>
              <w:rPr>
                <w:rFonts w:ascii="Times New Roman" w:hAnsi="Times New Roman" w:cs="Times New Roman"/>
              </w:rPr>
            </w:pPr>
          </w:p>
        </w:tc>
      </w:tr>
    </w:tbl>
    <w:p w14:paraId="178EC860" w14:textId="77777777" w:rsidR="007E7D52" w:rsidRPr="00B5382E" w:rsidRDefault="007E7D52">
      <w:pPr>
        <w:rPr>
          <w:rFonts w:ascii="Times New Roman" w:hAnsi="Times New Roman" w:cs="Times New Roman"/>
        </w:rPr>
      </w:pPr>
    </w:p>
    <w:p w14:paraId="5BA9CB89" w14:textId="628C00E1" w:rsidR="007E7D52" w:rsidRPr="00B5382E" w:rsidRDefault="00C1191B">
      <w:pPr>
        <w:rPr>
          <w:rFonts w:ascii="Times New Roman" w:hAnsi="Times New Roman" w:cs="Times New Roman"/>
        </w:rPr>
      </w:pPr>
      <w:r w:rsidRPr="00B5382E">
        <w:rPr>
          <w:rFonts w:ascii="Times New Roman" w:hAnsi="Times New Roman" w:cs="Times New Roman"/>
          <w:b/>
          <w:color w:val="173F5F"/>
          <w:sz w:val="22"/>
        </w:rPr>
        <w:t>3</w:t>
      </w:r>
      <w:r w:rsidR="00B5382E" w:rsidRPr="00B5382E">
        <w:rPr>
          <w:rFonts w:ascii="Times New Roman" w:hAnsi="Times New Roman" w:cs="Times New Roman"/>
          <w:b/>
          <w:color w:val="173F5F"/>
          <w:sz w:val="22"/>
          <w:vertAlign w:val="superscript"/>
        </w:rPr>
        <w:t>rd</w:t>
      </w:r>
      <w:r w:rsidR="00B5382E">
        <w:rPr>
          <w:rFonts w:ascii="Times New Roman" w:hAnsi="Times New Roman" w:cs="Times New Roman"/>
          <w:b/>
          <w:color w:val="173F5F"/>
          <w:sz w:val="22"/>
        </w:rPr>
        <w:t xml:space="preserve"> Year of Study</w:t>
      </w:r>
    </w:p>
    <w:tbl>
      <w:tblPr>
        <w:tblStyle w:val="Mkatabulky"/>
        <w:tblW w:w="0" w:type="auto"/>
        <w:jc w:val="center"/>
        <w:tblBorders>
          <w:top w:val="single" w:sz="8" w:space="0" w:color="B7C3CE"/>
          <w:left w:val="single" w:sz="8" w:space="0" w:color="B7C3CE"/>
          <w:bottom w:val="single" w:sz="8" w:space="0" w:color="B7C3CE"/>
          <w:right w:val="single" w:sz="8" w:space="0" w:color="B7C3CE"/>
          <w:insideH w:val="single" w:sz="8" w:space="0" w:color="B7C3CE"/>
          <w:insideV w:val="single" w:sz="8" w:space="0" w:color="B7C3CE"/>
        </w:tblBorders>
        <w:tblLook w:val="04A0" w:firstRow="1" w:lastRow="0" w:firstColumn="1" w:lastColumn="0" w:noHBand="0" w:noVBand="1"/>
      </w:tblPr>
      <w:tblGrid>
        <w:gridCol w:w="3118"/>
        <w:gridCol w:w="6633"/>
      </w:tblGrid>
      <w:tr w:rsidR="00872D7E" w:rsidRPr="00B5382E" w14:paraId="1DD9670C" w14:textId="77777777" w:rsidTr="003A339B">
        <w:trPr>
          <w:jc w:val="center"/>
        </w:trPr>
        <w:tc>
          <w:tcPr>
            <w:tcW w:w="3118" w:type="dxa"/>
            <w:shd w:val="clear" w:color="auto" w:fill="EEF3F7"/>
            <w:tcMar>
              <w:top w:w="90" w:type="dxa"/>
              <w:left w:w="100" w:type="dxa"/>
              <w:bottom w:w="90" w:type="dxa"/>
              <w:right w:w="100" w:type="dxa"/>
            </w:tcMar>
          </w:tcPr>
          <w:p w14:paraId="1BF23D9C" w14:textId="1B93F986" w:rsidR="00872D7E" w:rsidRPr="00872D7E" w:rsidRDefault="00872D7E" w:rsidP="00872D7E">
            <w:pPr>
              <w:rPr>
                <w:rFonts w:ascii="Times New Roman" w:hAnsi="Times New Roman" w:cs="Times New Roman"/>
                <w:b/>
                <w:bCs/>
                <w:color w:val="173F5F"/>
              </w:rPr>
            </w:pPr>
            <w:r w:rsidRPr="00872D7E">
              <w:rPr>
                <w:rFonts w:ascii="Times New Roman" w:hAnsi="Times New Roman" w:cs="Times New Roman"/>
                <w:b/>
                <w:bCs/>
                <w:color w:val="173F5F"/>
              </w:rPr>
              <w:t>Study subjects</w:t>
            </w:r>
          </w:p>
        </w:tc>
        <w:tc>
          <w:tcPr>
            <w:tcW w:w="6633" w:type="dxa"/>
            <w:tcMar>
              <w:top w:w="90" w:type="dxa"/>
              <w:left w:w="100" w:type="dxa"/>
              <w:bottom w:w="90" w:type="dxa"/>
              <w:right w:w="100" w:type="dxa"/>
            </w:tcMar>
            <w:vAlign w:val="center"/>
          </w:tcPr>
          <w:p w14:paraId="3732404C" w14:textId="77777777" w:rsidR="00872D7E" w:rsidRPr="00B5382E" w:rsidRDefault="00872D7E" w:rsidP="00872D7E">
            <w:pPr>
              <w:rPr>
                <w:rFonts w:ascii="Times New Roman" w:hAnsi="Times New Roman" w:cs="Times New Roman"/>
              </w:rPr>
            </w:pPr>
          </w:p>
        </w:tc>
      </w:tr>
      <w:tr w:rsidR="00872D7E" w:rsidRPr="00B5382E" w14:paraId="4515DA38" w14:textId="77777777" w:rsidTr="003A339B">
        <w:trPr>
          <w:jc w:val="center"/>
        </w:trPr>
        <w:tc>
          <w:tcPr>
            <w:tcW w:w="3118" w:type="dxa"/>
            <w:shd w:val="clear" w:color="auto" w:fill="EEF3F7"/>
            <w:tcMar>
              <w:top w:w="90" w:type="dxa"/>
              <w:left w:w="100" w:type="dxa"/>
              <w:bottom w:w="90" w:type="dxa"/>
              <w:right w:w="100" w:type="dxa"/>
            </w:tcMar>
          </w:tcPr>
          <w:p w14:paraId="3852FD1E" w14:textId="05328538" w:rsidR="00872D7E" w:rsidRPr="00872D7E" w:rsidRDefault="00872D7E" w:rsidP="00872D7E">
            <w:pPr>
              <w:rPr>
                <w:rFonts w:ascii="Times New Roman" w:hAnsi="Times New Roman" w:cs="Times New Roman"/>
                <w:b/>
                <w:bCs/>
                <w:color w:val="173F5F"/>
              </w:rPr>
            </w:pPr>
            <w:r w:rsidRPr="00872D7E">
              <w:rPr>
                <w:rFonts w:ascii="Times New Roman" w:hAnsi="Times New Roman" w:cs="Times New Roman"/>
                <w:b/>
                <w:bCs/>
                <w:color w:val="173F5F"/>
              </w:rPr>
              <w:t>Dissertation thesis – key steps:</w:t>
            </w:r>
          </w:p>
        </w:tc>
        <w:tc>
          <w:tcPr>
            <w:tcW w:w="6633" w:type="dxa"/>
            <w:tcMar>
              <w:top w:w="90" w:type="dxa"/>
              <w:left w:w="100" w:type="dxa"/>
              <w:bottom w:w="90" w:type="dxa"/>
              <w:right w:w="100" w:type="dxa"/>
            </w:tcMar>
            <w:vAlign w:val="center"/>
          </w:tcPr>
          <w:p w14:paraId="62C545DB" w14:textId="77777777" w:rsidR="00872D7E" w:rsidRPr="00B5382E" w:rsidRDefault="00872D7E" w:rsidP="00872D7E">
            <w:pPr>
              <w:rPr>
                <w:rFonts w:ascii="Times New Roman" w:hAnsi="Times New Roman" w:cs="Times New Roman"/>
              </w:rPr>
            </w:pPr>
          </w:p>
        </w:tc>
      </w:tr>
      <w:tr w:rsidR="00872D7E" w:rsidRPr="00B5382E" w14:paraId="5B804A5E" w14:textId="77777777" w:rsidTr="003A339B">
        <w:trPr>
          <w:jc w:val="center"/>
        </w:trPr>
        <w:tc>
          <w:tcPr>
            <w:tcW w:w="3118" w:type="dxa"/>
            <w:shd w:val="clear" w:color="auto" w:fill="EEF3F7"/>
            <w:tcMar>
              <w:top w:w="90" w:type="dxa"/>
              <w:left w:w="100" w:type="dxa"/>
              <w:bottom w:w="90" w:type="dxa"/>
              <w:right w:w="100" w:type="dxa"/>
            </w:tcMar>
          </w:tcPr>
          <w:p w14:paraId="72617341" w14:textId="2DFB9EE5" w:rsidR="00872D7E" w:rsidRPr="00872D7E" w:rsidRDefault="00872D7E" w:rsidP="00872D7E">
            <w:pPr>
              <w:rPr>
                <w:rFonts w:ascii="Times New Roman" w:hAnsi="Times New Roman" w:cs="Times New Roman"/>
                <w:b/>
                <w:bCs/>
                <w:color w:val="173F5F"/>
              </w:rPr>
            </w:pPr>
            <w:r w:rsidRPr="00872D7E">
              <w:rPr>
                <w:rFonts w:ascii="Times New Roman" w:hAnsi="Times New Roman" w:cs="Times New Roman"/>
                <w:b/>
                <w:bCs/>
                <w:color w:val="173F5F"/>
              </w:rPr>
              <w:t>Publication and conference activity:</w:t>
            </w:r>
          </w:p>
        </w:tc>
        <w:tc>
          <w:tcPr>
            <w:tcW w:w="6633" w:type="dxa"/>
            <w:tcMar>
              <w:top w:w="90" w:type="dxa"/>
              <w:left w:w="100" w:type="dxa"/>
              <w:bottom w:w="90" w:type="dxa"/>
              <w:right w:w="100" w:type="dxa"/>
            </w:tcMar>
            <w:vAlign w:val="center"/>
          </w:tcPr>
          <w:p w14:paraId="1F8F6772" w14:textId="77777777" w:rsidR="00872D7E" w:rsidRPr="00B5382E" w:rsidRDefault="00872D7E" w:rsidP="00872D7E">
            <w:pPr>
              <w:rPr>
                <w:rFonts w:ascii="Times New Roman" w:hAnsi="Times New Roman" w:cs="Times New Roman"/>
              </w:rPr>
            </w:pPr>
          </w:p>
        </w:tc>
      </w:tr>
      <w:tr w:rsidR="00872D7E" w:rsidRPr="00B5382E" w14:paraId="1A925BE3" w14:textId="77777777" w:rsidTr="003A339B">
        <w:trPr>
          <w:jc w:val="center"/>
        </w:trPr>
        <w:tc>
          <w:tcPr>
            <w:tcW w:w="3118" w:type="dxa"/>
            <w:shd w:val="clear" w:color="auto" w:fill="EEF3F7"/>
            <w:tcMar>
              <w:top w:w="90" w:type="dxa"/>
              <w:left w:w="100" w:type="dxa"/>
              <w:bottom w:w="90" w:type="dxa"/>
              <w:right w:w="100" w:type="dxa"/>
            </w:tcMar>
          </w:tcPr>
          <w:p w14:paraId="63B1DCB3" w14:textId="3A40C32B" w:rsidR="00872D7E" w:rsidRPr="00872D7E" w:rsidRDefault="00872D7E" w:rsidP="00872D7E">
            <w:pPr>
              <w:rPr>
                <w:rFonts w:ascii="Times New Roman" w:hAnsi="Times New Roman" w:cs="Times New Roman"/>
                <w:b/>
                <w:bCs/>
                <w:color w:val="173F5F"/>
              </w:rPr>
            </w:pPr>
            <w:r w:rsidRPr="00872D7E">
              <w:rPr>
                <w:rFonts w:ascii="Times New Roman" w:hAnsi="Times New Roman" w:cs="Times New Roman"/>
                <w:b/>
                <w:bCs/>
                <w:color w:val="173F5F"/>
              </w:rPr>
              <w:t>Internationalization / internship / international cooperation:</w:t>
            </w:r>
          </w:p>
        </w:tc>
        <w:tc>
          <w:tcPr>
            <w:tcW w:w="6633" w:type="dxa"/>
            <w:tcMar>
              <w:top w:w="90" w:type="dxa"/>
              <w:left w:w="100" w:type="dxa"/>
              <w:bottom w:w="90" w:type="dxa"/>
              <w:right w:w="100" w:type="dxa"/>
            </w:tcMar>
            <w:vAlign w:val="center"/>
          </w:tcPr>
          <w:p w14:paraId="396CB617" w14:textId="77777777" w:rsidR="00872D7E" w:rsidRPr="00B5382E" w:rsidRDefault="00872D7E" w:rsidP="00872D7E">
            <w:pPr>
              <w:rPr>
                <w:rFonts w:ascii="Times New Roman" w:hAnsi="Times New Roman" w:cs="Times New Roman"/>
              </w:rPr>
            </w:pPr>
          </w:p>
        </w:tc>
      </w:tr>
      <w:tr w:rsidR="00872D7E" w:rsidRPr="00B5382E" w14:paraId="27468800" w14:textId="77777777" w:rsidTr="003A339B">
        <w:trPr>
          <w:jc w:val="center"/>
        </w:trPr>
        <w:tc>
          <w:tcPr>
            <w:tcW w:w="3118" w:type="dxa"/>
            <w:shd w:val="clear" w:color="auto" w:fill="EEF3F7"/>
            <w:tcMar>
              <w:top w:w="90" w:type="dxa"/>
              <w:left w:w="100" w:type="dxa"/>
              <w:bottom w:w="90" w:type="dxa"/>
              <w:right w:w="100" w:type="dxa"/>
            </w:tcMar>
          </w:tcPr>
          <w:p w14:paraId="7BDBCA89" w14:textId="55C2B52E" w:rsidR="00872D7E" w:rsidRPr="00872D7E" w:rsidRDefault="00872D7E" w:rsidP="00872D7E">
            <w:pPr>
              <w:rPr>
                <w:rFonts w:ascii="Times New Roman" w:hAnsi="Times New Roman" w:cs="Times New Roman"/>
                <w:b/>
                <w:bCs/>
                <w:color w:val="173F5F"/>
              </w:rPr>
            </w:pPr>
            <w:r w:rsidRPr="00872D7E">
              <w:rPr>
                <w:rFonts w:ascii="Times New Roman" w:hAnsi="Times New Roman" w:cs="Times New Roman"/>
                <w:b/>
                <w:bCs/>
                <w:color w:val="173F5F"/>
              </w:rPr>
              <w:t>Pedagogical development / shadowing / other professional activities:</w:t>
            </w:r>
          </w:p>
        </w:tc>
        <w:tc>
          <w:tcPr>
            <w:tcW w:w="6633" w:type="dxa"/>
            <w:tcMar>
              <w:top w:w="90" w:type="dxa"/>
              <w:left w:w="100" w:type="dxa"/>
              <w:bottom w:w="90" w:type="dxa"/>
              <w:right w:w="100" w:type="dxa"/>
            </w:tcMar>
            <w:vAlign w:val="center"/>
          </w:tcPr>
          <w:p w14:paraId="39F5D704" w14:textId="77777777" w:rsidR="00872D7E" w:rsidRPr="00B5382E" w:rsidRDefault="00872D7E" w:rsidP="00872D7E">
            <w:pPr>
              <w:rPr>
                <w:rFonts w:ascii="Times New Roman" w:hAnsi="Times New Roman" w:cs="Times New Roman"/>
              </w:rPr>
            </w:pPr>
          </w:p>
        </w:tc>
      </w:tr>
      <w:tr w:rsidR="00872D7E" w:rsidRPr="00B5382E" w14:paraId="707F4A08" w14:textId="77777777" w:rsidTr="003A339B">
        <w:trPr>
          <w:jc w:val="center"/>
        </w:trPr>
        <w:tc>
          <w:tcPr>
            <w:tcW w:w="3118" w:type="dxa"/>
            <w:shd w:val="clear" w:color="auto" w:fill="EEF3F7"/>
            <w:tcMar>
              <w:top w:w="90" w:type="dxa"/>
              <w:left w:w="100" w:type="dxa"/>
              <w:bottom w:w="90" w:type="dxa"/>
              <w:right w:w="100" w:type="dxa"/>
            </w:tcMar>
          </w:tcPr>
          <w:p w14:paraId="57DC2FC8" w14:textId="00AF8E24" w:rsidR="00872D7E" w:rsidRPr="00872D7E" w:rsidRDefault="00872D7E" w:rsidP="00872D7E">
            <w:pPr>
              <w:rPr>
                <w:rFonts w:ascii="Times New Roman" w:hAnsi="Times New Roman" w:cs="Times New Roman"/>
                <w:b/>
                <w:bCs/>
                <w:color w:val="173F5F"/>
              </w:rPr>
            </w:pPr>
            <w:r w:rsidRPr="00872D7E">
              <w:rPr>
                <w:rFonts w:ascii="Times New Roman" w:hAnsi="Times New Roman" w:cs="Times New Roman"/>
                <w:b/>
                <w:bCs/>
                <w:color w:val="173F5F"/>
              </w:rPr>
              <w:t>Expected outputs and evidence of fulfillment:</w:t>
            </w:r>
          </w:p>
        </w:tc>
        <w:tc>
          <w:tcPr>
            <w:tcW w:w="6633" w:type="dxa"/>
            <w:tcMar>
              <w:top w:w="90" w:type="dxa"/>
              <w:left w:w="100" w:type="dxa"/>
              <w:bottom w:w="90" w:type="dxa"/>
              <w:right w:w="100" w:type="dxa"/>
            </w:tcMar>
            <w:vAlign w:val="center"/>
          </w:tcPr>
          <w:p w14:paraId="3521E5F2" w14:textId="77777777" w:rsidR="00872D7E" w:rsidRPr="00B5382E" w:rsidRDefault="00872D7E" w:rsidP="00872D7E">
            <w:pPr>
              <w:rPr>
                <w:rFonts w:ascii="Times New Roman" w:hAnsi="Times New Roman" w:cs="Times New Roman"/>
              </w:rPr>
            </w:pPr>
          </w:p>
        </w:tc>
      </w:tr>
    </w:tbl>
    <w:p w14:paraId="5E47FBEE" w14:textId="77777777" w:rsidR="007E7D52" w:rsidRPr="00B5382E" w:rsidRDefault="007E7D52">
      <w:pPr>
        <w:rPr>
          <w:rFonts w:ascii="Times New Roman" w:hAnsi="Times New Roman" w:cs="Times New Roman"/>
        </w:rPr>
      </w:pPr>
    </w:p>
    <w:p w14:paraId="0A98D060" w14:textId="37ED3F4E" w:rsidR="007E7D52" w:rsidRPr="00B5382E" w:rsidRDefault="00C1191B">
      <w:pPr>
        <w:rPr>
          <w:rFonts w:ascii="Times New Roman" w:hAnsi="Times New Roman" w:cs="Times New Roman"/>
        </w:rPr>
      </w:pPr>
      <w:r w:rsidRPr="00B5382E">
        <w:rPr>
          <w:rFonts w:ascii="Times New Roman" w:hAnsi="Times New Roman" w:cs="Times New Roman"/>
          <w:b/>
          <w:color w:val="173F5F"/>
          <w:sz w:val="22"/>
        </w:rPr>
        <w:t>4</w:t>
      </w:r>
      <w:r w:rsidR="00872D7E" w:rsidRPr="00872D7E">
        <w:rPr>
          <w:rFonts w:ascii="Times New Roman" w:hAnsi="Times New Roman" w:cs="Times New Roman"/>
          <w:b/>
          <w:color w:val="173F5F"/>
          <w:sz w:val="22"/>
          <w:vertAlign w:val="superscript"/>
        </w:rPr>
        <w:t>th</w:t>
      </w:r>
      <w:r w:rsidR="00872D7E">
        <w:rPr>
          <w:rFonts w:ascii="Times New Roman" w:hAnsi="Times New Roman" w:cs="Times New Roman"/>
          <w:b/>
          <w:color w:val="173F5F"/>
          <w:sz w:val="22"/>
        </w:rPr>
        <w:t xml:space="preserve"> Year of Study</w:t>
      </w:r>
    </w:p>
    <w:tbl>
      <w:tblPr>
        <w:tblStyle w:val="Mkatabulky"/>
        <w:tblW w:w="0" w:type="auto"/>
        <w:jc w:val="center"/>
        <w:tblBorders>
          <w:top w:val="single" w:sz="8" w:space="0" w:color="B7C3CE"/>
          <w:left w:val="single" w:sz="8" w:space="0" w:color="B7C3CE"/>
          <w:bottom w:val="single" w:sz="8" w:space="0" w:color="B7C3CE"/>
          <w:right w:val="single" w:sz="8" w:space="0" w:color="B7C3CE"/>
          <w:insideH w:val="single" w:sz="8" w:space="0" w:color="B7C3CE"/>
          <w:insideV w:val="single" w:sz="8" w:space="0" w:color="B7C3CE"/>
        </w:tblBorders>
        <w:tblLook w:val="04A0" w:firstRow="1" w:lastRow="0" w:firstColumn="1" w:lastColumn="0" w:noHBand="0" w:noVBand="1"/>
      </w:tblPr>
      <w:tblGrid>
        <w:gridCol w:w="3118"/>
        <w:gridCol w:w="6633"/>
      </w:tblGrid>
      <w:tr w:rsidR="00872D7E" w:rsidRPr="00B5382E" w14:paraId="3B5D72C7" w14:textId="77777777" w:rsidTr="00D66FA6">
        <w:trPr>
          <w:jc w:val="center"/>
        </w:trPr>
        <w:tc>
          <w:tcPr>
            <w:tcW w:w="3118" w:type="dxa"/>
            <w:shd w:val="clear" w:color="auto" w:fill="EEF3F7"/>
            <w:tcMar>
              <w:top w:w="90" w:type="dxa"/>
              <w:left w:w="100" w:type="dxa"/>
              <w:bottom w:w="90" w:type="dxa"/>
              <w:right w:w="100" w:type="dxa"/>
            </w:tcMar>
          </w:tcPr>
          <w:p w14:paraId="237EB078" w14:textId="66E4A634" w:rsidR="00872D7E" w:rsidRPr="00872D7E" w:rsidRDefault="00872D7E" w:rsidP="00872D7E">
            <w:pPr>
              <w:rPr>
                <w:rFonts w:ascii="Times New Roman" w:hAnsi="Times New Roman" w:cs="Times New Roman"/>
                <w:b/>
                <w:bCs/>
                <w:color w:val="173F5F"/>
              </w:rPr>
            </w:pPr>
            <w:r w:rsidRPr="00872D7E">
              <w:rPr>
                <w:rFonts w:ascii="Times New Roman" w:hAnsi="Times New Roman" w:cs="Times New Roman"/>
                <w:b/>
                <w:bCs/>
                <w:color w:val="173F5F"/>
              </w:rPr>
              <w:t>Study subjects</w:t>
            </w:r>
          </w:p>
        </w:tc>
        <w:tc>
          <w:tcPr>
            <w:tcW w:w="6633" w:type="dxa"/>
            <w:tcMar>
              <w:top w:w="90" w:type="dxa"/>
              <w:left w:w="100" w:type="dxa"/>
              <w:bottom w:w="90" w:type="dxa"/>
              <w:right w:w="100" w:type="dxa"/>
            </w:tcMar>
            <w:vAlign w:val="center"/>
          </w:tcPr>
          <w:p w14:paraId="4E44AAE8" w14:textId="77777777" w:rsidR="00872D7E" w:rsidRPr="00B5382E" w:rsidRDefault="00872D7E" w:rsidP="00872D7E">
            <w:pPr>
              <w:rPr>
                <w:rFonts w:ascii="Times New Roman" w:hAnsi="Times New Roman" w:cs="Times New Roman"/>
              </w:rPr>
            </w:pPr>
          </w:p>
        </w:tc>
      </w:tr>
      <w:tr w:rsidR="00872D7E" w:rsidRPr="00B5382E" w14:paraId="54DF56B2" w14:textId="77777777" w:rsidTr="00D66FA6">
        <w:trPr>
          <w:jc w:val="center"/>
        </w:trPr>
        <w:tc>
          <w:tcPr>
            <w:tcW w:w="3118" w:type="dxa"/>
            <w:shd w:val="clear" w:color="auto" w:fill="EEF3F7"/>
            <w:tcMar>
              <w:top w:w="90" w:type="dxa"/>
              <w:left w:w="100" w:type="dxa"/>
              <w:bottom w:w="90" w:type="dxa"/>
              <w:right w:w="100" w:type="dxa"/>
            </w:tcMar>
          </w:tcPr>
          <w:p w14:paraId="0B0916BC" w14:textId="76DAC1A9" w:rsidR="00872D7E" w:rsidRPr="00872D7E" w:rsidRDefault="00872D7E" w:rsidP="00872D7E">
            <w:pPr>
              <w:rPr>
                <w:rFonts w:ascii="Times New Roman" w:hAnsi="Times New Roman" w:cs="Times New Roman"/>
                <w:b/>
                <w:bCs/>
                <w:color w:val="173F5F"/>
              </w:rPr>
            </w:pPr>
            <w:r w:rsidRPr="00872D7E">
              <w:rPr>
                <w:rFonts w:ascii="Times New Roman" w:hAnsi="Times New Roman" w:cs="Times New Roman"/>
                <w:b/>
                <w:bCs/>
                <w:color w:val="173F5F"/>
              </w:rPr>
              <w:t>Dissertation thesis – key steps:</w:t>
            </w:r>
          </w:p>
        </w:tc>
        <w:tc>
          <w:tcPr>
            <w:tcW w:w="6633" w:type="dxa"/>
            <w:tcMar>
              <w:top w:w="90" w:type="dxa"/>
              <w:left w:w="100" w:type="dxa"/>
              <w:bottom w:w="90" w:type="dxa"/>
              <w:right w:w="100" w:type="dxa"/>
            </w:tcMar>
            <w:vAlign w:val="center"/>
          </w:tcPr>
          <w:p w14:paraId="76B9E6FC" w14:textId="77777777" w:rsidR="00872D7E" w:rsidRPr="00B5382E" w:rsidRDefault="00872D7E" w:rsidP="00872D7E">
            <w:pPr>
              <w:rPr>
                <w:rFonts w:ascii="Times New Roman" w:hAnsi="Times New Roman" w:cs="Times New Roman"/>
              </w:rPr>
            </w:pPr>
          </w:p>
        </w:tc>
      </w:tr>
      <w:tr w:rsidR="00872D7E" w:rsidRPr="00B5382E" w14:paraId="1F9AEBA0" w14:textId="77777777" w:rsidTr="00D66FA6">
        <w:trPr>
          <w:jc w:val="center"/>
        </w:trPr>
        <w:tc>
          <w:tcPr>
            <w:tcW w:w="3118" w:type="dxa"/>
            <w:shd w:val="clear" w:color="auto" w:fill="EEF3F7"/>
            <w:tcMar>
              <w:top w:w="90" w:type="dxa"/>
              <w:left w:w="100" w:type="dxa"/>
              <w:bottom w:w="90" w:type="dxa"/>
              <w:right w:w="100" w:type="dxa"/>
            </w:tcMar>
          </w:tcPr>
          <w:p w14:paraId="170DBBF7" w14:textId="76815347" w:rsidR="00872D7E" w:rsidRPr="00872D7E" w:rsidRDefault="00872D7E" w:rsidP="00872D7E">
            <w:pPr>
              <w:rPr>
                <w:rFonts w:ascii="Times New Roman" w:hAnsi="Times New Roman" w:cs="Times New Roman"/>
                <w:b/>
                <w:bCs/>
                <w:color w:val="173F5F"/>
              </w:rPr>
            </w:pPr>
            <w:r w:rsidRPr="00872D7E">
              <w:rPr>
                <w:rFonts w:ascii="Times New Roman" w:hAnsi="Times New Roman" w:cs="Times New Roman"/>
                <w:b/>
                <w:bCs/>
                <w:color w:val="173F5F"/>
              </w:rPr>
              <w:t>Publication and conference activity:</w:t>
            </w:r>
          </w:p>
        </w:tc>
        <w:tc>
          <w:tcPr>
            <w:tcW w:w="6633" w:type="dxa"/>
            <w:tcMar>
              <w:top w:w="90" w:type="dxa"/>
              <w:left w:w="100" w:type="dxa"/>
              <w:bottom w:w="90" w:type="dxa"/>
              <w:right w:w="100" w:type="dxa"/>
            </w:tcMar>
            <w:vAlign w:val="center"/>
          </w:tcPr>
          <w:p w14:paraId="04F0A948" w14:textId="77777777" w:rsidR="00872D7E" w:rsidRPr="00B5382E" w:rsidRDefault="00872D7E" w:rsidP="00872D7E">
            <w:pPr>
              <w:rPr>
                <w:rFonts w:ascii="Times New Roman" w:hAnsi="Times New Roman" w:cs="Times New Roman"/>
              </w:rPr>
            </w:pPr>
          </w:p>
        </w:tc>
      </w:tr>
      <w:tr w:rsidR="00872D7E" w:rsidRPr="00B5382E" w14:paraId="648DD118" w14:textId="77777777" w:rsidTr="00D66FA6">
        <w:trPr>
          <w:jc w:val="center"/>
        </w:trPr>
        <w:tc>
          <w:tcPr>
            <w:tcW w:w="3118" w:type="dxa"/>
            <w:shd w:val="clear" w:color="auto" w:fill="EEF3F7"/>
            <w:tcMar>
              <w:top w:w="90" w:type="dxa"/>
              <w:left w:w="100" w:type="dxa"/>
              <w:bottom w:w="90" w:type="dxa"/>
              <w:right w:w="100" w:type="dxa"/>
            </w:tcMar>
          </w:tcPr>
          <w:p w14:paraId="154E2302" w14:textId="67FD481C" w:rsidR="00872D7E" w:rsidRPr="00872D7E" w:rsidRDefault="00872D7E" w:rsidP="00872D7E">
            <w:pPr>
              <w:rPr>
                <w:rFonts w:ascii="Times New Roman" w:hAnsi="Times New Roman" w:cs="Times New Roman"/>
                <w:b/>
                <w:bCs/>
                <w:color w:val="173F5F"/>
              </w:rPr>
            </w:pPr>
            <w:r w:rsidRPr="00872D7E">
              <w:rPr>
                <w:rFonts w:ascii="Times New Roman" w:hAnsi="Times New Roman" w:cs="Times New Roman"/>
                <w:b/>
                <w:bCs/>
                <w:color w:val="173F5F"/>
              </w:rPr>
              <w:t>Internationalization / internship / international cooperation:</w:t>
            </w:r>
          </w:p>
        </w:tc>
        <w:tc>
          <w:tcPr>
            <w:tcW w:w="6633" w:type="dxa"/>
            <w:tcMar>
              <w:top w:w="90" w:type="dxa"/>
              <w:left w:w="100" w:type="dxa"/>
              <w:bottom w:w="90" w:type="dxa"/>
              <w:right w:w="100" w:type="dxa"/>
            </w:tcMar>
            <w:vAlign w:val="center"/>
          </w:tcPr>
          <w:p w14:paraId="71A1BAF2" w14:textId="77777777" w:rsidR="00872D7E" w:rsidRPr="00B5382E" w:rsidRDefault="00872D7E" w:rsidP="00872D7E">
            <w:pPr>
              <w:rPr>
                <w:rFonts w:ascii="Times New Roman" w:hAnsi="Times New Roman" w:cs="Times New Roman"/>
              </w:rPr>
            </w:pPr>
          </w:p>
        </w:tc>
      </w:tr>
      <w:tr w:rsidR="00872D7E" w:rsidRPr="00B5382E" w14:paraId="21FADC9A" w14:textId="77777777" w:rsidTr="00D66FA6">
        <w:trPr>
          <w:jc w:val="center"/>
        </w:trPr>
        <w:tc>
          <w:tcPr>
            <w:tcW w:w="3118" w:type="dxa"/>
            <w:shd w:val="clear" w:color="auto" w:fill="EEF3F7"/>
            <w:tcMar>
              <w:top w:w="90" w:type="dxa"/>
              <w:left w:w="100" w:type="dxa"/>
              <w:bottom w:w="90" w:type="dxa"/>
              <w:right w:w="100" w:type="dxa"/>
            </w:tcMar>
          </w:tcPr>
          <w:p w14:paraId="2F9B773D" w14:textId="54FABE07" w:rsidR="00872D7E" w:rsidRPr="00872D7E" w:rsidRDefault="00872D7E" w:rsidP="00872D7E">
            <w:pPr>
              <w:rPr>
                <w:rFonts w:ascii="Times New Roman" w:hAnsi="Times New Roman" w:cs="Times New Roman"/>
                <w:b/>
                <w:bCs/>
                <w:color w:val="173F5F"/>
              </w:rPr>
            </w:pPr>
            <w:r w:rsidRPr="00872D7E">
              <w:rPr>
                <w:rFonts w:ascii="Times New Roman" w:hAnsi="Times New Roman" w:cs="Times New Roman"/>
                <w:b/>
                <w:bCs/>
                <w:color w:val="173F5F"/>
              </w:rPr>
              <w:t>Pedagogical development / shadowing / other professional activities:</w:t>
            </w:r>
          </w:p>
        </w:tc>
        <w:tc>
          <w:tcPr>
            <w:tcW w:w="6633" w:type="dxa"/>
            <w:tcMar>
              <w:top w:w="90" w:type="dxa"/>
              <w:left w:w="100" w:type="dxa"/>
              <w:bottom w:w="90" w:type="dxa"/>
              <w:right w:w="100" w:type="dxa"/>
            </w:tcMar>
            <w:vAlign w:val="center"/>
          </w:tcPr>
          <w:p w14:paraId="7A3A19C0" w14:textId="77777777" w:rsidR="00872D7E" w:rsidRPr="00B5382E" w:rsidRDefault="00872D7E" w:rsidP="00872D7E">
            <w:pPr>
              <w:rPr>
                <w:rFonts w:ascii="Times New Roman" w:hAnsi="Times New Roman" w:cs="Times New Roman"/>
              </w:rPr>
            </w:pPr>
          </w:p>
        </w:tc>
      </w:tr>
      <w:tr w:rsidR="00872D7E" w:rsidRPr="00B5382E" w14:paraId="191370B8" w14:textId="77777777" w:rsidTr="00D66FA6">
        <w:trPr>
          <w:jc w:val="center"/>
        </w:trPr>
        <w:tc>
          <w:tcPr>
            <w:tcW w:w="3118" w:type="dxa"/>
            <w:shd w:val="clear" w:color="auto" w:fill="EEF3F7"/>
            <w:tcMar>
              <w:top w:w="90" w:type="dxa"/>
              <w:left w:w="100" w:type="dxa"/>
              <w:bottom w:w="90" w:type="dxa"/>
              <w:right w:w="100" w:type="dxa"/>
            </w:tcMar>
          </w:tcPr>
          <w:p w14:paraId="2FEDD18B" w14:textId="18DE785D" w:rsidR="00872D7E" w:rsidRPr="00872D7E" w:rsidRDefault="00872D7E" w:rsidP="00872D7E">
            <w:pPr>
              <w:rPr>
                <w:rFonts w:ascii="Times New Roman" w:hAnsi="Times New Roman" w:cs="Times New Roman"/>
                <w:b/>
                <w:bCs/>
                <w:color w:val="173F5F"/>
              </w:rPr>
            </w:pPr>
            <w:r w:rsidRPr="00872D7E">
              <w:rPr>
                <w:rFonts w:ascii="Times New Roman" w:hAnsi="Times New Roman" w:cs="Times New Roman"/>
                <w:b/>
                <w:bCs/>
                <w:color w:val="173F5F"/>
              </w:rPr>
              <w:t>Expected outputs and evidence of fulfillment:</w:t>
            </w:r>
          </w:p>
        </w:tc>
        <w:tc>
          <w:tcPr>
            <w:tcW w:w="6633" w:type="dxa"/>
            <w:tcMar>
              <w:top w:w="90" w:type="dxa"/>
              <w:left w:w="100" w:type="dxa"/>
              <w:bottom w:w="90" w:type="dxa"/>
              <w:right w:w="100" w:type="dxa"/>
            </w:tcMar>
            <w:vAlign w:val="center"/>
          </w:tcPr>
          <w:p w14:paraId="518C93EB" w14:textId="77777777" w:rsidR="00872D7E" w:rsidRPr="00B5382E" w:rsidRDefault="00872D7E" w:rsidP="00872D7E">
            <w:pPr>
              <w:rPr>
                <w:rFonts w:ascii="Times New Roman" w:hAnsi="Times New Roman" w:cs="Times New Roman"/>
              </w:rPr>
            </w:pPr>
          </w:p>
        </w:tc>
      </w:tr>
    </w:tbl>
    <w:p w14:paraId="19D80E39" w14:textId="77777777" w:rsidR="007E7D52" w:rsidRPr="00B5382E" w:rsidRDefault="007E7D52">
      <w:pPr>
        <w:rPr>
          <w:rFonts w:ascii="Times New Roman" w:hAnsi="Times New Roman" w:cs="Times New Roman"/>
        </w:rPr>
      </w:pPr>
    </w:p>
    <w:p w14:paraId="10A67036" w14:textId="77777777" w:rsidR="00BA33D9" w:rsidRPr="00B5382E" w:rsidRDefault="00BA33D9">
      <w:pPr>
        <w:rPr>
          <w:rFonts w:ascii="Times New Roman" w:hAnsi="Times New Roman" w:cs="Times New Roman"/>
        </w:rPr>
      </w:pPr>
    </w:p>
    <w:p w14:paraId="5C2B7060" w14:textId="77777777" w:rsidR="00BA33D9" w:rsidRPr="00B5382E" w:rsidRDefault="00BA33D9">
      <w:pPr>
        <w:rPr>
          <w:rFonts w:ascii="Times New Roman" w:hAnsi="Times New Roman" w:cs="Times New Roman"/>
        </w:rPr>
      </w:pPr>
    </w:p>
    <w:p w14:paraId="09830BE3" w14:textId="77777777" w:rsidR="00BA33D9" w:rsidRPr="00B5382E" w:rsidRDefault="00BA33D9">
      <w:pPr>
        <w:rPr>
          <w:rFonts w:ascii="Times New Roman" w:hAnsi="Times New Roman" w:cs="Times New Roman"/>
        </w:rPr>
      </w:pPr>
    </w:p>
    <w:p w14:paraId="036BC45B" w14:textId="77777777" w:rsidR="00BA33D9" w:rsidRPr="00B5382E" w:rsidRDefault="00BA33D9">
      <w:pPr>
        <w:rPr>
          <w:rFonts w:ascii="Times New Roman" w:hAnsi="Times New Roman" w:cs="Times New Roman"/>
        </w:rPr>
      </w:pPr>
    </w:p>
    <w:p w14:paraId="58589612" w14:textId="77777777" w:rsidR="00BA33D9" w:rsidRPr="00B5382E" w:rsidRDefault="00BA33D9">
      <w:pPr>
        <w:rPr>
          <w:rFonts w:ascii="Times New Roman" w:hAnsi="Times New Roman" w:cs="Times New Roman"/>
        </w:rPr>
      </w:pPr>
    </w:p>
    <w:p w14:paraId="59822786" w14:textId="77777777" w:rsidR="00BA33D9" w:rsidRPr="00B5382E" w:rsidRDefault="00BA33D9">
      <w:pPr>
        <w:rPr>
          <w:rFonts w:ascii="Times New Roman" w:hAnsi="Times New Roman" w:cs="Times New Roman"/>
        </w:rPr>
      </w:pPr>
    </w:p>
    <w:p w14:paraId="71332A9A" w14:textId="77777777" w:rsidR="00BA33D9" w:rsidRPr="00B5382E" w:rsidRDefault="00BA33D9">
      <w:pPr>
        <w:rPr>
          <w:rFonts w:ascii="Times New Roman" w:hAnsi="Times New Roman" w:cs="Times New Roman"/>
        </w:rPr>
      </w:pPr>
    </w:p>
    <w:p w14:paraId="52F63780" w14:textId="77777777" w:rsidR="00BA33D9" w:rsidRPr="00B5382E" w:rsidRDefault="00BA33D9">
      <w:pPr>
        <w:rPr>
          <w:rFonts w:ascii="Times New Roman" w:hAnsi="Times New Roman" w:cs="Times New Roman"/>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ook w:val="04A0" w:firstRow="1" w:lastRow="0" w:firstColumn="1" w:lastColumn="0" w:noHBand="0" w:noVBand="1"/>
      </w:tblPr>
      <w:tblGrid>
        <w:gridCol w:w="9864"/>
      </w:tblGrid>
      <w:tr w:rsidR="007E7D52" w:rsidRPr="00B5382E" w14:paraId="2CB8D12C" w14:textId="77777777">
        <w:trPr>
          <w:jc w:val="center"/>
        </w:trPr>
        <w:tc>
          <w:tcPr>
            <w:tcW w:w="9866" w:type="dxa"/>
            <w:shd w:val="clear" w:color="auto" w:fill="173F5F"/>
            <w:tcMar>
              <w:top w:w="70" w:type="dxa"/>
              <w:left w:w="110" w:type="dxa"/>
              <w:bottom w:w="70" w:type="dxa"/>
              <w:right w:w="110" w:type="dxa"/>
            </w:tcMar>
          </w:tcPr>
          <w:p w14:paraId="4ABC1685" w14:textId="1FC02B35" w:rsidR="007E7D52" w:rsidRPr="00B5382E" w:rsidRDefault="00C1191B">
            <w:pPr>
              <w:pStyle w:val="SectionHeadingFZS"/>
              <w:spacing w:after="0"/>
              <w:rPr>
                <w:rFonts w:ascii="Times New Roman" w:hAnsi="Times New Roman" w:cs="Times New Roman"/>
              </w:rPr>
            </w:pPr>
            <w:r w:rsidRPr="00B5382E">
              <w:rPr>
                <w:rFonts w:ascii="Times New Roman" w:hAnsi="Times New Roman" w:cs="Times New Roman"/>
              </w:rPr>
              <w:t xml:space="preserve">6. </w:t>
            </w:r>
            <w:r w:rsidR="00872D7E" w:rsidRPr="00872D7E">
              <w:rPr>
                <w:rFonts w:ascii="Times New Roman" w:hAnsi="Times New Roman" w:cs="Times New Roman"/>
              </w:rPr>
              <w:t>Plan of Creative Activity and Professional Outputs</w:t>
            </w:r>
          </w:p>
        </w:tc>
      </w:tr>
    </w:tbl>
    <w:p w14:paraId="493D4B31" w14:textId="77777777" w:rsidR="007E7D52" w:rsidRPr="00B5382E" w:rsidRDefault="007E7D52">
      <w:pPr>
        <w:rPr>
          <w:rFonts w:ascii="Times New Roman" w:hAnsi="Times New Roman" w:cs="Times New Roman"/>
        </w:rPr>
      </w:pPr>
    </w:p>
    <w:tbl>
      <w:tblPr>
        <w:tblW w:w="0" w:type="auto"/>
        <w:jc w:val="center"/>
        <w:tblBorders>
          <w:top w:val="single" w:sz="6" w:space="0" w:color="D6DEE5"/>
          <w:left w:val="single" w:sz="6" w:space="0" w:color="D6DEE5"/>
          <w:bottom w:val="single" w:sz="6" w:space="0" w:color="D6DEE5"/>
          <w:right w:val="single" w:sz="6" w:space="0" w:color="D6DEE5"/>
          <w:insideH w:val="single" w:sz="6" w:space="0" w:color="D6DEE5"/>
          <w:insideV w:val="single" w:sz="6" w:space="0" w:color="D6DEE5"/>
        </w:tblBorders>
        <w:tblLook w:val="04A0" w:firstRow="1" w:lastRow="0" w:firstColumn="1" w:lastColumn="0" w:noHBand="0" w:noVBand="1"/>
      </w:tblPr>
      <w:tblGrid>
        <w:gridCol w:w="9848"/>
      </w:tblGrid>
      <w:tr w:rsidR="007E7D52" w:rsidRPr="00B5382E" w14:paraId="28626831" w14:textId="77777777">
        <w:trPr>
          <w:jc w:val="center"/>
        </w:trPr>
        <w:tc>
          <w:tcPr>
            <w:tcW w:w="9866" w:type="dxa"/>
            <w:shd w:val="clear" w:color="auto" w:fill="F3F5F7"/>
            <w:tcMar>
              <w:top w:w="120" w:type="dxa"/>
              <w:left w:w="120" w:type="dxa"/>
              <w:bottom w:w="120" w:type="dxa"/>
              <w:right w:w="120" w:type="dxa"/>
            </w:tcMar>
          </w:tcPr>
          <w:p w14:paraId="4F7A7835" w14:textId="6862FE16" w:rsidR="007E7D52" w:rsidRPr="00B5382E" w:rsidRDefault="00872D7E">
            <w:pPr>
              <w:pStyle w:val="SmallNote"/>
              <w:rPr>
                <w:rFonts w:ascii="Times New Roman" w:hAnsi="Times New Roman" w:cs="Times New Roman"/>
              </w:rPr>
            </w:pPr>
            <w:r w:rsidRPr="00872D7E">
              <w:rPr>
                <w:rFonts w:ascii="Times New Roman" w:hAnsi="Times New Roman" w:cs="Times New Roman"/>
                <w:sz w:val="20"/>
                <w:szCs w:val="24"/>
              </w:rPr>
              <w:t xml:space="preserve">Before submitting the application for the defense of the dissertation thesis, the student must submit at least four professional publications; for two of them, the student must be the first author, at least one output must be indexed in </w:t>
            </w:r>
            <w:proofErr w:type="spellStart"/>
            <w:r w:rsidRPr="00872D7E">
              <w:rPr>
                <w:rFonts w:ascii="Times New Roman" w:hAnsi="Times New Roman" w:cs="Times New Roman"/>
                <w:sz w:val="20"/>
                <w:szCs w:val="24"/>
              </w:rPr>
              <w:t>WoS</w:t>
            </w:r>
            <w:proofErr w:type="spellEnd"/>
            <w:r w:rsidRPr="00872D7E">
              <w:rPr>
                <w:rFonts w:ascii="Times New Roman" w:hAnsi="Times New Roman" w:cs="Times New Roman"/>
                <w:sz w:val="20"/>
                <w:szCs w:val="24"/>
              </w:rPr>
              <w:t>, and at least one in Scopus. Furthermore, at least two active presentations of results at an international conference are expected.</w:t>
            </w:r>
          </w:p>
        </w:tc>
      </w:tr>
    </w:tbl>
    <w:p w14:paraId="6243D898" w14:textId="77777777" w:rsidR="007E7D52" w:rsidRPr="00B5382E" w:rsidRDefault="007E7D52">
      <w:pPr>
        <w:rPr>
          <w:rFonts w:ascii="Times New Roman" w:hAnsi="Times New Roman" w:cs="Times New Roman"/>
        </w:rPr>
      </w:pPr>
    </w:p>
    <w:tbl>
      <w:tblPr>
        <w:tblStyle w:val="Mkatabulky"/>
        <w:tblW w:w="0" w:type="auto"/>
        <w:jc w:val="center"/>
        <w:tblBorders>
          <w:top w:val="single" w:sz="8" w:space="0" w:color="B7C3CE"/>
          <w:left w:val="single" w:sz="8" w:space="0" w:color="B7C3CE"/>
          <w:bottom w:val="single" w:sz="8" w:space="0" w:color="B7C3CE"/>
          <w:right w:val="single" w:sz="8" w:space="0" w:color="B7C3CE"/>
          <w:insideH w:val="single" w:sz="8" w:space="0" w:color="B7C3CE"/>
          <w:insideV w:val="single" w:sz="8" w:space="0" w:color="B7C3CE"/>
        </w:tblBorders>
        <w:tblLook w:val="04A0" w:firstRow="1" w:lastRow="0" w:firstColumn="1" w:lastColumn="0" w:noHBand="0" w:noVBand="1"/>
      </w:tblPr>
      <w:tblGrid>
        <w:gridCol w:w="2268"/>
        <w:gridCol w:w="2268"/>
        <w:gridCol w:w="3005"/>
        <w:gridCol w:w="2211"/>
      </w:tblGrid>
      <w:tr w:rsidR="00872D7E" w:rsidRPr="00B5382E" w14:paraId="5AED4017" w14:textId="77777777" w:rsidTr="008916C2">
        <w:trPr>
          <w:tblHeader/>
          <w:jc w:val="center"/>
        </w:trPr>
        <w:tc>
          <w:tcPr>
            <w:tcW w:w="2268" w:type="dxa"/>
            <w:shd w:val="clear" w:color="auto" w:fill="DCE6F1"/>
            <w:tcMar>
              <w:top w:w="90" w:type="dxa"/>
              <w:left w:w="100" w:type="dxa"/>
              <w:bottom w:w="90" w:type="dxa"/>
              <w:right w:w="100" w:type="dxa"/>
            </w:tcMar>
          </w:tcPr>
          <w:p w14:paraId="5FD93348" w14:textId="3F9DB991" w:rsidR="00872D7E" w:rsidRPr="00872D7E" w:rsidRDefault="00872D7E" w:rsidP="00872D7E">
            <w:pPr>
              <w:rPr>
                <w:rFonts w:ascii="Times New Roman" w:hAnsi="Times New Roman" w:cs="Times New Roman"/>
              </w:rPr>
            </w:pPr>
            <w:r w:rsidRPr="00872D7E">
              <w:rPr>
                <w:rFonts w:ascii="Times New Roman" w:hAnsi="Times New Roman" w:cs="Times New Roman"/>
              </w:rPr>
              <w:t>Type of Output / Activity</w:t>
            </w:r>
          </w:p>
        </w:tc>
        <w:tc>
          <w:tcPr>
            <w:tcW w:w="2268" w:type="dxa"/>
            <w:shd w:val="clear" w:color="auto" w:fill="DCE6F1"/>
            <w:tcMar>
              <w:top w:w="90" w:type="dxa"/>
              <w:left w:w="100" w:type="dxa"/>
              <w:bottom w:w="90" w:type="dxa"/>
              <w:right w:w="100" w:type="dxa"/>
            </w:tcMar>
          </w:tcPr>
          <w:p w14:paraId="2A9138DC" w14:textId="030B2A87" w:rsidR="00872D7E" w:rsidRPr="00872D7E" w:rsidRDefault="00872D7E" w:rsidP="00872D7E">
            <w:pPr>
              <w:rPr>
                <w:rFonts w:ascii="Times New Roman" w:hAnsi="Times New Roman" w:cs="Times New Roman"/>
              </w:rPr>
            </w:pPr>
            <w:r w:rsidRPr="00872D7E">
              <w:rPr>
                <w:rFonts w:ascii="Times New Roman" w:hAnsi="Times New Roman" w:cs="Times New Roman"/>
              </w:rPr>
              <w:t xml:space="preserve">Minimum </w:t>
            </w:r>
            <w:proofErr w:type="spellStart"/>
            <w:r w:rsidRPr="00872D7E">
              <w:rPr>
                <w:rFonts w:ascii="Times New Roman" w:hAnsi="Times New Roman" w:cs="Times New Roman"/>
              </w:rPr>
              <w:t>Programme</w:t>
            </w:r>
            <w:proofErr w:type="spellEnd"/>
            <w:r w:rsidRPr="00872D7E">
              <w:rPr>
                <w:rFonts w:ascii="Times New Roman" w:hAnsi="Times New Roman" w:cs="Times New Roman"/>
              </w:rPr>
              <w:t xml:space="preserve"> Requirement</w:t>
            </w:r>
          </w:p>
        </w:tc>
        <w:tc>
          <w:tcPr>
            <w:tcW w:w="3005" w:type="dxa"/>
            <w:shd w:val="clear" w:color="auto" w:fill="DCE6F1"/>
            <w:tcMar>
              <w:top w:w="90" w:type="dxa"/>
              <w:left w:w="100" w:type="dxa"/>
              <w:bottom w:w="90" w:type="dxa"/>
              <w:right w:w="100" w:type="dxa"/>
            </w:tcMar>
          </w:tcPr>
          <w:p w14:paraId="203F1263" w14:textId="50737887" w:rsidR="00872D7E" w:rsidRPr="00872D7E" w:rsidRDefault="00872D7E" w:rsidP="00872D7E">
            <w:pPr>
              <w:rPr>
                <w:rFonts w:ascii="Times New Roman" w:hAnsi="Times New Roman" w:cs="Times New Roman"/>
              </w:rPr>
            </w:pPr>
            <w:r w:rsidRPr="00872D7E">
              <w:rPr>
                <w:rFonts w:ascii="Times New Roman" w:hAnsi="Times New Roman" w:cs="Times New Roman"/>
              </w:rPr>
              <w:t>Ph.D. Student's Plan</w:t>
            </w:r>
          </w:p>
        </w:tc>
        <w:tc>
          <w:tcPr>
            <w:tcW w:w="2211" w:type="dxa"/>
            <w:shd w:val="clear" w:color="auto" w:fill="DCE6F1"/>
            <w:tcMar>
              <w:top w:w="90" w:type="dxa"/>
              <w:left w:w="100" w:type="dxa"/>
              <w:bottom w:w="90" w:type="dxa"/>
              <w:right w:w="100" w:type="dxa"/>
            </w:tcMar>
          </w:tcPr>
          <w:p w14:paraId="2EB117DD" w14:textId="4F91E11D" w:rsidR="00872D7E" w:rsidRPr="00872D7E" w:rsidRDefault="00872D7E" w:rsidP="00872D7E">
            <w:pPr>
              <w:rPr>
                <w:rFonts w:ascii="Times New Roman" w:hAnsi="Times New Roman" w:cs="Times New Roman"/>
              </w:rPr>
            </w:pPr>
            <w:r w:rsidRPr="00872D7E">
              <w:rPr>
                <w:rFonts w:ascii="Times New Roman" w:hAnsi="Times New Roman" w:cs="Times New Roman"/>
              </w:rPr>
              <w:t>Expected Date / Status</w:t>
            </w:r>
          </w:p>
        </w:tc>
      </w:tr>
      <w:tr w:rsidR="00872D7E" w:rsidRPr="00B5382E" w14:paraId="1E670765" w14:textId="77777777" w:rsidTr="008916C2">
        <w:trPr>
          <w:jc w:val="center"/>
        </w:trPr>
        <w:tc>
          <w:tcPr>
            <w:tcW w:w="2268" w:type="dxa"/>
            <w:tcMar>
              <w:top w:w="90" w:type="dxa"/>
              <w:left w:w="100" w:type="dxa"/>
              <w:bottom w:w="90" w:type="dxa"/>
              <w:right w:w="100" w:type="dxa"/>
            </w:tcMar>
          </w:tcPr>
          <w:p w14:paraId="5AC0A525" w14:textId="07C95A6F" w:rsidR="00872D7E" w:rsidRPr="00872D7E" w:rsidRDefault="00872D7E" w:rsidP="00872D7E">
            <w:pPr>
              <w:rPr>
                <w:rFonts w:ascii="Times New Roman" w:hAnsi="Times New Roman" w:cs="Times New Roman"/>
              </w:rPr>
            </w:pPr>
            <w:r w:rsidRPr="00872D7E">
              <w:rPr>
                <w:rFonts w:ascii="Times New Roman" w:hAnsi="Times New Roman" w:cs="Times New Roman"/>
              </w:rPr>
              <w:t>Publications</w:t>
            </w:r>
          </w:p>
        </w:tc>
        <w:tc>
          <w:tcPr>
            <w:tcW w:w="2268" w:type="dxa"/>
            <w:tcMar>
              <w:top w:w="90" w:type="dxa"/>
              <w:left w:w="100" w:type="dxa"/>
              <w:bottom w:w="90" w:type="dxa"/>
              <w:right w:w="100" w:type="dxa"/>
            </w:tcMar>
          </w:tcPr>
          <w:p w14:paraId="2B8C60C6" w14:textId="38182ADF" w:rsidR="00872D7E" w:rsidRPr="00872D7E" w:rsidRDefault="00872D7E" w:rsidP="00872D7E">
            <w:pPr>
              <w:rPr>
                <w:rFonts w:ascii="Times New Roman" w:hAnsi="Times New Roman" w:cs="Times New Roman"/>
              </w:rPr>
            </w:pPr>
            <w:r w:rsidRPr="00872D7E">
              <w:rPr>
                <w:rFonts w:ascii="Times New Roman" w:hAnsi="Times New Roman" w:cs="Times New Roman"/>
              </w:rPr>
              <w:t>min. 4 professional publications</w:t>
            </w:r>
          </w:p>
        </w:tc>
        <w:tc>
          <w:tcPr>
            <w:tcW w:w="3005" w:type="dxa"/>
            <w:tcMar>
              <w:top w:w="90" w:type="dxa"/>
              <w:left w:w="100" w:type="dxa"/>
              <w:bottom w:w="90" w:type="dxa"/>
              <w:right w:w="100" w:type="dxa"/>
            </w:tcMar>
          </w:tcPr>
          <w:p w14:paraId="436947B9" w14:textId="77777777" w:rsidR="00872D7E" w:rsidRPr="00872D7E" w:rsidRDefault="00872D7E" w:rsidP="00872D7E">
            <w:pPr>
              <w:rPr>
                <w:rFonts w:ascii="Times New Roman" w:hAnsi="Times New Roman" w:cs="Times New Roman"/>
              </w:rPr>
            </w:pPr>
          </w:p>
        </w:tc>
        <w:tc>
          <w:tcPr>
            <w:tcW w:w="2211" w:type="dxa"/>
            <w:tcMar>
              <w:top w:w="90" w:type="dxa"/>
              <w:left w:w="100" w:type="dxa"/>
              <w:bottom w:w="90" w:type="dxa"/>
              <w:right w:w="100" w:type="dxa"/>
            </w:tcMar>
          </w:tcPr>
          <w:p w14:paraId="38F15C19" w14:textId="77777777" w:rsidR="00872D7E" w:rsidRPr="00872D7E" w:rsidRDefault="00872D7E" w:rsidP="00872D7E">
            <w:pPr>
              <w:rPr>
                <w:rFonts w:ascii="Times New Roman" w:hAnsi="Times New Roman" w:cs="Times New Roman"/>
              </w:rPr>
            </w:pPr>
          </w:p>
        </w:tc>
      </w:tr>
      <w:tr w:rsidR="00872D7E" w:rsidRPr="00B5382E" w14:paraId="207C4756" w14:textId="77777777" w:rsidTr="008916C2">
        <w:trPr>
          <w:jc w:val="center"/>
        </w:trPr>
        <w:tc>
          <w:tcPr>
            <w:tcW w:w="2268" w:type="dxa"/>
            <w:tcMar>
              <w:top w:w="90" w:type="dxa"/>
              <w:left w:w="100" w:type="dxa"/>
              <w:bottom w:w="90" w:type="dxa"/>
              <w:right w:w="100" w:type="dxa"/>
            </w:tcMar>
          </w:tcPr>
          <w:p w14:paraId="71937F23" w14:textId="1142E88B" w:rsidR="00872D7E" w:rsidRPr="00872D7E" w:rsidRDefault="00872D7E" w:rsidP="00872D7E">
            <w:pPr>
              <w:rPr>
                <w:rFonts w:ascii="Times New Roman" w:hAnsi="Times New Roman" w:cs="Times New Roman"/>
              </w:rPr>
            </w:pPr>
            <w:r w:rsidRPr="00872D7E">
              <w:rPr>
                <w:rFonts w:ascii="Times New Roman" w:hAnsi="Times New Roman" w:cs="Times New Roman"/>
              </w:rPr>
              <w:t>First-author publications</w:t>
            </w:r>
          </w:p>
        </w:tc>
        <w:tc>
          <w:tcPr>
            <w:tcW w:w="2268" w:type="dxa"/>
            <w:tcMar>
              <w:top w:w="90" w:type="dxa"/>
              <w:left w:w="100" w:type="dxa"/>
              <w:bottom w:w="90" w:type="dxa"/>
              <w:right w:w="100" w:type="dxa"/>
            </w:tcMar>
          </w:tcPr>
          <w:p w14:paraId="42814C90" w14:textId="7B8AD181" w:rsidR="00872D7E" w:rsidRPr="00872D7E" w:rsidRDefault="00872D7E" w:rsidP="00872D7E">
            <w:pPr>
              <w:rPr>
                <w:rFonts w:ascii="Times New Roman" w:hAnsi="Times New Roman" w:cs="Times New Roman"/>
              </w:rPr>
            </w:pPr>
            <w:r w:rsidRPr="00872D7E">
              <w:rPr>
                <w:rFonts w:ascii="Times New Roman" w:hAnsi="Times New Roman" w:cs="Times New Roman"/>
              </w:rPr>
              <w:t>min. 2</w:t>
            </w:r>
          </w:p>
        </w:tc>
        <w:tc>
          <w:tcPr>
            <w:tcW w:w="3005" w:type="dxa"/>
            <w:tcMar>
              <w:top w:w="90" w:type="dxa"/>
              <w:left w:w="100" w:type="dxa"/>
              <w:bottom w:w="90" w:type="dxa"/>
              <w:right w:w="100" w:type="dxa"/>
            </w:tcMar>
          </w:tcPr>
          <w:p w14:paraId="75630B0C" w14:textId="77777777" w:rsidR="00872D7E" w:rsidRPr="00872D7E" w:rsidRDefault="00872D7E" w:rsidP="00872D7E">
            <w:pPr>
              <w:rPr>
                <w:rFonts w:ascii="Times New Roman" w:hAnsi="Times New Roman" w:cs="Times New Roman"/>
              </w:rPr>
            </w:pPr>
          </w:p>
        </w:tc>
        <w:tc>
          <w:tcPr>
            <w:tcW w:w="2211" w:type="dxa"/>
            <w:tcMar>
              <w:top w:w="90" w:type="dxa"/>
              <w:left w:w="100" w:type="dxa"/>
              <w:bottom w:w="90" w:type="dxa"/>
              <w:right w:w="100" w:type="dxa"/>
            </w:tcMar>
          </w:tcPr>
          <w:p w14:paraId="73ABCA49" w14:textId="77777777" w:rsidR="00872D7E" w:rsidRPr="00872D7E" w:rsidRDefault="00872D7E" w:rsidP="00872D7E">
            <w:pPr>
              <w:rPr>
                <w:rFonts w:ascii="Times New Roman" w:hAnsi="Times New Roman" w:cs="Times New Roman"/>
              </w:rPr>
            </w:pPr>
          </w:p>
        </w:tc>
      </w:tr>
      <w:tr w:rsidR="00872D7E" w:rsidRPr="00B5382E" w14:paraId="79DE63CE" w14:textId="77777777" w:rsidTr="008916C2">
        <w:trPr>
          <w:jc w:val="center"/>
        </w:trPr>
        <w:tc>
          <w:tcPr>
            <w:tcW w:w="2268" w:type="dxa"/>
            <w:tcMar>
              <w:top w:w="90" w:type="dxa"/>
              <w:left w:w="100" w:type="dxa"/>
              <w:bottom w:w="90" w:type="dxa"/>
              <w:right w:w="100" w:type="dxa"/>
            </w:tcMar>
          </w:tcPr>
          <w:p w14:paraId="5AC9689C" w14:textId="2D9A9938" w:rsidR="00872D7E" w:rsidRPr="00872D7E" w:rsidRDefault="00872D7E" w:rsidP="00872D7E">
            <w:pPr>
              <w:rPr>
                <w:rFonts w:ascii="Times New Roman" w:hAnsi="Times New Roman" w:cs="Times New Roman"/>
              </w:rPr>
            </w:pPr>
            <w:r w:rsidRPr="00872D7E">
              <w:rPr>
                <w:rFonts w:ascii="Times New Roman" w:hAnsi="Times New Roman" w:cs="Times New Roman"/>
              </w:rPr>
              <w:t xml:space="preserve">Publications in </w:t>
            </w:r>
            <w:proofErr w:type="spellStart"/>
            <w:r w:rsidRPr="00872D7E">
              <w:rPr>
                <w:rFonts w:ascii="Times New Roman" w:hAnsi="Times New Roman" w:cs="Times New Roman"/>
              </w:rPr>
              <w:t>WoS</w:t>
            </w:r>
            <w:proofErr w:type="spellEnd"/>
          </w:p>
        </w:tc>
        <w:tc>
          <w:tcPr>
            <w:tcW w:w="2268" w:type="dxa"/>
            <w:tcMar>
              <w:top w:w="90" w:type="dxa"/>
              <w:left w:w="100" w:type="dxa"/>
              <w:bottom w:w="90" w:type="dxa"/>
              <w:right w:w="100" w:type="dxa"/>
            </w:tcMar>
          </w:tcPr>
          <w:p w14:paraId="7BBF159D" w14:textId="2CFE15CC" w:rsidR="00872D7E" w:rsidRPr="00872D7E" w:rsidRDefault="00872D7E" w:rsidP="00872D7E">
            <w:pPr>
              <w:rPr>
                <w:rFonts w:ascii="Times New Roman" w:hAnsi="Times New Roman" w:cs="Times New Roman"/>
              </w:rPr>
            </w:pPr>
            <w:r w:rsidRPr="00872D7E">
              <w:rPr>
                <w:rFonts w:ascii="Times New Roman" w:hAnsi="Times New Roman" w:cs="Times New Roman"/>
              </w:rPr>
              <w:t>min. 1</w:t>
            </w:r>
          </w:p>
        </w:tc>
        <w:tc>
          <w:tcPr>
            <w:tcW w:w="3005" w:type="dxa"/>
            <w:tcMar>
              <w:top w:w="90" w:type="dxa"/>
              <w:left w:w="100" w:type="dxa"/>
              <w:bottom w:w="90" w:type="dxa"/>
              <w:right w:w="100" w:type="dxa"/>
            </w:tcMar>
          </w:tcPr>
          <w:p w14:paraId="6CAD2C48" w14:textId="77777777" w:rsidR="00872D7E" w:rsidRPr="00872D7E" w:rsidRDefault="00872D7E" w:rsidP="00872D7E">
            <w:pPr>
              <w:rPr>
                <w:rFonts w:ascii="Times New Roman" w:hAnsi="Times New Roman" w:cs="Times New Roman"/>
              </w:rPr>
            </w:pPr>
          </w:p>
        </w:tc>
        <w:tc>
          <w:tcPr>
            <w:tcW w:w="2211" w:type="dxa"/>
            <w:tcMar>
              <w:top w:w="90" w:type="dxa"/>
              <w:left w:w="100" w:type="dxa"/>
              <w:bottom w:w="90" w:type="dxa"/>
              <w:right w:w="100" w:type="dxa"/>
            </w:tcMar>
          </w:tcPr>
          <w:p w14:paraId="4A88B6EC" w14:textId="77777777" w:rsidR="00872D7E" w:rsidRPr="00872D7E" w:rsidRDefault="00872D7E" w:rsidP="00872D7E">
            <w:pPr>
              <w:rPr>
                <w:rFonts w:ascii="Times New Roman" w:hAnsi="Times New Roman" w:cs="Times New Roman"/>
              </w:rPr>
            </w:pPr>
          </w:p>
        </w:tc>
      </w:tr>
      <w:tr w:rsidR="00872D7E" w:rsidRPr="00B5382E" w14:paraId="2FD8CA52" w14:textId="77777777" w:rsidTr="008916C2">
        <w:trPr>
          <w:jc w:val="center"/>
        </w:trPr>
        <w:tc>
          <w:tcPr>
            <w:tcW w:w="2268" w:type="dxa"/>
            <w:tcMar>
              <w:top w:w="90" w:type="dxa"/>
              <w:left w:w="100" w:type="dxa"/>
              <w:bottom w:w="90" w:type="dxa"/>
              <w:right w:w="100" w:type="dxa"/>
            </w:tcMar>
          </w:tcPr>
          <w:p w14:paraId="63A7E180" w14:textId="7D51D50B" w:rsidR="00872D7E" w:rsidRPr="00872D7E" w:rsidRDefault="00872D7E" w:rsidP="00872D7E">
            <w:pPr>
              <w:rPr>
                <w:rFonts w:ascii="Times New Roman" w:hAnsi="Times New Roman" w:cs="Times New Roman"/>
              </w:rPr>
            </w:pPr>
            <w:r w:rsidRPr="00872D7E">
              <w:rPr>
                <w:rFonts w:ascii="Times New Roman" w:hAnsi="Times New Roman" w:cs="Times New Roman"/>
              </w:rPr>
              <w:t>Publications in Scopus</w:t>
            </w:r>
          </w:p>
        </w:tc>
        <w:tc>
          <w:tcPr>
            <w:tcW w:w="2268" w:type="dxa"/>
            <w:tcMar>
              <w:top w:w="90" w:type="dxa"/>
              <w:left w:w="100" w:type="dxa"/>
              <w:bottom w:w="90" w:type="dxa"/>
              <w:right w:w="100" w:type="dxa"/>
            </w:tcMar>
          </w:tcPr>
          <w:p w14:paraId="3A82DB85" w14:textId="5774D6B9" w:rsidR="00872D7E" w:rsidRPr="00872D7E" w:rsidRDefault="00872D7E" w:rsidP="00872D7E">
            <w:pPr>
              <w:rPr>
                <w:rFonts w:ascii="Times New Roman" w:hAnsi="Times New Roman" w:cs="Times New Roman"/>
              </w:rPr>
            </w:pPr>
            <w:r w:rsidRPr="00872D7E">
              <w:rPr>
                <w:rFonts w:ascii="Times New Roman" w:hAnsi="Times New Roman" w:cs="Times New Roman"/>
              </w:rPr>
              <w:t>min. 1</w:t>
            </w:r>
          </w:p>
        </w:tc>
        <w:tc>
          <w:tcPr>
            <w:tcW w:w="3005" w:type="dxa"/>
            <w:tcMar>
              <w:top w:w="90" w:type="dxa"/>
              <w:left w:w="100" w:type="dxa"/>
              <w:bottom w:w="90" w:type="dxa"/>
              <w:right w:w="100" w:type="dxa"/>
            </w:tcMar>
          </w:tcPr>
          <w:p w14:paraId="492C45FF" w14:textId="77777777" w:rsidR="00872D7E" w:rsidRPr="00872D7E" w:rsidRDefault="00872D7E" w:rsidP="00872D7E">
            <w:pPr>
              <w:rPr>
                <w:rFonts w:ascii="Times New Roman" w:hAnsi="Times New Roman" w:cs="Times New Roman"/>
              </w:rPr>
            </w:pPr>
          </w:p>
        </w:tc>
        <w:tc>
          <w:tcPr>
            <w:tcW w:w="2211" w:type="dxa"/>
            <w:tcMar>
              <w:top w:w="90" w:type="dxa"/>
              <w:left w:w="100" w:type="dxa"/>
              <w:bottom w:w="90" w:type="dxa"/>
              <w:right w:w="100" w:type="dxa"/>
            </w:tcMar>
          </w:tcPr>
          <w:p w14:paraId="428628D2" w14:textId="77777777" w:rsidR="00872D7E" w:rsidRPr="00872D7E" w:rsidRDefault="00872D7E" w:rsidP="00872D7E">
            <w:pPr>
              <w:rPr>
                <w:rFonts w:ascii="Times New Roman" w:hAnsi="Times New Roman" w:cs="Times New Roman"/>
              </w:rPr>
            </w:pPr>
          </w:p>
        </w:tc>
      </w:tr>
      <w:tr w:rsidR="00872D7E" w:rsidRPr="00B5382E" w14:paraId="6075DC2A" w14:textId="77777777" w:rsidTr="008916C2">
        <w:trPr>
          <w:jc w:val="center"/>
        </w:trPr>
        <w:tc>
          <w:tcPr>
            <w:tcW w:w="2268" w:type="dxa"/>
            <w:tcMar>
              <w:top w:w="90" w:type="dxa"/>
              <w:left w:w="100" w:type="dxa"/>
              <w:bottom w:w="90" w:type="dxa"/>
              <w:right w:w="100" w:type="dxa"/>
            </w:tcMar>
          </w:tcPr>
          <w:p w14:paraId="2AD670F3" w14:textId="16FE9806" w:rsidR="00872D7E" w:rsidRPr="00872D7E" w:rsidRDefault="00872D7E" w:rsidP="00872D7E">
            <w:pPr>
              <w:rPr>
                <w:rFonts w:ascii="Times New Roman" w:hAnsi="Times New Roman" w:cs="Times New Roman"/>
              </w:rPr>
            </w:pPr>
            <w:r w:rsidRPr="00872D7E">
              <w:rPr>
                <w:rFonts w:ascii="Times New Roman" w:hAnsi="Times New Roman" w:cs="Times New Roman"/>
              </w:rPr>
              <w:t>International conferences</w:t>
            </w:r>
          </w:p>
        </w:tc>
        <w:tc>
          <w:tcPr>
            <w:tcW w:w="2268" w:type="dxa"/>
            <w:tcMar>
              <w:top w:w="90" w:type="dxa"/>
              <w:left w:w="100" w:type="dxa"/>
              <w:bottom w:w="90" w:type="dxa"/>
              <w:right w:w="100" w:type="dxa"/>
            </w:tcMar>
          </w:tcPr>
          <w:p w14:paraId="7FB7E6DA" w14:textId="610C3EA4" w:rsidR="00872D7E" w:rsidRPr="00872D7E" w:rsidRDefault="00872D7E" w:rsidP="00872D7E">
            <w:pPr>
              <w:rPr>
                <w:rFonts w:ascii="Times New Roman" w:hAnsi="Times New Roman" w:cs="Times New Roman"/>
              </w:rPr>
            </w:pPr>
            <w:r w:rsidRPr="00872D7E">
              <w:rPr>
                <w:rFonts w:ascii="Times New Roman" w:hAnsi="Times New Roman" w:cs="Times New Roman"/>
              </w:rPr>
              <w:t>min. 2 active presentations</w:t>
            </w:r>
          </w:p>
        </w:tc>
        <w:tc>
          <w:tcPr>
            <w:tcW w:w="3005" w:type="dxa"/>
            <w:tcMar>
              <w:top w:w="90" w:type="dxa"/>
              <w:left w:w="100" w:type="dxa"/>
              <w:bottom w:w="90" w:type="dxa"/>
              <w:right w:w="100" w:type="dxa"/>
            </w:tcMar>
          </w:tcPr>
          <w:p w14:paraId="4D202B76" w14:textId="77777777" w:rsidR="00872D7E" w:rsidRPr="00872D7E" w:rsidRDefault="00872D7E" w:rsidP="00872D7E">
            <w:pPr>
              <w:rPr>
                <w:rFonts w:ascii="Times New Roman" w:hAnsi="Times New Roman" w:cs="Times New Roman"/>
              </w:rPr>
            </w:pPr>
          </w:p>
        </w:tc>
        <w:tc>
          <w:tcPr>
            <w:tcW w:w="2211" w:type="dxa"/>
            <w:tcMar>
              <w:top w:w="90" w:type="dxa"/>
              <w:left w:w="100" w:type="dxa"/>
              <w:bottom w:w="90" w:type="dxa"/>
              <w:right w:w="100" w:type="dxa"/>
            </w:tcMar>
          </w:tcPr>
          <w:p w14:paraId="663027DB" w14:textId="77777777" w:rsidR="00872D7E" w:rsidRPr="00872D7E" w:rsidRDefault="00872D7E" w:rsidP="00872D7E">
            <w:pPr>
              <w:rPr>
                <w:rFonts w:ascii="Times New Roman" w:hAnsi="Times New Roman" w:cs="Times New Roman"/>
              </w:rPr>
            </w:pPr>
          </w:p>
        </w:tc>
      </w:tr>
      <w:tr w:rsidR="00872D7E" w:rsidRPr="00B5382E" w14:paraId="19FC793C" w14:textId="77777777" w:rsidTr="008916C2">
        <w:trPr>
          <w:jc w:val="center"/>
        </w:trPr>
        <w:tc>
          <w:tcPr>
            <w:tcW w:w="2268" w:type="dxa"/>
            <w:tcMar>
              <w:top w:w="90" w:type="dxa"/>
              <w:left w:w="100" w:type="dxa"/>
              <w:bottom w:w="90" w:type="dxa"/>
              <w:right w:w="100" w:type="dxa"/>
            </w:tcMar>
          </w:tcPr>
          <w:p w14:paraId="248C2EC5" w14:textId="0512385D" w:rsidR="00872D7E" w:rsidRPr="00872D7E" w:rsidRDefault="00872D7E" w:rsidP="00872D7E">
            <w:pPr>
              <w:rPr>
                <w:rFonts w:ascii="Times New Roman" w:hAnsi="Times New Roman" w:cs="Times New Roman"/>
              </w:rPr>
            </w:pPr>
            <w:r w:rsidRPr="00872D7E">
              <w:rPr>
                <w:rFonts w:ascii="Times New Roman" w:hAnsi="Times New Roman" w:cs="Times New Roman"/>
              </w:rPr>
              <w:t>Involvement in project / grant activity</w:t>
            </w:r>
          </w:p>
        </w:tc>
        <w:tc>
          <w:tcPr>
            <w:tcW w:w="2268" w:type="dxa"/>
            <w:tcMar>
              <w:top w:w="90" w:type="dxa"/>
              <w:left w:w="100" w:type="dxa"/>
              <w:bottom w:w="90" w:type="dxa"/>
              <w:right w:w="100" w:type="dxa"/>
            </w:tcMar>
          </w:tcPr>
          <w:p w14:paraId="30EB0A8B" w14:textId="20AFD317" w:rsidR="00872D7E" w:rsidRPr="00872D7E" w:rsidRDefault="00872D7E" w:rsidP="00872D7E">
            <w:pPr>
              <w:rPr>
                <w:rFonts w:ascii="Times New Roman" w:hAnsi="Times New Roman" w:cs="Times New Roman"/>
              </w:rPr>
            </w:pPr>
            <w:r w:rsidRPr="00872D7E">
              <w:rPr>
                <w:rFonts w:ascii="Times New Roman" w:hAnsi="Times New Roman" w:cs="Times New Roman"/>
              </w:rPr>
              <w:t>recommended / according to the topic</w:t>
            </w:r>
          </w:p>
        </w:tc>
        <w:tc>
          <w:tcPr>
            <w:tcW w:w="3005" w:type="dxa"/>
            <w:tcMar>
              <w:top w:w="90" w:type="dxa"/>
              <w:left w:w="100" w:type="dxa"/>
              <w:bottom w:w="90" w:type="dxa"/>
              <w:right w:w="100" w:type="dxa"/>
            </w:tcMar>
          </w:tcPr>
          <w:p w14:paraId="44003B35" w14:textId="77777777" w:rsidR="00872D7E" w:rsidRPr="00872D7E" w:rsidRDefault="00872D7E" w:rsidP="00872D7E">
            <w:pPr>
              <w:rPr>
                <w:rFonts w:ascii="Times New Roman" w:hAnsi="Times New Roman" w:cs="Times New Roman"/>
              </w:rPr>
            </w:pPr>
          </w:p>
        </w:tc>
        <w:tc>
          <w:tcPr>
            <w:tcW w:w="2211" w:type="dxa"/>
            <w:tcMar>
              <w:top w:w="90" w:type="dxa"/>
              <w:left w:w="100" w:type="dxa"/>
              <w:bottom w:w="90" w:type="dxa"/>
              <w:right w:w="100" w:type="dxa"/>
            </w:tcMar>
          </w:tcPr>
          <w:p w14:paraId="57EC2962" w14:textId="77777777" w:rsidR="00872D7E" w:rsidRPr="00872D7E" w:rsidRDefault="00872D7E" w:rsidP="00872D7E">
            <w:pPr>
              <w:rPr>
                <w:rFonts w:ascii="Times New Roman" w:hAnsi="Times New Roman" w:cs="Times New Roman"/>
              </w:rPr>
            </w:pPr>
          </w:p>
        </w:tc>
      </w:tr>
      <w:tr w:rsidR="00872D7E" w:rsidRPr="00B5382E" w14:paraId="487CD225" w14:textId="77777777" w:rsidTr="008916C2">
        <w:trPr>
          <w:jc w:val="center"/>
        </w:trPr>
        <w:tc>
          <w:tcPr>
            <w:tcW w:w="2268" w:type="dxa"/>
            <w:tcMar>
              <w:top w:w="90" w:type="dxa"/>
              <w:left w:w="100" w:type="dxa"/>
              <w:bottom w:w="90" w:type="dxa"/>
              <w:right w:w="100" w:type="dxa"/>
            </w:tcMar>
          </w:tcPr>
          <w:p w14:paraId="05C3A41B" w14:textId="3C05716C" w:rsidR="00872D7E" w:rsidRPr="00872D7E" w:rsidRDefault="00872D7E" w:rsidP="00872D7E">
            <w:pPr>
              <w:rPr>
                <w:rFonts w:ascii="Times New Roman" w:hAnsi="Times New Roman" w:cs="Times New Roman"/>
              </w:rPr>
            </w:pPr>
            <w:r w:rsidRPr="00872D7E">
              <w:rPr>
                <w:rFonts w:ascii="Times New Roman" w:hAnsi="Times New Roman" w:cs="Times New Roman"/>
              </w:rPr>
              <w:t>Application output for practice</w:t>
            </w:r>
          </w:p>
        </w:tc>
        <w:tc>
          <w:tcPr>
            <w:tcW w:w="2268" w:type="dxa"/>
            <w:tcMar>
              <w:top w:w="90" w:type="dxa"/>
              <w:left w:w="100" w:type="dxa"/>
              <w:bottom w:w="90" w:type="dxa"/>
              <w:right w:w="100" w:type="dxa"/>
            </w:tcMar>
          </w:tcPr>
          <w:p w14:paraId="3D7B40DA" w14:textId="35A21FB9" w:rsidR="00872D7E" w:rsidRPr="00872D7E" w:rsidRDefault="00872D7E" w:rsidP="00872D7E">
            <w:pPr>
              <w:rPr>
                <w:rFonts w:ascii="Times New Roman" w:hAnsi="Times New Roman" w:cs="Times New Roman"/>
              </w:rPr>
            </w:pPr>
            <w:r w:rsidRPr="00872D7E">
              <w:rPr>
                <w:rFonts w:ascii="Times New Roman" w:hAnsi="Times New Roman" w:cs="Times New Roman"/>
              </w:rPr>
              <w:t>according to the dissertation focus</w:t>
            </w:r>
          </w:p>
        </w:tc>
        <w:tc>
          <w:tcPr>
            <w:tcW w:w="3005" w:type="dxa"/>
            <w:tcMar>
              <w:top w:w="90" w:type="dxa"/>
              <w:left w:w="100" w:type="dxa"/>
              <w:bottom w:w="90" w:type="dxa"/>
              <w:right w:w="100" w:type="dxa"/>
            </w:tcMar>
          </w:tcPr>
          <w:p w14:paraId="3C73C902" w14:textId="77777777" w:rsidR="00872D7E" w:rsidRPr="00872D7E" w:rsidRDefault="00872D7E" w:rsidP="00872D7E">
            <w:pPr>
              <w:rPr>
                <w:rFonts w:ascii="Times New Roman" w:hAnsi="Times New Roman" w:cs="Times New Roman"/>
              </w:rPr>
            </w:pPr>
          </w:p>
        </w:tc>
        <w:tc>
          <w:tcPr>
            <w:tcW w:w="2211" w:type="dxa"/>
            <w:tcMar>
              <w:top w:w="90" w:type="dxa"/>
              <w:left w:w="100" w:type="dxa"/>
              <w:bottom w:w="90" w:type="dxa"/>
              <w:right w:w="100" w:type="dxa"/>
            </w:tcMar>
          </w:tcPr>
          <w:p w14:paraId="40F31516" w14:textId="77777777" w:rsidR="00872D7E" w:rsidRPr="00872D7E" w:rsidRDefault="00872D7E" w:rsidP="00872D7E">
            <w:pPr>
              <w:rPr>
                <w:rFonts w:ascii="Times New Roman" w:hAnsi="Times New Roman" w:cs="Times New Roman"/>
              </w:rPr>
            </w:pPr>
          </w:p>
        </w:tc>
      </w:tr>
    </w:tbl>
    <w:p w14:paraId="7796B785" w14:textId="77777777" w:rsidR="007E7D52" w:rsidRPr="00B5382E" w:rsidRDefault="007E7D52">
      <w:pPr>
        <w:rPr>
          <w:rFonts w:ascii="Times New Roman" w:hAnsi="Times New Roman" w:cs="Times New Roman"/>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ook w:val="04A0" w:firstRow="1" w:lastRow="0" w:firstColumn="1" w:lastColumn="0" w:noHBand="0" w:noVBand="1"/>
      </w:tblPr>
      <w:tblGrid>
        <w:gridCol w:w="9864"/>
      </w:tblGrid>
      <w:tr w:rsidR="007E7D52" w:rsidRPr="00B5382E" w14:paraId="0B85D462" w14:textId="77777777">
        <w:trPr>
          <w:jc w:val="center"/>
        </w:trPr>
        <w:tc>
          <w:tcPr>
            <w:tcW w:w="9866" w:type="dxa"/>
            <w:shd w:val="clear" w:color="auto" w:fill="173F5F"/>
            <w:tcMar>
              <w:top w:w="70" w:type="dxa"/>
              <w:left w:w="110" w:type="dxa"/>
              <w:bottom w:w="70" w:type="dxa"/>
              <w:right w:w="110" w:type="dxa"/>
            </w:tcMar>
          </w:tcPr>
          <w:p w14:paraId="6C0B609A" w14:textId="58455D98" w:rsidR="007E7D52" w:rsidRPr="00B5382E" w:rsidRDefault="00C1191B">
            <w:pPr>
              <w:pStyle w:val="SectionHeadingFZS"/>
              <w:spacing w:after="0"/>
              <w:rPr>
                <w:rFonts w:ascii="Times New Roman" w:hAnsi="Times New Roman" w:cs="Times New Roman"/>
              </w:rPr>
            </w:pPr>
            <w:r w:rsidRPr="00B5382E">
              <w:rPr>
                <w:rFonts w:ascii="Times New Roman" w:hAnsi="Times New Roman" w:cs="Times New Roman"/>
              </w:rPr>
              <w:t xml:space="preserve">7. </w:t>
            </w:r>
            <w:r w:rsidR="00872D7E" w:rsidRPr="00872D7E">
              <w:rPr>
                <w:rFonts w:ascii="Times New Roman" w:hAnsi="Times New Roman" w:cs="Times New Roman"/>
              </w:rPr>
              <w:t>Internationalization and Internship</w:t>
            </w:r>
          </w:p>
        </w:tc>
      </w:tr>
    </w:tbl>
    <w:p w14:paraId="28315E63" w14:textId="77777777" w:rsidR="007E7D52" w:rsidRPr="00B5382E" w:rsidRDefault="007E7D52">
      <w:pPr>
        <w:rPr>
          <w:rFonts w:ascii="Times New Roman" w:hAnsi="Times New Roman" w:cs="Times New Roman"/>
        </w:rPr>
      </w:pPr>
    </w:p>
    <w:tbl>
      <w:tblPr>
        <w:tblStyle w:val="Mkatabulky"/>
        <w:tblW w:w="0" w:type="auto"/>
        <w:jc w:val="center"/>
        <w:tblBorders>
          <w:top w:val="single" w:sz="8" w:space="0" w:color="B7C3CE"/>
          <w:left w:val="single" w:sz="8" w:space="0" w:color="B7C3CE"/>
          <w:bottom w:val="single" w:sz="8" w:space="0" w:color="B7C3CE"/>
          <w:right w:val="single" w:sz="8" w:space="0" w:color="B7C3CE"/>
          <w:insideH w:val="single" w:sz="8" w:space="0" w:color="B7C3CE"/>
          <w:insideV w:val="single" w:sz="8" w:space="0" w:color="B7C3CE"/>
        </w:tblBorders>
        <w:tblLook w:val="04A0" w:firstRow="1" w:lastRow="0" w:firstColumn="1" w:lastColumn="0" w:noHBand="0" w:noVBand="1"/>
      </w:tblPr>
      <w:tblGrid>
        <w:gridCol w:w="3231"/>
        <w:gridCol w:w="6520"/>
      </w:tblGrid>
      <w:tr w:rsidR="007E7D52" w:rsidRPr="00B5382E" w14:paraId="1E938779" w14:textId="77777777">
        <w:trPr>
          <w:jc w:val="center"/>
        </w:trPr>
        <w:tc>
          <w:tcPr>
            <w:tcW w:w="3231" w:type="dxa"/>
            <w:shd w:val="clear" w:color="auto" w:fill="EEF3F7"/>
            <w:tcMar>
              <w:top w:w="90" w:type="dxa"/>
              <w:left w:w="100" w:type="dxa"/>
              <w:bottom w:w="90" w:type="dxa"/>
              <w:right w:w="100" w:type="dxa"/>
            </w:tcMar>
            <w:vAlign w:val="center"/>
          </w:tcPr>
          <w:p w14:paraId="08FECAF1" w14:textId="2CC0D066" w:rsidR="007E7D52" w:rsidRPr="00B5382E" w:rsidRDefault="00872D7E">
            <w:pPr>
              <w:rPr>
                <w:rFonts w:ascii="Times New Roman" w:hAnsi="Times New Roman" w:cs="Times New Roman"/>
              </w:rPr>
            </w:pPr>
            <w:r w:rsidRPr="00872D7E">
              <w:rPr>
                <w:rFonts w:ascii="Times New Roman" w:hAnsi="Times New Roman" w:cs="Times New Roman"/>
                <w:b/>
                <w:color w:val="173F5F"/>
              </w:rPr>
              <w:t>Selected form of fulfilling the internationalization requirement</w:t>
            </w:r>
          </w:p>
        </w:tc>
        <w:tc>
          <w:tcPr>
            <w:tcW w:w="6520" w:type="dxa"/>
            <w:tcMar>
              <w:top w:w="90" w:type="dxa"/>
              <w:left w:w="100" w:type="dxa"/>
              <w:bottom w:w="90" w:type="dxa"/>
              <w:right w:w="100" w:type="dxa"/>
            </w:tcMar>
            <w:vAlign w:val="center"/>
          </w:tcPr>
          <w:p w14:paraId="31BC4443" w14:textId="1FC73B3C" w:rsidR="007E7D52" w:rsidRPr="00B5382E" w:rsidRDefault="00C1191B">
            <w:pPr>
              <w:rPr>
                <w:rFonts w:ascii="Times New Roman" w:hAnsi="Times New Roman" w:cs="Times New Roman"/>
              </w:rPr>
            </w:pPr>
            <w:r w:rsidRPr="00B5382E">
              <w:rPr>
                <w:rFonts w:ascii="Segoe UI Symbol" w:hAnsi="Segoe UI Symbol" w:cs="Segoe UI Symbol"/>
              </w:rPr>
              <w:t>☐</w:t>
            </w:r>
            <w:r w:rsidRPr="00B5382E">
              <w:rPr>
                <w:rFonts w:ascii="Times New Roman" w:hAnsi="Times New Roman" w:cs="Times New Roman"/>
              </w:rPr>
              <w:t xml:space="preserve"> </w:t>
            </w:r>
            <w:r w:rsidR="00872D7E" w:rsidRPr="00872D7E">
              <w:rPr>
                <w:rFonts w:ascii="Times New Roman" w:hAnsi="Times New Roman" w:cs="Times New Roman"/>
              </w:rPr>
              <w:t>international study / research stay lasting at least 1 month</w:t>
            </w:r>
            <w:r w:rsidRPr="00B5382E">
              <w:rPr>
                <w:rFonts w:ascii="Times New Roman" w:hAnsi="Times New Roman" w:cs="Times New Roman"/>
              </w:rPr>
              <w:br/>
            </w:r>
            <w:r w:rsidRPr="00B5382E">
              <w:rPr>
                <w:rFonts w:ascii="Segoe UI Symbol" w:hAnsi="Segoe UI Symbol" w:cs="Segoe UI Symbol"/>
              </w:rPr>
              <w:t>☐</w:t>
            </w:r>
            <w:r w:rsidRPr="00B5382E">
              <w:rPr>
                <w:rFonts w:ascii="Times New Roman" w:hAnsi="Times New Roman" w:cs="Times New Roman"/>
              </w:rPr>
              <w:t xml:space="preserve"> </w:t>
            </w:r>
            <w:r w:rsidR="00872D7E" w:rsidRPr="00872D7E">
              <w:rPr>
                <w:rFonts w:ascii="Times New Roman" w:hAnsi="Times New Roman" w:cs="Times New Roman"/>
              </w:rPr>
              <w:t>involvement in an international research project with results presented abroad</w:t>
            </w:r>
            <w:r w:rsidRPr="00B5382E">
              <w:rPr>
                <w:rFonts w:ascii="Times New Roman" w:hAnsi="Times New Roman" w:cs="Times New Roman"/>
              </w:rPr>
              <w:br/>
            </w:r>
            <w:r w:rsidRPr="00B5382E">
              <w:rPr>
                <w:rFonts w:ascii="Segoe UI Symbol" w:hAnsi="Segoe UI Symbol" w:cs="Segoe UI Symbol"/>
              </w:rPr>
              <w:t>☐</w:t>
            </w:r>
            <w:r w:rsidRPr="00B5382E">
              <w:rPr>
                <w:rFonts w:ascii="Times New Roman" w:hAnsi="Times New Roman" w:cs="Times New Roman"/>
              </w:rPr>
              <w:t xml:space="preserve"> </w:t>
            </w:r>
            <w:r w:rsidR="00872D7E" w:rsidRPr="00872D7E">
              <w:rPr>
                <w:rFonts w:ascii="Times New Roman" w:hAnsi="Times New Roman" w:cs="Times New Roman"/>
              </w:rPr>
              <w:t>another direct form of international cooperation (state and justify)</w:t>
            </w:r>
          </w:p>
        </w:tc>
      </w:tr>
      <w:tr w:rsidR="007E7D52" w:rsidRPr="00B5382E" w14:paraId="74634747" w14:textId="77777777">
        <w:trPr>
          <w:jc w:val="center"/>
        </w:trPr>
        <w:tc>
          <w:tcPr>
            <w:tcW w:w="3231" w:type="dxa"/>
            <w:shd w:val="clear" w:color="auto" w:fill="EEF3F7"/>
            <w:tcMar>
              <w:top w:w="90" w:type="dxa"/>
              <w:left w:w="100" w:type="dxa"/>
              <w:bottom w:w="90" w:type="dxa"/>
              <w:right w:w="100" w:type="dxa"/>
            </w:tcMar>
            <w:vAlign w:val="center"/>
          </w:tcPr>
          <w:p w14:paraId="1CC0EB3A" w14:textId="32C6A04E" w:rsidR="007E7D52" w:rsidRPr="00B5382E" w:rsidRDefault="00872D7E">
            <w:pPr>
              <w:rPr>
                <w:rFonts w:ascii="Times New Roman" w:hAnsi="Times New Roman" w:cs="Times New Roman"/>
              </w:rPr>
            </w:pPr>
            <w:r w:rsidRPr="00872D7E">
              <w:rPr>
                <w:rFonts w:ascii="Times New Roman" w:hAnsi="Times New Roman" w:cs="Times New Roman"/>
                <w:b/>
                <w:color w:val="173F5F"/>
              </w:rPr>
              <w:t>Institution / country / partner and planned date</w:t>
            </w:r>
          </w:p>
        </w:tc>
        <w:tc>
          <w:tcPr>
            <w:tcW w:w="6520" w:type="dxa"/>
            <w:tcMar>
              <w:top w:w="90" w:type="dxa"/>
              <w:left w:w="100" w:type="dxa"/>
              <w:bottom w:w="90" w:type="dxa"/>
              <w:right w:w="100" w:type="dxa"/>
            </w:tcMar>
            <w:vAlign w:val="center"/>
          </w:tcPr>
          <w:p w14:paraId="300CC160" w14:textId="77777777" w:rsidR="007E7D52" w:rsidRPr="00B5382E" w:rsidRDefault="00C1191B">
            <w:pPr>
              <w:rPr>
                <w:rFonts w:ascii="Times New Roman" w:hAnsi="Times New Roman" w:cs="Times New Roman"/>
              </w:rPr>
            </w:pPr>
            <w:r w:rsidRPr="00B5382E">
              <w:rPr>
                <w:rFonts w:ascii="Times New Roman" w:hAnsi="Times New Roman" w:cs="Times New Roman"/>
              </w:rPr>
              <w:br/>
            </w:r>
            <w:r w:rsidRPr="00B5382E">
              <w:rPr>
                <w:rFonts w:ascii="Times New Roman" w:hAnsi="Times New Roman" w:cs="Times New Roman"/>
              </w:rPr>
              <w:br/>
            </w:r>
          </w:p>
        </w:tc>
      </w:tr>
      <w:tr w:rsidR="007E7D52" w:rsidRPr="00B5382E" w14:paraId="14B4E24C" w14:textId="77777777">
        <w:trPr>
          <w:jc w:val="center"/>
        </w:trPr>
        <w:tc>
          <w:tcPr>
            <w:tcW w:w="3231" w:type="dxa"/>
            <w:shd w:val="clear" w:color="auto" w:fill="EEF3F7"/>
            <w:tcMar>
              <w:top w:w="90" w:type="dxa"/>
              <w:left w:w="100" w:type="dxa"/>
              <w:bottom w:w="90" w:type="dxa"/>
              <w:right w:w="100" w:type="dxa"/>
            </w:tcMar>
            <w:vAlign w:val="center"/>
          </w:tcPr>
          <w:p w14:paraId="1FB272F8" w14:textId="73E00F29" w:rsidR="007E7D52" w:rsidRPr="00B5382E" w:rsidRDefault="00872D7E">
            <w:pPr>
              <w:rPr>
                <w:rFonts w:ascii="Times New Roman" w:hAnsi="Times New Roman" w:cs="Times New Roman"/>
              </w:rPr>
            </w:pPr>
            <w:r w:rsidRPr="00872D7E">
              <w:rPr>
                <w:rFonts w:ascii="Times New Roman" w:hAnsi="Times New Roman" w:cs="Times New Roman"/>
                <w:b/>
                <w:color w:val="173F5F"/>
              </w:rPr>
              <w:t>Link to the dissertation project</w:t>
            </w:r>
          </w:p>
        </w:tc>
        <w:tc>
          <w:tcPr>
            <w:tcW w:w="6520" w:type="dxa"/>
            <w:tcMar>
              <w:top w:w="90" w:type="dxa"/>
              <w:left w:w="100" w:type="dxa"/>
              <w:bottom w:w="90" w:type="dxa"/>
              <w:right w:w="100" w:type="dxa"/>
            </w:tcMar>
            <w:vAlign w:val="center"/>
          </w:tcPr>
          <w:p w14:paraId="1BF15775" w14:textId="77777777" w:rsidR="007E7D52" w:rsidRPr="00B5382E" w:rsidRDefault="00C1191B">
            <w:pPr>
              <w:rPr>
                <w:rFonts w:ascii="Times New Roman" w:hAnsi="Times New Roman" w:cs="Times New Roman"/>
              </w:rPr>
            </w:pPr>
            <w:r w:rsidRPr="00B5382E">
              <w:rPr>
                <w:rFonts w:ascii="Times New Roman" w:hAnsi="Times New Roman" w:cs="Times New Roman"/>
              </w:rPr>
              <w:br/>
            </w:r>
            <w:r w:rsidRPr="00B5382E">
              <w:rPr>
                <w:rFonts w:ascii="Times New Roman" w:hAnsi="Times New Roman" w:cs="Times New Roman"/>
              </w:rPr>
              <w:br/>
            </w:r>
            <w:r w:rsidRPr="00B5382E">
              <w:rPr>
                <w:rFonts w:ascii="Times New Roman" w:hAnsi="Times New Roman" w:cs="Times New Roman"/>
              </w:rPr>
              <w:br/>
            </w:r>
          </w:p>
        </w:tc>
      </w:tr>
      <w:tr w:rsidR="007E7D52" w:rsidRPr="00B5382E" w14:paraId="6C8DD51E" w14:textId="77777777">
        <w:trPr>
          <w:jc w:val="center"/>
        </w:trPr>
        <w:tc>
          <w:tcPr>
            <w:tcW w:w="3231" w:type="dxa"/>
            <w:shd w:val="clear" w:color="auto" w:fill="EEF3F7"/>
            <w:tcMar>
              <w:top w:w="90" w:type="dxa"/>
              <w:left w:w="100" w:type="dxa"/>
              <w:bottom w:w="90" w:type="dxa"/>
              <w:right w:w="100" w:type="dxa"/>
            </w:tcMar>
            <w:vAlign w:val="center"/>
          </w:tcPr>
          <w:p w14:paraId="7A5A3953" w14:textId="12B6557F" w:rsidR="007E7D52" w:rsidRPr="00B5382E" w:rsidRDefault="00872D7E">
            <w:pPr>
              <w:rPr>
                <w:rFonts w:ascii="Times New Roman" w:hAnsi="Times New Roman" w:cs="Times New Roman"/>
              </w:rPr>
            </w:pPr>
            <w:r w:rsidRPr="00872D7E">
              <w:rPr>
                <w:rFonts w:ascii="Times New Roman" w:hAnsi="Times New Roman" w:cs="Times New Roman"/>
                <w:b/>
                <w:color w:val="173F5F"/>
              </w:rPr>
              <w:lastRenderedPageBreak/>
              <w:t>Expected output and impact of internationalization</w:t>
            </w:r>
          </w:p>
        </w:tc>
        <w:tc>
          <w:tcPr>
            <w:tcW w:w="6520" w:type="dxa"/>
            <w:tcMar>
              <w:top w:w="90" w:type="dxa"/>
              <w:left w:w="100" w:type="dxa"/>
              <w:bottom w:w="90" w:type="dxa"/>
              <w:right w:w="100" w:type="dxa"/>
            </w:tcMar>
            <w:vAlign w:val="center"/>
          </w:tcPr>
          <w:p w14:paraId="72561C6F" w14:textId="77777777" w:rsidR="007E7D52" w:rsidRPr="00B5382E" w:rsidRDefault="00C1191B">
            <w:pPr>
              <w:rPr>
                <w:rFonts w:ascii="Times New Roman" w:hAnsi="Times New Roman" w:cs="Times New Roman"/>
              </w:rPr>
            </w:pPr>
            <w:r w:rsidRPr="00B5382E">
              <w:rPr>
                <w:rFonts w:ascii="Times New Roman" w:hAnsi="Times New Roman" w:cs="Times New Roman"/>
              </w:rPr>
              <w:br/>
            </w:r>
            <w:r w:rsidRPr="00B5382E">
              <w:rPr>
                <w:rFonts w:ascii="Times New Roman" w:hAnsi="Times New Roman" w:cs="Times New Roman"/>
              </w:rPr>
              <w:br/>
            </w:r>
            <w:r w:rsidRPr="00B5382E">
              <w:rPr>
                <w:rFonts w:ascii="Times New Roman" w:hAnsi="Times New Roman" w:cs="Times New Roman"/>
              </w:rPr>
              <w:br/>
            </w:r>
          </w:p>
        </w:tc>
      </w:tr>
    </w:tbl>
    <w:p w14:paraId="1835D769" w14:textId="77777777" w:rsidR="007E7D52" w:rsidRPr="00B5382E" w:rsidRDefault="007E7D52">
      <w:pPr>
        <w:rPr>
          <w:rFonts w:ascii="Times New Roman" w:hAnsi="Times New Roman" w:cs="Times New Roman"/>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ook w:val="04A0" w:firstRow="1" w:lastRow="0" w:firstColumn="1" w:lastColumn="0" w:noHBand="0" w:noVBand="1"/>
      </w:tblPr>
      <w:tblGrid>
        <w:gridCol w:w="9864"/>
      </w:tblGrid>
      <w:tr w:rsidR="007E7D52" w:rsidRPr="00B5382E" w14:paraId="5C1597D7" w14:textId="77777777">
        <w:trPr>
          <w:jc w:val="center"/>
        </w:trPr>
        <w:tc>
          <w:tcPr>
            <w:tcW w:w="9866" w:type="dxa"/>
            <w:shd w:val="clear" w:color="auto" w:fill="173F5F"/>
            <w:tcMar>
              <w:top w:w="70" w:type="dxa"/>
              <w:left w:w="110" w:type="dxa"/>
              <w:bottom w:w="70" w:type="dxa"/>
              <w:right w:w="110" w:type="dxa"/>
            </w:tcMar>
          </w:tcPr>
          <w:p w14:paraId="6495A631" w14:textId="24D5A0A7" w:rsidR="007E7D52" w:rsidRPr="00B5382E" w:rsidRDefault="00C1191B">
            <w:pPr>
              <w:pStyle w:val="SectionHeadingFZS"/>
              <w:spacing w:after="0"/>
              <w:rPr>
                <w:rFonts w:ascii="Times New Roman" w:hAnsi="Times New Roman" w:cs="Times New Roman"/>
              </w:rPr>
            </w:pPr>
            <w:r w:rsidRPr="00B5382E">
              <w:rPr>
                <w:rFonts w:ascii="Times New Roman" w:hAnsi="Times New Roman" w:cs="Times New Roman"/>
              </w:rPr>
              <w:t xml:space="preserve">8. </w:t>
            </w:r>
            <w:r w:rsidR="00872D7E" w:rsidRPr="00872D7E">
              <w:rPr>
                <w:rFonts w:ascii="Times New Roman" w:hAnsi="Times New Roman" w:cs="Times New Roman"/>
              </w:rPr>
              <w:t>Pedagogical Development and Other Professional Duties</w:t>
            </w:r>
          </w:p>
        </w:tc>
      </w:tr>
    </w:tbl>
    <w:p w14:paraId="436EFE7A" w14:textId="77777777" w:rsidR="007E7D52" w:rsidRPr="00B5382E" w:rsidRDefault="007E7D52">
      <w:pPr>
        <w:rPr>
          <w:rFonts w:ascii="Times New Roman" w:hAnsi="Times New Roman" w:cs="Times New Roman"/>
        </w:rPr>
      </w:pPr>
    </w:p>
    <w:tbl>
      <w:tblPr>
        <w:tblStyle w:val="Mkatabulky"/>
        <w:tblW w:w="0" w:type="auto"/>
        <w:jc w:val="center"/>
        <w:tblBorders>
          <w:top w:val="single" w:sz="8" w:space="0" w:color="B7C3CE"/>
          <w:left w:val="single" w:sz="8" w:space="0" w:color="B7C3CE"/>
          <w:bottom w:val="single" w:sz="8" w:space="0" w:color="B7C3CE"/>
          <w:right w:val="single" w:sz="8" w:space="0" w:color="B7C3CE"/>
          <w:insideH w:val="single" w:sz="8" w:space="0" w:color="B7C3CE"/>
          <w:insideV w:val="single" w:sz="8" w:space="0" w:color="B7C3CE"/>
        </w:tblBorders>
        <w:tblLook w:val="04A0" w:firstRow="1" w:lastRow="0" w:firstColumn="1" w:lastColumn="0" w:noHBand="0" w:noVBand="1"/>
      </w:tblPr>
      <w:tblGrid>
        <w:gridCol w:w="3231"/>
        <w:gridCol w:w="6520"/>
      </w:tblGrid>
      <w:tr w:rsidR="007E7D52" w:rsidRPr="00B5382E" w14:paraId="77AC3BC5" w14:textId="77777777">
        <w:trPr>
          <w:jc w:val="center"/>
        </w:trPr>
        <w:tc>
          <w:tcPr>
            <w:tcW w:w="3231" w:type="dxa"/>
            <w:shd w:val="clear" w:color="auto" w:fill="EEF3F7"/>
            <w:tcMar>
              <w:top w:w="90" w:type="dxa"/>
              <w:left w:w="100" w:type="dxa"/>
              <w:bottom w:w="90" w:type="dxa"/>
              <w:right w:w="100" w:type="dxa"/>
            </w:tcMar>
            <w:vAlign w:val="center"/>
          </w:tcPr>
          <w:p w14:paraId="14257354" w14:textId="12EF10E7" w:rsidR="007E7D52" w:rsidRPr="00B5382E" w:rsidRDefault="00872D7E">
            <w:pPr>
              <w:rPr>
                <w:rFonts w:ascii="Times New Roman" w:hAnsi="Times New Roman" w:cs="Times New Roman"/>
              </w:rPr>
            </w:pPr>
            <w:r w:rsidRPr="00872D7E">
              <w:rPr>
                <w:rFonts w:ascii="Times New Roman" w:hAnsi="Times New Roman" w:cs="Times New Roman"/>
                <w:b/>
                <w:color w:val="173F5F"/>
              </w:rPr>
              <w:t>Shadowing in teaching in undergraduate studies at FZS UJEP</w:t>
            </w:r>
          </w:p>
        </w:tc>
        <w:tc>
          <w:tcPr>
            <w:tcW w:w="6520" w:type="dxa"/>
            <w:tcMar>
              <w:top w:w="90" w:type="dxa"/>
              <w:left w:w="100" w:type="dxa"/>
              <w:bottom w:w="90" w:type="dxa"/>
              <w:right w:w="100" w:type="dxa"/>
            </w:tcMar>
            <w:vAlign w:val="center"/>
          </w:tcPr>
          <w:p w14:paraId="7BC60B4B" w14:textId="05DE430D" w:rsidR="007E7D52" w:rsidRPr="00B5382E" w:rsidRDefault="00872D7E">
            <w:pPr>
              <w:rPr>
                <w:rFonts w:ascii="Times New Roman" w:hAnsi="Times New Roman" w:cs="Times New Roman"/>
              </w:rPr>
            </w:pPr>
            <w:r w:rsidRPr="00872D7E">
              <w:rPr>
                <w:rFonts w:ascii="Times New Roman" w:hAnsi="Times New Roman" w:cs="Times New Roman"/>
              </w:rPr>
              <w:t>Plan for fulfilling the obligation to the extent of four hours per week for at least two semesters:</w:t>
            </w:r>
            <w:r>
              <w:rPr>
                <w:rFonts w:ascii="Times New Roman" w:hAnsi="Times New Roman" w:cs="Times New Roman"/>
              </w:rPr>
              <w:br/>
            </w:r>
            <w:r>
              <w:rPr>
                <w:rFonts w:ascii="Times New Roman" w:hAnsi="Times New Roman" w:cs="Times New Roman"/>
              </w:rPr>
              <w:br/>
            </w:r>
            <w:r>
              <w:rPr>
                <w:rFonts w:ascii="Times New Roman" w:hAnsi="Times New Roman" w:cs="Times New Roman"/>
              </w:rPr>
              <w:br/>
            </w:r>
          </w:p>
        </w:tc>
      </w:tr>
      <w:tr w:rsidR="00872D7E" w:rsidRPr="00B5382E" w14:paraId="316E23AD" w14:textId="77777777" w:rsidTr="00EE3065">
        <w:trPr>
          <w:jc w:val="center"/>
        </w:trPr>
        <w:tc>
          <w:tcPr>
            <w:tcW w:w="3231" w:type="dxa"/>
            <w:shd w:val="clear" w:color="auto" w:fill="EEF3F7"/>
            <w:tcMar>
              <w:top w:w="90" w:type="dxa"/>
              <w:left w:w="100" w:type="dxa"/>
              <w:bottom w:w="90" w:type="dxa"/>
              <w:right w:w="100" w:type="dxa"/>
            </w:tcMar>
          </w:tcPr>
          <w:p w14:paraId="257DFAC4" w14:textId="6700B1FF" w:rsidR="00872D7E" w:rsidRPr="00872D7E" w:rsidRDefault="00872D7E" w:rsidP="00872D7E">
            <w:pPr>
              <w:rPr>
                <w:rFonts w:ascii="Times New Roman" w:hAnsi="Times New Roman" w:cs="Times New Roman"/>
                <w:b/>
                <w:color w:val="173F5F"/>
              </w:rPr>
            </w:pPr>
            <w:r w:rsidRPr="00872D7E">
              <w:rPr>
                <w:rFonts w:ascii="Times New Roman" w:hAnsi="Times New Roman" w:cs="Times New Roman"/>
                <w:b/>
                <w:color w:val="173F5F"/>
              </w:rPr>
              <w:t>Expected semester(s) and workplace</w:t>
            </w:r>
          </w:p>
        </w:tc>
        <w:tc>
          <w:tcPr>
            <w:tcW w:w="6520" w:type="dxa"/>
            <w:tcMar>
              <w:top w:w="90" w:type="dxa"/>
              <w:left w:w="100" w:type="dxa"/>
              <w:bottom w:w="90" w:type="dxa"/>
              <w:right w:w="100" w:type="dxa"/>
            </w:tcMar>
          </w:tcPr>
          <w:p w14:paraId="6D09F0F7" w14:textId="20B96652" w:rsidR="00872D7E" w:rsidRPr="00B5382E" w:rsidRDefault="00872D7E" w:rsidP="00872D7E">
            <w:pPr>
              <w:rPr>
                <w:rFonts w:ascii="Times New Roman" w:hAnsi="Times New Roman" w:cs="Times New Roman"/>
              </w:rPr>
            </w:pPr>
          </w:p>
        </w:tc>
      </w:tr>
      <w:tr w:rsidR="00872D7E" w:rsidRPr="00B5382E" w14:paraId="78C0CF0C" w14:textId="77777777" w:rsidTr="00EE3065">
        <w:trPr>
          <w:jc w:val="center"/>
        </w:trPr>
        <w:tc>
          <w:tcPr>
            <w:tcW w:w="3231" w:type="dxa"/>
            <w:shd w:val="clear" w:color="auto" w:fill="EEF3F7"/>
            <w:tcMar>
              <w:top w:w="90" w:type="dxa"/>
              <w:left w:w="100" w:type="dxa"/>
              <w:bottom w:w="90" w:type="dxa"/>
              <w:right w:w="100" w:type="dxa"/>
            </w:tcMar>
          </w:tcPr>
          <w:p w14:paraId="695B65B5" w14:textId="55DCD2C3" w:rsidR="00872D7E" w:rsidRPr="00872D7E" w:rsidRDefault="00872D7E" w:rsidP="00872D7E">
            <w:pPr>
              <w:rPr>
                <w:rFonts w:ascii="Times New Roman" w:hAnsi="Times New Roman" w:cs="Times New Roman"/>
                <w:b/>
                <w:color w:val="173F5F"/>
              </w:rPr>
            </w:pPr>
            <w:r w:rsidRPr="00872D7E">
              <w:rPr>
                <w:rFonts w:ascii="Times New Roman" w:hAnsi="Times New Roman" w:cs="Times New Roman"/>
                <w:b/>
                <w:color w:val="173F5F"/>
              </w:rPr>
              <w:t>Form of involvement in teaching / professional activities</w:t>
            </w:r>
          </w:p>
        </w:tc>
        <w:tc>
          <w:tcPr>
            <w:tcW w:w="6520" w:type="dxa"/>
            <w:tcMar>
              <w:top w:w="90" w:type="dxa"/>
              <w:left w:w="100" w:type="dxa"/>
              <w:bottom w:w="90" w:type="dxa"/>
              <w:right w:w="100" w:type="dxa"/>
            </w:tcMar>
          </w:tcPr>
          <w:p w14:paraId="7259C3FE" w14:textId="138E56EA" w:rsidR="00872D7E" w:rsidRPr="00B5382E" w:rsidRDefault="00872D7E" w:rsidP="00872D7E">
            <w:pPr>
              <w:rPr>
                <w:rFonts w:ascii="Times New Roman" w:hAnsi="Times New Roman" w:cs="Times New Roman"/>
              </w:rPr>
            </w:pPr>
          </w:p>
        </w:tc>
      </w:tr>
      <w:tr w:rsidR="00872D7E" w:rsidRPr="00B5382E" w14:paraId="237238A5" w14:textId="77777777" w:rsidTr="00EE3065">
        <w:trPr>
          <w:jc w:val="center"/>
        </w:trPr>
        <w:tc>
          <w:tcPr>
            <w:tcW w:w="3231" w:type="dxa"/>
            <w:shd w:val="clear" w:color="auto" w:fill="EEF3F7"/>
            <w:tcMar>
              <w:top w:w="90" w:type="dxa"/>
              <w:left w:w="100" w:type="dxa"/>
              <w:bottom w:w="90" w:type="dxa"/>
              <w:right w:w="100" w:type="dxa"/>
            </w:tcMar>
          </w:tcPr>
          <w:p w14:paraId="17D3EF3B" w14:textId="2BABEDE9" w:rsidR="00872D7E" w:rsidRPr="00872D7E" w:rsidRDefault="00872D7E" w:rsidP="00872D7E">
            <w:pPr>
              <w:rPr>
                <w:rFonts w:ascii="Times New Roman" w:hAnsi="Times New Roman" w:cs="Times New Roman"/>
                <w:b/>
                <w:color w:val="173F5F"/>
              </w:rPr>
            </w:pPr>
            <w:r w:rsidRPr="00872D7E">
              <w:rPr>
                <w:rFonts w:ascii="Times New Roman" w:hAnsi="Times New Roman" w:cs="Times New Roman"/>
                <w:b/>
                <w:color w:val="173F5F"/>
              </w:rPr>
              <w:t>Plan of consultations with the supervisor</w:t>
            </w:r>
          </w:p>
        </w:tc>
        <w:tc>
          <w:tcPr>
            <w:tcW w:w="6520" w:type="dxa"/>
            <w:tcMar>
              <w:top w:w="90" w:type="dxa"/>
              <w:left w:w="100" w:type="dxa"/>
              <w:bottom w:w="90" w:type="dxa"/>
              <w:right w:w="100" w:type="dxa"/>
            </w:tcMar>
          </w:tcPr>
          <w:p w14:paraId="388D6541" w14:textId="5C416C62" w:rsidR="00872D7E" w:rsidRPr="00B5382E" w:rsidRDefault="00872D7E" w:rsidP="00872D7E">
            <w:pPr>
              <w:rPr>
                <w:rFonts w:ascii="Times New Roman" w:hAnsi="Times New Roman" w:cs="Times New Roman"/>
              </w:rPr>
            </w:pPr>
            <w:r w:rsidRPr="0026180F">
              <w:t>E.g., frequency of face-to-face consultations, online contact, continuous outputs:</w:t>
            </w:r>
            <w:r>
              <w:br/>
            </w:r>
            <w:r>
              <w:br/>
            </w:r>
            <w:r>
              <w:br/>
            </w:r>
          </w:p>
        </w:tc>
      </w:tr>
      <w:tr w:rsidR="00872D7E" w:rsidRPr="00B5382E" w14:paraId="3FB92B3B" w14:textId="77777777" w:rsidTr="00EE3065">
        <w:trPr>
          <w:jc w:val="center"/>
        </w:trPr>
        <w:tc>
          <w:tcPr>
            <w:tcW w:w="3231" w:type="dxa"/>
            <w:shd w:val="clear" w:color="auto" w:fill="EEF3F7"/>
            <w:tcMar>
              <w:top w:w="90" w:type="dxa"/>
              <w:left w:w="100" w:type="dxa"/>
              <w:bottom w:w="90" w:type="dxa"/>
              <w:right w:w="100" w:type="dxa"/>
            </w:tcMar>
          </w:tcPr>
          <w:p w14:paraId="6FF3D719" w14:textId="09356917" w:rsidR="00872D7E" w:rsidRPr="00872D7E" w:rsidRDefault="00872D7E" w:rsidP="00872D7E">
            <w:pPr>
              <w:rPr>
                <w:rFonts w:ascii="Times New Roman" w:hAnsi="Times New Roman" w:cs="Times New Roman"/>
                <w:b/>
                <w:color w:val="173F5F"/>
              </w:rPr>
            </w:pPr>
            <w:r w:rsidRPr="00872D7E">
              <w:rPr>
                <w:rFonts w:ascii="Times New Roman" w:hAnsi="Times New Roman" w:cs="Times New Roman"/>
                <w:b/>
                <w:color w:val="173F5F"/>
              </w:rPr>
              <w:t>Specific support needs</w:t>
            </w:r>
          </w:p>
        </w:tc>
        <w:tc>
          <w:tcPr>
            <w:tcW w:w="6520" w:type="dxa"/>
            <w:tcMar>
              <w:top w:w="90" w:type="dxa"/>
              <w:left w:w="100" w:type="dxa"/>
              <w:bottom w:w="90" w:type="dxa"/>
              <w:right w:w="100" w:type="dxa"/>
            </w:tcMar>
          </w:tcPr>
          <w:p w14:paraId="788FCD05" w14:textId="4DF6BD3E" w:rsidR="00872D7E" w:rsidRPr="00B5382E" w:rsidRDefault="00872D7E" w:rsidP="00872D7E">
            <w:pPr>
              <w:rPr>
                <w:rFonts w:ascii="Times New Roman" w:hAnsi="Times New Roman" w:cs="Times New Roman"/>
              </w:rPr>
            </w:pPr>
            <w:r w:rsidRPr="0026180F">
              <w:t>Data, software, methodological support, institutional cooperation, language proofreading, mentoring, etc.:</w:t>
            </w:r>
            <w:r>
              <w:br/>
            </w:r>
            <w:r>
              <w:br/>
            </w:r>
            <w:r>
              <w:br/>
            </w:r>
          </w:p>
        </w:tc>
      </w:tr>
    </w:tbl>
    <w:p w14:paraId="3DBC5E5C" w14:textId="77777777" w:rsidR="007E7D52" w:rsidRPr="00B5382E" w:rsidRDefault="007E7D52">
      <w:pPr>
        <w:rPr>
          <w:rFonts w:ascii="Times New Roman" w:hAnsi="Times New Roman" w:cs="Times New Roman"/>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ook w:val="04A0" w:firstRow="1" w:lastRow="0" w:firstColumn="1" w:lastColumn="0" w:noHBand="0" w:noVBand="1"/>
      </w:tblPr>
      <w:tblGrid>
        <w:gridCol w:w="9864"/>
      </w:tblGrid>
      <w:tr w:rsidR="007E7D52" w:rsidRPr="00B5382E" w14:paraId="13E30548" w14:textId="77777777">
        <w:trPr>
          <w:jc w:val="center"/>
        </w:trPr>
        <w:tc>
          <w:tcPr>
            <w:tcW w:w="9866" w:type="dxa"/>
            <w:shd w:val="clear" w:color="auto" w:fill="173F5F"/>
            <w:tcMar>
              <w:top w:w="70" w:type="dxa"/>
              <w:left w:w="110" w:type="dxa"/>
              <w:bottom w:w="70" w:type="dxa"/>
              <w:right w:w="110" w:type="dxa"/>
            </w:tcMar>
          </w:tcPr>
          <w:p w14:paraId="7E7CC6C9" w14:textId="1EDDB407" w:rsidR="007E7D52" w:rsidRPr="00B5382E" w:rsidRDefault="00C1191B">
            <w:pPr>
              <w:pStyle w:val="SectionHeadingFZS"/>
              <w:spacing w:after="0"/>
              <w:rPr>
                <w:rFonts w:ascii="Times New Roman" w:hAnsi="Times New Roman" w:cs="Times New Roman"/>
              </w:rPr>
            </w:pPr>
            <w:r w:rsidRPr="00B5382E">
              <w:rPr>
                <w:rFonts w:ascii="Times New Roman" w:hAnsi="Times New Roman" w:cs="Times New Roman"/>
              </w:rPr>
              <w:t xml:space="preserve">9. </w:t>
            </w:r>
            <w:r w:rsidR="00872D7E" w:rsidRPr="00872D7E">
              <w:rPr>
                <w:rFonts w:ascii="Times New Roman" w:hAnsi="Times New Roman" w:cs="Times New Roman"/>
              </w:rPr>
              <w:t>Risks, Changes, and Continuous Updates of the ISP</w:t>
            </w:r>
          </w:p>
        </w:tc>
      </w:tr>
    </w:tbl>
    <w:p w14:paraId="074E632B" w14:textId="77777777" w:rsidR="007E7D52" w:rsidRPr="00B5382E" w:rsidRDefault="007E7D52">
      <w:pPr>
        <w:rPr>
          <w:rFonts w:ascii="Times New Roman" w:hAnsi="Times New Roman" w:cs="Times New Roman"/>
        </w:rPr>
      </w:pPr>
    </w:p>
    <w:tbl>
      <w:tblPr>
        <w:tblW w:w="0" w:type="auto"/>
        <w:jc w:val="center"/>
        <w:tblBorders>
          <w:top w:val="single" w:sz="6" w:space="0" w:color="D6DEE5"/>
          <w:left w:val="single" w:sz="6" w:space="0" w:color="D6DEE5"/>
          <w:bottom w:val="single" w:sz="6" w:space="0" w:color="D6DEE5"/>
          <w:right w:val="single" w:sz="6" w:space="0" w:color="D6DEE5"/>
          <w:insideH w:val="single" w:sz="6" w:space="0" w:color="D6DEE5"/>
          <w:insideV w:val="single" w:sz="6" w:space="0" w:color="D6DEE5"/>
        </w:tblBorders>
        <w:tblLook w:val="04A0" w:firstRow="1" w:lastRow="0" w:firstColumn="1" w:lastColumn="0" w:noHBand="0" w:noVBand="1"/>
      </w:tblPr>
      <w:tblGrid>
        <w:gridCol w:w="9848"/>
      </w:tblGrid>
      <w:tr w:rsidR="007E7D52" w:rsidRPr="00B5382E" w14:paraId="3E993A1C" w14:textId="77777777">
        <w:trPr>
          <w:jc w:val="center"/>
        </w:trPr>
        <w:tc>
          <w:tcPr>
            <w:tcW w:w="9866" w:type="dxa"/>
            <w:shd w:val="clear" w:color="auto" w:fill="F3F5F7"/>
            <w:tcMar>
              <w:top w:w="120" w:type="dxa"/>
              <w:left w:w="120" w:type="dxa"/>
              <w:bottom w:w="120" w:type="dxa"/>
              <w:right w:w="120" w:type="dxa"/>
            </w:tcMar>
          </w:tcPr>
          <w:p w14:paraId="653F0B16" w14:textId="0FDC3191" w:rsidR="007E7D52" w:rsidRPr="00B5382E" w:rsidRDefault="00872D7E">
            <w:pPr>
              <w:pStyle w:val="SmallNote"/>
              <w:rPr>
                <w:rFonts w:ascii="Times New Roman" w:hAnsi="Times New Roman" w:cs="Times New Roman"/>
              </w:rPr>
            </w:pPr>
            <w:r w:rsidRPr="00872D7E">
              <w:rPr>
                <w:rFonts w:ascii="Times New Roman" w:hAnsi="Times New Roman" w:cs="Times New Roman"/>
                <w:sz w:val="20"/>
                <w:szCs w:val="24"/>
              </w:rPr>
              <w:t>Every change to the ISP must be briefly described, dated, and approved in the manner established by the regulations of UJEP and FZS UJEP.</w:t>
            </w:r>
          </w:p>
        </w:tc>
      </w:tr>
    </w:tbl>
    <w:p w14:paraId="17572C53" w14:textId="77777777" w:rsidR="007E7D52" w:rsidRPr="00B5382E" w:rsidRDefault="007E7D52">
      <w:pPr>
        <w:rPr>
          <w:rFonts w:ascii="Times New Roman" w:hAnsi="Times New Roman" w:cs="Times New Roman"/>
        </w:rPr>
      </w:pPr>
    </w:p>
    <w:tbl>
      <w:tblPr>
        <w:tblStyle w:val="Mkatabulky"/>
        <w:tblW w:w="0" w:type="auto"/>
        <w:jc w:val="center"/>
        <w:tblBorders>
          <w:top w:val="single" w:sz="8" w:space="0" w:color="B7C3CE"/>
          <w:left w:val="single" w:sz="8" w:space="0" w:color="B7C3CE"/>
          <w:bottom w:val="single" w:sz="8" w:space="0" w:color="B7C3CE"/>
          <w:right w:val="single" w:sz="8" w:space="0" w:color="B7C3CE"/>
          <w:insideH w:val="single" w:sz="8" w:space="0" w:color="B7C3CE"/>
          <w:insideV w:val="single" w:sz="8" w:space="0" w:color="B7C3CE"/>
        </w:tblBorders>
        <w:tblLook w:val="04A0" w:firstRow="1" w:lastRow="0" w:firstColumn="1" w:lastColumn="0" w:noHBand="0" w:noVBand="1"/>
      </w:tblPr>
      <w:tblGrid>
        <w:gridCol w:w="3231"/>
        <w:gridCol w:w="6520"/>
      </w:tblGrid>
      <w:tr w:rsidR="007E7D52" w:rsidRPr="00B5382E" w14:paraId="30BC0063" w14:textId="77777777">
        <w:trPr>
          <w:jc w:val="center"/>
        </w:trPr>
        <w:tc>
          <w:tcPr>
            <w:tcW w:w="3231" w:type="dxa"/>
            <w:shd w:val="clear" w:color="auto" w:fill="EEF3F7"/>
            <w:tcMar>
              <w:top w:w="90" w:type="dxa"/>
              <w:left w:w="100" w:type="dxa"/>
              <w:bottom w:w="90" w:type="dxa"/>
              <w:right w:w="100" w:type="dxa"/>
            </w:tcMar>
            <w:vAlign w:val="center"/>
          </w:tcPr>
          <w:p w14:paraId="064C3210" w14:textId="7936A1F9" w:rsidR="007E7D52" w:rsidRPr="00B5382E" w:rsidRDefault="00872D7E">
            <w:pPr>
              <w:rPr>
                <w:rFonts w:ascii="Times New Roman" w:hAnsi="Times New Roman" w:cs="Times New Roman"/>
              </w:rPr>
            </w:pPr>
            <w:r w:rsidRPr="00872D7E">
              <w:rPr>
                <w:rFonts w:ascii="Times New Roman" w:hAnsi="Times New Roman" w:cs="Times New Roman"/>
                <w:b/>
                <w:color w:val="173F5F"/>
              </w:rPr>
              <w:t>Identified risks for ISP fulfillment</w:t>
            </w:r>
          </w:p>
        </w:tc>
        <w:tc>
          <w:tcPr>
            <w:tcW w:w="6520" w:type="dxa"/>
            <w:tcMar>
              <w:top w:w="90" w:type="dxa"/>
              <w:left w:w="100" w:type="dxa"/>
              <w:bottom w:w="90" w:type="dxa"/>
              <w:right w:w="100" w:type="dxa"/>
            </w:tcMar>
            <w:vAlign w:val="center"/>
          </w:tcPr>
          <w:p w14:paraId="34295559" w14:textId="77777777" w:rsidR="007E7D52" w:rsidRPr="00B5382E" w:rsidRDefault="00C1191B">
            <w:pPr>
              <w:rPr>
                <w:rFonts w:ascii="Times New Roman" w:hAnsi="Times New Roman" w:cs="Times New Roman"/>
              </w:rPr>
            </w:pPr>
            <w:r w:rsidRPr="00B5382E">
              <w:rPr>
                <w:rFonts w:ascii="Times New Roman" w:hAnsi="Times New Roman" w:cs="Times New Roman"/>
              </w:rPr>
              <w:br/>
            </w:r>
            <w:r w:rsidRPr="00B5382E">
              <w:rPr>
                <w:rFonts w:ascii="Times New Roman" w:hAnsi="Times New Roman" w:cs="Times New Roman"/>
              </w:rPr>
              <w:br/>
            </w:r>
            <w:r w:rsidRPr="00B5382E">
              <w:rPr>
                <w:rFonts w:ascii="Times New Roman" w:hAnsi="Times New Roman" w:cs="Times New Roman"/>
              </w:rPr>
              <w:br/>
            </w:r>
            <w:r w:rsidRPr="00B5382E">
              <w:rPr>
                <w:rFonts w:ascii="Times New Roman" w:hAnsi="Times New Roman" w:cs="Times New Roman"/>
              </w:rPr>
              <w:br/>
            </w:r>
          </w:p>
        </w:tc>
      </w:tr>
      <w:tr w:rsidR="007E7D52" w:rsidRPr="00B5382E" w14:paraId="0BC1C40B" w14:textId="77777777">
        <w:trPr>
          <w:jc w:val="center"/>
        </w:trPr>
        <w:tc>
          <w:tcPr>
            <w:tcW w:w="3231" w:type="dxa"/>
            <w:shd w:val="clear" w:color="auto" w:fill="EEF3F7"/>
            <w:tcMar>
              <w:top w:w="90" w:type="dxa"/>
              <w:left w:w="100" w:type="dxa"/>
              <w:bottom w:w="90" w:type="dxa"/>
              <w:right w:w="100" w:type="dxa"/>
            </w:tcMar>
            <w:vAlign w:val="center"/>
          </w:tcPr>
          <w:p w14:paraId="3767B3A0" w14:textId="688148EC" w:rsidR="007E7D52" w:rsidRPr="00B5382E" w:rsidRDefault="00872D7E">
            <w:pPr>
              <w:rPr>
                <w:rFonts w:ascii="Times New Roman" w:hAnsi="Times New Roman" w:cs="Times New Roman"/>
              </w:rPr>
            </w:pPr>
            <w:r w:rsidRPr="00872D7E">
              <w:rPr>
                <w:rFonts w:ascii="Times New Roman" w:hAnsi="Times New Roman" w:cs="Times New Roman"/>
                <w:b/>
                <w:color w:val="173F5F"/>
              </w:rPr>
              <w:t>Proposed measures</w:t>
            </w:r>
          </w:p>
        </w:tc>
        <w:tc>
          <w:tcPr>
            <w:tcW w:w="6520" w:type="dxa"/>
            <w:tcMar>
              <w:top w:w="90" w:type="dxa"/>
              <w:left w:w="100" w:type="dxa"/>
              <w:bottom w:w="90" w:type="dxa"/>
              <w:right w:w="100" w:type="dxa"/>
            </w:tcMar>
            <w:vAlign w:val="center"/>
          </w:tcPr>
          <w:p w14:paraId="2062DCEA" w14:textId="77777777" w:rsidR="007E7D52" w:rsidRPr="00B5382E" w:rsidRDefault="00C1191B">
            <w:pPr>
              <w:rPr>
                <w:rFonts w:ascii="Times New Roman" w:hAnsi="Times New Roman" w:cs="Times New Roman"/>
              </w:rPr>
            </w:pPr>
            <w:r w:rsidRPr="00B5382E">
              <w:rPr>
                <w:rFonts w:ascii="Times New Roman" w:hAnsi="Times New Roman" w:cs="Times New Roman"/>
              </w:rPr>
              <w:br/>
            </w:r>
            <w:r w:rsidRPr="00B5382E">
              <w:rPr>
                <w:rFonts w:ascii="Times New Roman" w:hAnsi="Times New Roman" w:cs="Times New Roman"/>
              </w:rPr>
              <w:br/>
            </w:r>
            <w:r w:rsidRPr="00B5382E">
              <w:rPr>
                <w:rFonts w:ascii="Times New Roman" w:hAnsi="Times New Roman" w:cs="Times New Roman"/>
              </w:rPr>
              <w:br/>
            </w:r>
            <w:r w:rsidRPr="00B5382E">
              <w:rPr>
                <w:rFonts w:ascii="Times New Roman" w:hAnsi="Times New Roman" w:cs="Times New Roman"/>
              </w:rPr>
              <w:lastRenderedPageBreak/>
              <w:br/>
            </w:r>
          </w:p>
        </w:tc>
      </w:tr>
      <w:tr w:rsidR="007E7D52" w:rsidRPr="00B5382E" w14:paraId="05D852F3" w14:textId="77777777">
        <w:trPr>
          <w:jc w:val="center"/>
        </w:trPr>
        <w:tc>
          <w:tcPr>
            <w:tcW w:w="3231" w:type="dxa"/>
            <w:shd w:val="clear" w:color="auto" w:fill="EEF3F7"/>
            <w:tcMar>
              <w:top w:w="90" w:type="dxa"/>
              <w:left w:w="100" w:type="dxa"/>
              <w:bottom w:w="90" w:type="dxa"/>
              <w:right w:w="100" w:type="dxa"/>
            </w:tcMar>
            <w:vAlign w:val="center"/>
          </w:tcPr>
          <w:p w14:paraId="238A94F7" w14:textId="2DF7FED2" w:rsidR="007E7D52" w:rsidRPr="00B5382E" w:rsidRDefault="00872D7E">
            <w:pPr>
              <w:rPr>
                <w:rFonts w:ascii="Times New Roman" w:hAnsi="Times New Roman" w:cs="Times New Roman"/>
              </w:rPr>
            </w:pPr>
            <w:r w:rsidRPr="00872D7E">
              <w:rPr>
                <w:rFonts w:ascii="Times New Roman" w:hAnsi="Times New Roman" w:cs="Times New Roman"/>
                <w:b/>
                <w:color w:val="173F5F"/>
              </w:rPr>
              <w:lastRenderedPageBreak/>
              <w:t xml:space="preserve">Changes to the ISP </w:t>
            </w:r>
            <w:proofErr w:type="gramStart"/>
            <w:r w:rsidRPr="00872D7E">
              <w:rPr>
                <w:rFonts w:ascii="Times New Roman" w:hAnsi="Times New Roman" w:cs="Times New Roman"/>
                <w:b/>
                <w:color w:val="173F5F"/>
              </w:rPr>
              <w:t>during the course of</w:t>
            </w:r>
            <w:proofErr w:type="gramEnd"/>
            <w:r w:rsidRPr="00872D7E">
              <w:rPr>
                <w:rFonts w:ascii="Times New Roman" w:hAnsi="Times New Roman" w:cs="Times New Roman"/>
                <w:b/>
                <w:color w:val="173F5F"/>
              </w:rPr>
              <w:t xml:space="preserve"> study</w:t>
            </w:r>
          </w:p>
        </w:tc>
        <w:tc>
          <w:tcPr>
            <w:tcW w:w="6520" w:type="dxa"/>
            <w:tcMar>
              <w:top w:w="90" w:type="dxa"/>
              <w:left w:w="100" w:type="dxa"/>
              <w:bottom w:w="90" w:type="dxa"/>
              <w:right w:w="100" w:type="dxa"/>
            </w:tcMar>
            <w:vAlign w:val="center"/>
          </w:tcPr>
          <w:p w14:paraId="16819FB3" w14:textId="77777777" w:rsidR="007E7D52" w:rsidRPr="00B5382E" w:rsidRDefault="00C1191B">
            <w:pPr>
              <w:rPr>
                <w:rFonts w:ascii="Times New Roman" w:hAnsi="Times New Roman" w:cs="Times New Roman"/>
              </w:rPr>
            </w:pPr>
            <w:r w:rsidRPr="00B5382E">
              <w:rPr>
                <w:rFonts w:ascii="Times New Roman" w:hAnsi="Times New Roman" w:cs="Times New Roman"/>
              </w:rPr>
              <w:br/>
            </w:r>
            <w:r w:rsidRPr="00B5382E">
              <w:rPr>
                <w:rFonts w:ascii="Times New Roman" w:hAnsi="Times New Roman" w:cs="Times New Roman"/>
              </w:rPr>
              <w:br/>
            </w:r>
            <w:r w:rsidRPr="00B5382E">
              <w:rPr>
                <w:rFonts w:ascii="Times New Roman" w:hAnsi="Times New Roman" w:cs="Times New Roman"/>
              </w:rPr>
              <w:br/>
            </w:r>
          </w:p>
        </w:tc>
      </w:tr>
    </w:tbl>
    <w:p w14:paraId="56F2DB3D" w14:textId="77777777" w:rsidR="007E7D52" w:rsidRPr="00B5382E" w:rsidRDefault="007E7D52">
      <w:pPr>
        <w:rPr>
          <w:rFonts w:ascii="Times New Roman" w:hAnsi="Times New Roman" w:cs="Times New Roman"/>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ook w:val="04A0" w:firstRow="1" w:lastRow="0" w:firstColumn="1" w:lastColumn="0" w:noHBand="0" w:noVBand="1"/>
      </w:tblPr>
      <w:tblGrid>
        <w:gridCol w:w="9864"/>
      </w:tblGrid>
      <w:tr w:rsidR="007E7D52" w:rsidRPr="00B5382E" w14:paraId="2DB5ECAB" w14:textId="77777777">
        <w:trPr>
          <w:jc w:val="center"/>
        </w:trPr>
        <w:tc>
          <w:tcPr>
            <w:tcW w:w="9866" w:type="dxa"/>
            <w:shd w:val="clear" w:color="auto" w:fill="173F5F"/>
            <w:tcMar>
              <w:top w:w="70" w:type="dxa"/>
              <w:left w:w="110" w:type="dxa"/>
              <w:bottom w:w="70" w:type="dxa"/>
              <w:right w:w="110" w:type="dxa"/>
            </w:tcMar>
          </w:tcPr>
          <w:p w14:paraId="3DD19E62" w14:textId="1B3944E1" w:rsidR="007E7D52" w:rsidRPr="00B5382E" w:rsidRDefault="00C1191B">
            <w:pPr>
              <w:pStyle w:val="SectionHeadingFZS"/>
              <w:spacing w:after="0"/>
              <w:rPr>
                <w:rFonts w:ascii="Times New Roman" w:hAnsi="Times New Roman" w:cs="Times New Roman"/>
              </w:rPr>
            </w:pPr>
            <w:r w:rsidRPr="00B5382E">
              <w:rPr>
                <w:rFonts w:ascii="Times New Roman" w:hAnsi="Times New Roman" w:cs="Times New Roman"/>
              </w:rPr>
              <w:t xml:space="preserve">10. </w:t>
            </w:r>
            <w:r w:rsidR="00872D7E" w:rsidRPr="00872D7E">
              <w:rPr>
                <w:rFonts w:ascii="Times New Roman" w:hAnsi="Times New Roman" w:cs="Times New Roman"/>
              </w:rPr>
              <w:t>Approval and Signatures</w:t>
            </w:r>
          </w:p>
        </w:tc>
      </w:tr>
    </w:tbl>
    <w:p w14:paraId="37453882" w14:textId="77777777" w:rsidR="007E7D52" w:rsidRPr="00B5382E" w:rsidRDefault="007E7D52">
      <w:pPr>
        <w:rPr>
          <w:rFonts w:ascii="Times New Roman" w:hAnsi="Times New Roman" w:cs="Times New Roman"/>
        </w:rPr>
      </w:pPr>
    </w:p>
    <w:tbl>
      <w:tblPr>
        <w:tblW w:w="0" w:type="auto"/>
        <w:jc w:val="center"/>
        <w:tblBorders>
          <w:top w:val="single" w:sz="6" w:space="0" w:color="D6DEE5"/>
          <w:left w:val="single" w:sz="6" w:space="0" w:color="D6DEE5"/>
          <w:bottom w:val="single" w:sz="6" w:space="0" w:color="D6DEE5"/>
          <w:right w:val="single" w:sz="6" w:space="0" w:color="D6DEE5"/>
          <w:insideH w:val="single" w:sz="6" w:space="0" w:color="D6DEE5"/>
          <w:insideV w:val="single" w:sz="6" w:space="0" w:color="D6DEE5"/>
        </w:tblBorders>
        <w:tblLook w:val="04A0" w:firstRow="1" w:lastRow="0" w:firstColumn="1" w:lastColumn="0" w:noHBand="0" w:noVBand="1"/>
      </w:tblPr>
      <w:tblGrid>
        <w:gridCol w:w="9848"/>
      </w:tblGrid>
      <w:tr w:rsidR="007E7D52" w:rsidRPr="00B5382E" w14:paraId="09E6994F" w14:textId="77777777">
        <w:trPr>
          <w:jc w:val="center"/>
        </w:trPr>
        <w:tc>
          <w:tcPr>
            <w:tcW w:w="9866" w:type="dxa"/>
            <w:shd w:val="clear" w:color="auto" w:fill="F3F5F7"/>
            <w:tcMar>
              <w:top w:w="120" w:type="dxa"/>
              <w:left w:w="120" w:type="dxa"/>
              <w:bottom w:w="120" w:type="dxa"/>
              <w:right w:w="120" w:type="dxa"/>
            </w:tcMar>
          </w:tcPr>
          <w:p w14:paraId="7595ABA4" w14:textId="244845DF" w:rsidR="007E7D52" w:rsidRPr="00B5382E" w:rsidRDefault="00872D7E">
            <w:pPr>
              <w:pStyle w:val="SmallNote"/>
              <w:rPr>
                <w:rFonts w:ascii="Times New Roman" w:hAnsi="Times New Roman" w:cs="Times New Roman"/>
              </w:rPr>
            </w:pPr>
            <w:r w:rsidRPr="00872D7E">
              <w:rPr>
                <w:rFonts w:ascii="Times New Roman" w:hAnsi="Times New Roman" w:cs="Times New Roman"/>
                <w:sz w:val="20"/>
                <w:szCs w:val="24"/>
              </w:rPr>
              <w:t>The signature field is intended for the initial approval as well as for subsequent updates of the plan. In the case of electronic circulation, the signature can be replaced by documented electronic consent.</w:t>
            </w:r>
          </w:p>
        </w:tc>
      </w:tr>
    </w:tbl>
    <w:p w14:paraId="6E94205F" w14:textId="77777777" w:rsidR="007E7D52" w:rsidRPr="00B5382E" w:rsidRDefault="007E7D52">
      <w:pPr>
        <w:rPr>
          <w:rFonts w:ascii="Times New Roman" w:hAnsi="Times New Roman" w:cs="Times New Roman"/>
        </w:rPr>
      </w:pPr>
    </w:p>
    <w:tbl>
      <w:tblPr>
        <w:tblStyle w:val="Mkatabulky"/>
        <w:tblW w:w="0" w:type="auto"/>
        <w:jc w:val="center"/>
        <w:tblBorders>
          <w:top w:val="single" w:sz="8" w:space="0" w:color="B7C3CE"/>
          <w:left w:val="single" w:sz="8" w:space="0" w:color="B7C3CE"/>
          <w:bottom w:val="single" w:sz="8" w:space="0" w:color="B7C3CE"/>
          <w:right w:val="single" w:sz="8" w:space="0" w:color="B7C3CE"/>
          <w:insideH w:val="single" w:sz="8" w:space="0" w:color="B7C3CE"/>
          <w:insideV w:val="single" w:sz="8" w:space="0" w:color="B7C3CE"/>
        </w:tblBorders>
        <w:tblLook w:val="04A0" w:firstRow="1" w:lastRow="0" w:firstColumn="1" w:lastColumn="0" w:noHBand="0" w:noVBand="1"/>
      </w:tblPr>
      <w:tblGrid>
        <w:gridCol w:w="3288"/>
        <w:gridCol w:w="3175"/>
        <w:gridCol w:w="3061"/>
      </w:tblGrid>
      <w:tr w:rsidR="007E7D52" w:rsidRPr="00B5382E" w14:paraId="7A87271E" w14:textId="77777777">
        <w:trPr>
          <w:tblHeader/>
          <w:jc w:val="center"/>
        </w:trPr>
        <w:tc>
          <w:tcPr>
            <w:tcW w:w="3288" w:type="dxa"/>
            <w:shd w:val="clear" w:color="auto" w:fill="DCE6F1"/>
            <w:tcMar>
              <w:top w:w="90" w:type="dxa"/>
              <w:left w:w="100" w:type="dxa"/>
              <w:bottom w:w="90" w:type="dxa"/>
              <w:right w:w="100" w:type="dxa"/>
            </w:tcMar>
            <w:vAlign w:val="center"/>
          </w:tcPr>
          <w:p w14:paraId="43AAD0F3" w14:textId="77777777" w:rsidR="007E7D52" w:rsidRPr="00B5382E" w:rsidRDefault="00C1191B">
            <w:pPr>
              <w:rPr>
                <w:rFonts w:ascii="Times New Roman" w:hAnsi="Times New Roman" w:cs="Times New Roman"/>
              </w:rPr>
            </w:pPr>
            <w:r w:rsidRPr="00B5382E">
              <w:rPr>
                <w:rFonts w:ascii="Times New Roman" w:hAnsi="Times New Roman" w:cs="Times New Roman"/>
              </w:rPr>
              <w:t>Role</w:t>
            </w:r>
          </w:p>
        </w:tc>
        <w:tc>
          <w:tcPr>
            <w:tcW w:w="3175" w:type="dxa"/>
            <w:shd w:val="clear" w:color="auto" w:fill="DCE6F1"/>
            <w:tcMar>
              <w:top w:w="90" w:type="dxa"/>
              <w:left w:w="100" w:type="dxa"/>
              <w:bottom w:w="90" w:type="dxa"/>
              <w:right w:w="100" w:type="dxa"/>
            </w:tcMar>
            <w:vAlign w:val="center"/>
          </w:tcPr>
          <w:p w14:paraId="0B1EDE9C" w14:textId="2E97C029" w:rsidR="007E7D52" w:rsidRPr="00B5382E" w:rsidRDefault="00872D7E">
            <w:pPr>
              <w:rPr>
                <w:rFonts w:ascii="Times New Roman" w:hAnsi="Times New Roman" w:cs="Times New Roman"/>
              </w:rPr>
            </w:pPr>
            <w:r w:rsidRPr="00872D7E">
              <w:rPr>
                <w:rFonts w:ascii="Times New Roman" w:hAnsi="Times New Roman" w:cs="Times New Roman"/>
              </w:rPr>
              <w:t xml:space="preserve">Name and </w:t>
            </w:r>
            <w:proofErr w:type="gramStart"/>
            <w:r w:rsidRPr="00872D7E">
              <w:rPr>
                <w:rFonts w:ascii="Times New Roman" w:hAnsi="Times New Roman" w:cs="Times New Roman"/>
              </w:rPr>
              <w:t>Signature</w:t>
            </w:r>
            <w:proofErr w:type="gramEnd"/>
          </w:p>
        </w:tc>
        <w:tc>
          <w:tcPr>
            <w:tcW w:w="3061" w:type="dxa"/>
            <w:shd w:val="clear" w:color="auto" w:fill="DCE6F1"/>
            <w:tcMar>
              <w:top w:w="90" w:type="dxa"/>
              <w:left w:w="100" w:type="dxa"/>
              <w:bottom w:w="90" w:type="dxa"/>
              <w:right w:w="100" w:type="dxa"/>
            </w:tcMar>
            <w:vAlign w:val="center"/>
          </w:tcPr>
          <w:p w14:paraId="3A4EC277" w14:textId="6781F7E2" w:rsidR="007E7D52" w:rsidRPr="00B5382E" w:rsidRDefault="00872D7E">
            <w:pPr>
              <w:rPr>
                <w:rFonts w:ascii="Times New Roman" w:hAnsi="Times New Roman" w:cs="Times New Roman"/>
              </w:rPr>
            </w:pPr>
            <w:r w:rsidRPr="00872D7E">
              <w:rPr>
                <w:rFonts w:ascii="Times New Roman" w:hAnsi="Times New Roman" w:cs="Times New Roman"/>
              </w:rPr>
              <w:t xml:space="preserve">Date and </w:t>
            </w:r>
            <w:proofErr w:type="gramStart"/>
            <w:r w:rsidRPr="00872D7E">
              <w:rPr>
                <w:rFonts w:ascii="Times New Roman" w:hAnsi="Times New Roman" w:cs="Times New Roman"/>
              </w:rPr>
              <w:t>Signature</w:t>
            </w:r>
            <w:proofErr w:type="gramEnd"/>
          </w:p>
        </w:tc>
      </w:tr>
      <w:tr w:rsidR="00872D7E" w:rsidRPr="00B5382E" w14:paraId="391D34CD" w14:textId="77777777" w:rsidTr="000F20F2">
        <w:trPr>
          <w:jc w:val="center"/>
        </w:trPr>
        <w:tc>
          <w:tcPr>
            <w:tcW w:w="3288" w:type="dxa"/>
            <w:tcMar>
              <w:top w:w="90" w:type="dxa"/>
              <w:left w:w="100" w:type="dxa"/>
              <w:bottom w:w="90" w:type="dxa"/>
              <w:right w:w="100" w:type="dxa"/>
            </w:tcMar>
          </w:tcPr>
          <w:p w14:paraId="2DF4AC93" w14:textId="391F2410" w:rsidR="00872D7E" w:rsidRPr="00872D7E" w:rsidRDefault="00872D7E" w:rsidP="00872D7E">
            <w:pPr>
              <w:rPr>
                <w:rFonts w:ascii="Times New Roman" w:hAnsi="Times New Roman" w:cs="Times New Roman"/>
              </w:rPr>
            </w:pPr>
            <w:r w:rsidRPr="00872D7E">
              <w:rPr>
                <w:rFonts w:ascii="Times New Roman" w:hAnsi="Times New Roman" w:cs="Times New Roman"/>
              </w:rPr>
              <w:t>Ph.D. Student</w:t>
            </w:r>
          </w:p>
        </w:tc>
        <w:tc>
          <w:tcPr>
            <w:tcW w:w="3175" w:type="dxa"/>
            <w:tcMar>
              <w:top w:w="90" w:type="dxa"/>
              <w:left w:w="100" w:type="dxa"/>
              <w:bottom w:w="90" w:type="dxa"/>
              <w:right w:w="100" w:type="dxa"/>
            </w:tcMar>
            <w:vAlign w:val="center"/>
          </w:tcPr>
          <w:p w14:paraId="1E8D54DA" w14:textId="77777777" w:rsidR="00872D7E" w:rsidRPr="00B5382E" w:rsidRDefault="00872D7E" w:rsidP="00872D7E">
            <w:pPr>
              <w:rPr>
                <w:rFonts w:ascii="Times New Roman" w:hAnsi="Times New Roman" w:cs="Times New Roman"/>
              </w:rPr>
            </w:pPr>
            <w:r w:rsidRPr="00B5382E">
              <w:rPr>
                <w:rFonts w:ascii="Times New Roman" w:hAnsi="Times New Roman" w:cs="Times New Roman"/>
              </w:rPr>
              <w:br/>
            </w:r>
            <w:r w:rsidRPr="00B5382E">
              <w:rPr>
                <w:rFonts w:ascii="Times New Roman" w:hAnsi="Times New Roman" w:cs="Times New Roman"/>
              </w:rPr>
              <w:br/>
            </w:r>
          </w:p>
        </w:tc>
        <w:tc>
          <w:tcPr>
            <w:tcW w:w="3061" w:type="dxa"/>
            <w:tcMar>
              <w:top w:w="90" w:type="dxa"/>
              <w:left w:w="100" w:type="dxa"/>
              <w:bottom w:w="90" w:type="dxa"/>
              <w:right w:w="100" w:type="dxa"/>
            </w:tcMar>
            <w:vAlign w:val="center"/>
          </w:tcPr>
          <w:p w14:paraId="2EFCF3AE" w14:textId="77777777" w:rsidR="00872D7E" w:rsidRPr="00B5382E" w:rsidRDefault="00872D7E" w:rsidP="00872D7E">
            <w:pPr>
              <w:rPr>
                <w:rFonts w:ascii="Times New Roman" w:hAnsi="Times New Roman" w:cs="Times New Roman"/>
              </w:rPr>
            </w:pPr>
          </w:p>
        </w:tc>
      </w:tr>
      <w:tr w:rsidR="00872D7E" w:rsidRPr="00B5382E" w14:paraId="03857201" w14:textId="77777777" w:rsidTr="000F20F2">
        <w:trPr>
          <w:jc w:val="center"/>
        </w:trPr>
        <w:tc>
          <w:tcPr>
            <w:tcW w:w="3288" w:type="dxa"/>
            <w:tcMar>
              <w:top w:w="90" w:type="dxa"/>
              <w:left w:w="100" w:type="dxa"/>
              <w:bottom w:w="90" w:type="dxa"/>
              <w:right w:w="100" w:type="dxa"/>
            </w:tcMar>
          </w:tcPr>
          <w:p w14:paraId="307F671A" w14:textId="664D5C9F" w:rsidR="00872D7E" w:rsidRPr="00872D7E" w:rsidRDefault="00872D7E" w:rsidP="00872D7E">
            <w:pPr>
              <w:rPr>
                <w:rFonts w:ascii="Times New Roman" w:hAnsi="Times New Roman" w:cs="Times New Roman"/>
              </w:rPr>
            </w:pPr>
            <w:r w:rsidRPr="00872D7E">
              <w:rPr>
                <w:rFonts w:ascii="Times New Roman" w:hAnsi="Times New Roman" w:cs="Times New Roman"/>
              </w:rPr>
              <w:t>Supervisor</w:t>
            </w:r>
          </w:p>
        </w:tc>
        <w:tc>
          <w:tcPr>
            <w:tcW w:w="3175" w:type="dxa"/>
            <w:tcMar>
              <w:top w:w="90" w:type="dxa"/>
              <w:left w:w="100" w:type="dxa"/>
              <w:bottom w:w="90" w:type="dxa"/>
              <w:right w:w="100" w:type="dxa"/>
            </w:tcMar>
            <w:vAlign w:val="center"/>
          </w:tcPr>
          <w:p w14:paraId="22A326FD" w14:textId="77777777" w:rsidR="00872D7E" w:rsidRPr="00B5382E" w:rsidRDefault="00872D7E" w:rsidP="00872D7E">
            <w:pPr>
              <w:rPr>
                <w:rFonts w:ascii="Times New Roman" w:hAnsi="Times New Roman" w:cs="Times New Roman"/>
              </w:rPr>
            </w:pPr>
            <w:r w:rsidRPr="00B5382E">
              <w:rPr>
                <w:rFonts w:ascii="Times New Roman" w:hAnsi="Times New Roman" w:cs="Times New Roman"/>
              </w:rPr>
              <w:br/>
            </w:r>
            <w:r w:rsidRPr="00B5382E">
              <w:rPr>
                <w:rFonts w:ascii="Times New Roman" w:hAnsi="Times New Roman" w:cs="Times New Roman"/>
              </w:rPr>
              <w:br/>
            </w:r>
          </w:p>
        </w:tc>
        <w:tc>
          <w:tcPr>
            <w:tcW w:w="3061" w:type="dxa"/>
            <w:tcMar>
              <w:top w:w="90" w:type="dxa"/>
              <w:left w:w="100" w:type="dxa"/>
              <w:bottom w:w="90" w:type="dxa"/>
              <w:right w:w="100" w:type="dxa"/>
            </w:tcMar>
            <w:vAlign w:val="center"/>
          </w:tcPr>
          <w:p w14:paraId="681B89E1" w14:textId="77777777" w:rsidR="00872D7E" w:rsidRPr="00B5382E" w:rsidRDefault="00872D7E" w:rsidP="00872D7E">
            <w:pPr>
              <w:rPr>
                <w:rFonts w:ascii="Times New Roman" w:hAnsi="Times New Roman" w:cs="Times New Roman"/>
              </w:rPr>
            </w:pPr>
          </w:p>
        </w:tc>
      </w:tr>
      <w:tr w:rsidR="00872D7E" w:rsidRPr="00B5382E" w14:paraId="1C797295" w14:textId="77777777" w:rsidTr="000F20F2">
        <w:trPr>
          <w:jc w:val="center"/>
        </w:trPr>
        <w:tc>
          <w:tcPr>
            <w:tcW w:w="3288" w:type="dxa"/>
            <w:tcMar>
              <w:top w:w="90" w:type="dxa"/>
              <w:left w:w="100" w:type="dxa"/>
              <w:bottom w:w="90" w:type="dxa"/>
              <w:right w:w="100" w:type="dxa"/>
            </w:tcMar>
          </w:tcPr>
          <w:p w14:paraId="31734E1B" w14:textId="0106C9FF" w:rsidR="00872D7E" w:rsidRPr="00872D7E" w:rsidRDefault="00872D7E" w:rsidP="00872D7E">
            <w:pPr>
              <w:rPr>
                <w:rFonts w:ascii="Times New Roman" w:hAnsi="Times New Roman" w:cs="Times New Roman"/>
              </w:rPr>
            </w:pPr>
            <w:r w:rsidRPr="00872D7E">
              <w:rPr>
                <w:rFonts w:ascii="Times New Roman" w:hAnsi="Times New Roman" w:cs="Times New Roman"/>
              </w:rPr>
              <w:t>Consultant (if appointed)</w:t>
            </w:r>
          </w:p>
        </w:tc>
        <w:tc>
          <w:tcPr>
            <w:tcW w:w="3175" w:type="dxa"/>
            <w:tcMar>
              <w:top w:w="90" w:type="dxa"/>
              <w:left w:w="100" w:type="dxa"/>
              <w:bottom w:w="90" w:type="dxa"/>
              <w:right w:w="100" w:type="dxa"/>
            </w:tcMar>
            <w:vAlign w:val="center"/>
          </w:tcPr>
          <w:p w14:paraId="2F882F10" w14:textId="77777777" w:rsidR="00872D7E" w:rsidRPr="00B5382E" w:rsidRDefault="00872D7E" w:rsidP="00872D7E">
            <w:pPr>
              <w:rPr>
                <w:rFonts w:ascii="Times New Roman" w:hAnsi="Times New Roman" w:cs="Times New Roman"/>
              </w:rPr>
            </w:pPr>
            <w:r w:rsidRPr="00B5382E">
              <w:rPr>
                <w:rFonts w:ascii="Times New Roman" w:hAnsi="Times New Roman" w:cs="Times New Roman"/>
              </w:rPr>
              <w:br/>
            </w:r>
            <w:r w:rsidRPr="00B5382E">
              <w:rPr>
                <w:rFonts w:ascii="Times New Roman" w:hAnsi="Times New Roman" w:cs="Times New Roman"/>
              </w:rPr>
              <w:br/>
            </w:r>
          </w:p>
        </w:tc>
        <w:tc>
          <w:tcPr>
            <w:tcW w:w="3061" w:type="dxa"/>
            <w:tcMar>
              <w:top w:w="90" w:type="dxa"/>
              <w:left w:w="100" w:type="dxa"/>
              <w:bottom w:w="90" w:type="dxa"/>
              <w:right w:w="100" w:type="dxa"/>
            </w:tcMar>
            <w:vAlign w:val="center"/>
          </w:tcPr>
          <w:p w14:paraId="168236B5" w14:textId="77777777" w:rsidR="00872D7E" w:rsidRPr="00B5382E" w:rsidRDefault="00872D7E" w:rsidP="00872D7E">
            <w:pPr>
              <w:rPr>
                <w:rFonts w:ascii="Times New Roman" w:hAnsi="Times New Roman" w:cs="Times New Roman"/>
              </w:rPr>
            </w:pPr>
          </w:p>
        </w:tc>
      </w:tr>
      <w:tr w:rsidR="00872D7E" w:rsidRPr="00B5382E" w14:paraId="003A8162" w14:textId="77777777" w:rsidTr="000F20F2">
        <w:trPr>
          <w:jc w:val="center"/>
        </w:trPr>
        <w:tc>
          <w:tcPr>
            <w:tcW w:w="3288" w:type="dxa"/>
            <w:tcMar>
              <w:top w:w="90" w:type="dxa"/>
              <w:left w:w="100" w:type="dxa"/>
              <w:bottom w:w="90" w:type="dxa"/>
              <w:right w:w="100" w:type="dxa"/>
            </w:tcMar>
          </w:tcPr>
          <w:p w14:paraId="7A2D73C6" w14:textId="50B4D7D9" w:rsidR="00872D7E" w:rsidRPr="00872D7E" w:rsidRDefault="00872D7E" w:rsidP="00872D7E">
            <w:pPr>
              <w:rPr>
                <w:rFonts w:ascii="Times New Roman" w:hAnsi="Times New Roman" w:cs="Times New Roman"/>
              </w:rPr>
            </w:pPr>
            <w:r w:rsidRPr="00872D7E">
              <w:rPr>
                <w:rFonts w:ascii="Times New Roman" w:hAnsi="Times New Roman" w:cs="Times New Roman"/>
              </w:rPr>
              <w:t>Chairperson of the Subject Area Board</w:t>
            </w:r>
          </w:p>
        </w:tc>
        <w:tc>
          <w:tcPr>
            <w:tcW w:w="3175" w:type="dxa"/>
            <w:tcMar>
              <w:top w:w="90" w:type="dxa"/>
              <w:left w:w="100" w:type="dxa"/>
              <w:bottom w:w="90" w:type="dxa"/>
              <w:right w:w="100" w:type="dxa"/>
            </w:tcMar>
            <w:vAlign w:val="center"/>
          </w:tcPr>
          <w:p w14:paraId="3CBF753B" w14:textId="77777777" w:rsidR="00872D7E" w:rsidRPr="00B5382E" w:rsidRDefault="00872D7E" w:rsidP="00872D7E">
            <w:pPr>
              <w:rPr>
                <w:rFonts w:ascii="Times New Roman" w:hAnsi="Times New Roman" w:cs="Times New Roman"/>
              </w:rPr>
            </w:pPr>
            <w:r w:rsidRPr="00B5382E">
              <w:rPr>
                <w:rFonts w:ascii="Times New Roman" w:hAnsi="Times New Roman" w:cs="Times New Roman"/>
              </w:rPr>
              <w:br/>
            </w:r>
            <w:r w:rsidRPr="00B5382E">
              <w:rPr>
                <w:rFonts w:ascii="Times New Roman" w:hAnsi="Times New Roman" w:cs="Times New Roman"/>
              </w:rPr>
              <w:br/>
            </w:r>
          </w:p>
        </w:tc>
        <w:tc>
          <w:tcPr>
            <w:tcW w:w="3061" w:type="dxa"/>
            <w:tcMar>
              <w:top w:w="90" w:type="dxa"/>
              <w:left w:w="100" w:type="dxa"/>
              <w:bottom w:w="90" w:type="dxa"/>
              <w:right w:w="100" w:type="dxa"/>
            </w:tcMar>
            <w:vAlign w:val="center"/>
          </w:tcPr>
          <w:p w14:paraId="18012D7B" w14:textId="77777777" w:rsidR="00872D7E" w:rsidRPr="00B5382E" w:rsidRDefault="00872D7E" w:rsidP="00872D7E">
            <w:pPr>
              <w:rPr>
                <w:rFonts w:ascii="Times New Roman" w:hAnsi="Times New Roman" w:cs="Times New Roman"/>
              </w:rPr>
            </w:pPr>
          </w:p>
        </w:tc>
      </w:tr>
    </w:tbl>
    <w:p w14:paraId="5F823AD5" w14:textId="77777777" w:rsidR="007E7D52" w:rsidRPr="00B5382E" w:rsidRDefault="007E7D52">
      <w:pPr>
        <w:pStyle w:val="Tiny"/>
        <w:rPr>
          <w:rFonts w:ascii="Times New Roman" w:hAnsi="Times New Roman" w:cs="Times New Roman"/>
        </w:rPr>
      </w:pPr>
    </w:p>
    <w:sectPr w:rsidR="007E7D52" w:rsidRPr="00B5382E" w:rsidSect="00702BF2">
      <w:headerReference w:type="default" r:id="rId8"/>
      <w:footerReference w:type="default" r:id="rId9"/>
      <w:pgSz w:w="11906" w:h="16838"/>
      <w:pgMar w:top="1021" w:right="1021" w:bottom="907" w:left="1021" w:header="45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8586A" w14:textId="77777777" w:rsidR="00093F72" w:rsidRDefault="00093F72">
      <w:pPr>
        <w:spacing w:after="0" w:line="240" w:lineRule="auto"/>
      </w:pPr>
      <w:r>
        <w:separator/>
      </w:r>
    </w:p>
  </w:endnote>
  <w:endnote w:type="continuationSeparator" w:id="0">
    <w:p w14:paraId="672ED796" w14:textId="77777777" w:rsidR="00093F72" w:rsidRDefault="00093F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B585C" w14:textId="2118C683" w:rsidR="007E7D52" w:rsidRPr="006F0BCF" w:rsidRDefault="00C64D79">
    <w:pPr>
      <w:pStyle w:val="Tiny"/>
      <w:jc w:val="center"/>
      <w:rPr>
        <w:rFonts w:ascii="Times New Roman" w:hAnsi="Times New Roman" w:cs="Times New Roman"/>
        <w:sz w:val="24"/>
        <w:szCs w:val="40"/>
      </w:rPr>
    </w:pPr>
    <w:r w:rsidRPr="00C64D79">
      <w:rPr>
        <w:rFonts w:ascii="Times New Roman" w:hAnsi="Times New Roman" w:cs="Times New Roman"/>
        <w:sz w:val="24"/>
        <w:szCs w:val="40"/>
      </w:rPr>
      <w:t xml:space="preserve">Individual Study Plan for the Doctor of Philosophy Program </w:t>
    </w:r>
    <w:r w:rsidR="006F0BCF" w:rsidRPr="006F0BCF">
      <w:rPr>
        <w:rFonts w:ascii="Times New Roman" w:hAnsi="Times New Roman" w:cs="Times New Roman"/>
        <w:sz w:val="24"/>
        <w:szCs w:val="40"/>
      </w:rPr>
      <w:t>|</w:t>
    </w:r>
    <w:r w:rsidR="00C1191B" w:rsidRPr="006F0BCF">
      <w:rPr>
        <w:rFonts w:ascii="Times New Roman" w:hAnsi="Times New Roman" w:cs="Times New Roman"/>
        <w:sz w:val="24"/>
        <w:szCs w:val="40"/>
      </w:rPr>
      <w:t xml:space="preserve"> </w:t>
    </w:r>
    <w:r>
      <w:rPr>
        <w:rFonts w:ascii="Times New Roman" w:hAnsi="Times New Roman" w:cs="Times New Roman"/>
        <w:sz w:val="24"/>
        <w:szCs w:val="40"/>
      </w:rPr>
      <w:t>Faculty of Health Studies</w:t>
    </w:r>
    <w:r w:rsidR="00C1191B" w:rsidRPr="006F0BCF">
      <w:rPr>
        <w:rFonts w:ascii="Times New Roman" w:hAnsi="Times New Roman" w:cs="Times New Roman"/>
        <w:sz w:val="24"/>
        <w:szCs w:val="40"/>
      </w:rPr>
      <w:t xml:space="preserve"> UJEP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48527" w14:textId="77777777" w:rsidR="00093F72" w:rsidRDefault="00093F72">
      <w:pPr>
        <w:spacing w:after="0" w:line="240" w:lineRule="auto"/>
      </w:pPr>
      <w:r>
        <w:separator/>
      </w:r>
    </w:p>
  </w:footnote>
  <w:footnote w:type="continuationSeparator" w:id="0">
    <w:p w14:paraId="7207F84C" w14:textId="77777777" w:rsidR="00093F72" w:rsidRDefault="00093F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491CC" w14:textId="77777777" w:rsidR="00CE3431" w:rsidRDefault="00CE3431">
    <w:pPr>
      <w:pStyle w:val="Zhlav"/>
    </w:pPr>
    <w:r>
      <w:rPr>
        <w:noProof/>
        <w:lang w:val="cs-CZ" w:eastAsia="cs-CZ"/>
      </w:rPr>
      <w:drawing>
        <wp:anchor distT="0" distB="0" distL="114300" distR="114300" simplePos="0" relativeHeight="251659264" behindDoc="1" locked="0" layoutInCell="1" allowOverlap="1" wp14:anchorId="387F3F16" wp14:editId="04A3EFE2">
          <wp:simplePos x="0" y="0"/>
          <wp:positionH relativeFrom="column">
            <wp:posOffset>5188989</wp:posOffset>
          </wp:positionH>
          <wp:positionV relativeFrom="paragraph">
            <wp:posOffset>-445020</wp:posOffset>
          </wp:positionV>
          <wp:extent cx="1518957" cy="960582"/>
          <wp:effectExtent l="0" t="0" r="5080" b="0"/>
          <wp:wrapNone/>
          <wp:docPr id="767488943" name="Obrázek 1" descr="Na půdě ZZS ÚK proběhly první státnice student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 půdě ZZS ÚK proběhly první státnice studentů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8957" cy="96058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abstractNum w:abstractNumId="9" w15:restartNumberingAfterBreak="0">
    <w:nsid w:val="54877812"/>
    <w:multiLevelType w:val="hybridMultilevel"/>
    <w:tmpl w:val="52E0AF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99983129">
    <w:abstractNumId w:val="8"/>
  </w:num>
  <w:num w:numId="2" w16cid:durableId="1856649891">
    <w:abstractNumId w:val="6"/>
  </w:num>
  <w:num w:numId="3" w16cid:durableId="1118527572">
    <w:abstractNumId w:val="5"/>
  </w:num>
  <w:num w:numId="4" w16cid:durableId="911427630">
    <w:abstractNumId w:val="4"/>
  </w:num>
  <w:num w:numId="5" w16cid:durableId="222563957">
    <w:abstractNumId w:val="7"/>
  </w:num>
  <w:num w:numId="6" w16cid:durableId="1334143611">
    <w:abstractNumId w:val="3"/>
  </w:num>
  <w:num w:numId="7" w16cid:durableId="68237026">
    <w:abstractNumId w:val="2"/>
  </w:num>
  <w:num w:numId="8" w16cid:durableId="1779644441">
    <w:abstractNumId w:val="1"/>
  </w:num>
  <w:num w:numId="9" w16cid:durableId="1308977415">
    <w:abstractNumId w:val="0"/>
  </w:num>
  <w:num w:numId="10" w16cid:durableId="14764151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34616"/>
    <w:rsid w:val="00036757"/>
    <w:rsid w:val="0006063C"/>
    <w:rsid w:val="00092CC1"/>
    <w:rsid w:val="00093F72"/>
    <w:rsid w:val="000D7D1F"/>
    <w:rsid w:val="001303F5"/>
    <w:rsid w:val="00143CC3"/>
    <w:rsid w:val="0015074B"/>
    <w:rsid w:val="0029639D"/>
    <w:rsid w:val="00326F90"/>
    <w:rsid w:val="00342EC5"/>
    <w:rsid w:val="003D2709"/>
    <w:rsid w:val="00614B44"/>
    <w:rsid w:val="006F0BCF"/>
    <w:rsid w:val="00702BF2"/>
    <w:rsid w:val="00794555"/>
    <w:rsid w:val="007E7D52"/>
    <w:rsid w:val="00872D7E"/>
    <w:rsid w:val="008736A8"/>
    <w:rsid w:val="008B6C55"/>
    <w:rsid w:val="00A51B9D"/>
    <w:rsid w:val="00A85AED"/>
    <w:rsid w:val="00AA1D8D"/>
    <w:rsid w:val="00AB4472"/>
    <w:rsid w:val="00B47730"/>
    <w:rsid w:val="00B5382E"/>
    <w:rsid w:val="00BA33D9"/>
    <w:rsid w:val="00C1191B"/>
    <w:rsid w:val="00C24456"/>
    <w:rsid w:val="00C64D79"/>
    <w:rsid w:val="00CB0664"/>
    <w:rsid w:val="00CE3431"/>
    <w:rsid w:val="00E96102"/>
    <w:rsid w:val="00F06528"/>
    <w:rsid w:val="00F936BB"/>
    <w:rsid w:val="00FC0D6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514077"/>
  <w14:defaultImageDpi w14:val="300"/>
  <w15:docId w15:val="{2AD21F8D-B4DD-CA4E-B1DE-EE9A01B0B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pPr>
      <w:spacing w:after="120"/>
    </w:pPr>
    <w:rPr>
      <w:rFonts w:ascii="Calibri" w:hAnsi="Calibri"/>
      <w:color w:val="232323"/>
      <w:sz w:val="21"/>
    </w:rPr>
  </w:style>
  <w:style w:type="paragraph" w:styleId="Nadpis1">
    <w:name w:val="heading 1"/>
    <w:basedOn w:val="Normln"/>
    <w:next w:val="Normln"/>
    <w:link w:val="Nadpis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contextualSpacing/>
    </w:pPr>
  </w:style>
  <w:style w:type="paragraph" w:styleId="slovanseznam2">
    <w:name w:val="List Number 2"/>
    <w:basedOn w:val="Normln"/>
    <w:uiPriority w:val="99"/>
    <w:unhideWhenUsed/>
    <w:rsid w:val="0029639D"/>
    <w:pPr>
      <w:numPr>
        <w:numId w:val="6"/>
      </w:numPr>
      <w:contextualSpacing/>
    </w:pPr>
  </w:style>
  <w:style w:type="paragraph" w:styleId="slovanseznam3">
    <w:name w:val="List Number 3"/>
    <w:basedOn w:val="Normln"/>
    <w:uiPriority w:val="99"/>
    <w:unhideWhenUsed/>
    <w:rsid w:val="0029639D"/>
    <w:pPr>
      <w:numPr>
        <w:numId w:val="7"/>
      </w:numPr>
      <w:contextualSpacing/>
    </w:pPr>
  </w:style>
  <w:style w:type="paragraph" w:styleId="Pokraovnseznamu">
    <w:name w:val="List Continue"/>
    <w:basedOn w:val="Normln"/>
    <w:uiPriority w:val="99"/>
    <w:unhideWhenUsed/>
    <w:rsid w:val="0029639D"/>
    <w:pPr>
      <w:ind w:left="360"/>
      <w:contextualSpacing/>
    </w:pPr>
  </w:style>
  <w:style w:type="paragraph" w:styleId="Pokraovnseznamu2">
    <w:name w:val="List Continue 2"/>
    <w:basedOn w:val="Normln"/>
    <w:uiPriority w:val="99"/>
    <w:unhideWhenUsed/>
    <w:rsid w:val="0029639D"/>
    <w:pPr>
      <w:ind w:left="720"/>
      <w:contextualSpacing/>
    </w:pPr>
  </w:style>
  <w:style w:type="paragraph" w:styleId="Pokraovnseznamu3">
    <w:name w:val="List Continue 3"/>
    <w:basedOn w:val="Normln"/>
    <w:uiPriority w:val="99"/>
    <w:unhideWhenUsed/>
    <w:rsid w:val="0029639D"/>
    <w:pPr>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Title">
    <w:name w:val="Form Title"/>
    <w:basedOn w:val="Normln"/>
    <w:pPr>
      <w:spacing w:before="120" w:after="160"/>
    </w:pPr>
    <w:rPr>
      <w:b/>
      <w:color w:val="173F5F"/>
      <w:sz w:val="36"/>
    </w:rPr>
  </w:style>
  <w:style w:type="paragraph" w:customStyle="1" w:styleId="FormSubtitle">
    <w:name w:val="Form Subtitle"/>
    <w:basedOn w:val="Normln"/>
    <w:pPr>
      <w:spacing w:after="200"/>
    </w:pPr>
    <w:rPr>
      <w:i/>
      <w:color w:val="4E606F"/>
    </w:rPr>
  </w:style>
  <w:style w:type="paragraph" w:customStyle="1" w:styleId="SectionHeadingFZS">
    <w:name w:val="Section Heading FZS"/>
    <w:basedOn w:val="Normln"/>
    <w:pPr>
      <w:spacing w:before="200" w:after="100"/>
    </w:pPr>
    <w:rPr>
      <w:b/>
      <w:color w:val="FFFFFF"/>
      <w:sz w:val="24"/>
    </w:rPr>
  </w:style>
  <w:style w:type="paragraph" w:customStyle="1" w:styleId="SmallNote">
    <w:name w:val="Small Note"/>
    <w:basedOn w:val="Normln"/>
    <w:rPr>
      <w:i/>
      <w:color w:val="54606A"/>
      <w:sz w:val="18"/>
    </w:rPr>
  </w:style>
  <w:style w:type="paragraph" w:customStyle="1" w:styleId="Tiny">
    <w:name w:val="Tiny"/>
    <w:basedOn w:val="Normln"/>
    <w:rPr>
      <w:color w:val="54606A"/>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1169D-DB18-4C38-9055-03FB674F0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988</Words>
  <Characters>5834</Characters>
  <Application>Microsoft Office Word</Application>
  <DocSecurity>0</DocSecurity>
  <Lines>48</Lines>
  <Paragraphs>13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6809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PRCHAL Pavel</cp:lastModifiedBy>
  <cp:revision>2</cp:revision>
  <dcterms:created xsi:type="dcterms:W3CDTF">2026-05-31T22:52:00Z</dcterms:created>
  <dcterms:modified xsi:type="dcterms:W3CDTF">2026-05-31T22:52:00Z</dcterms:modified>
  <cp:category/>
</cp:coreProperties>
</file>