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105C" w14:textId="77777777" w:rsidR="005014BE" w:rsidRDefault="005014BE">
      <w:pPr>
        <w:pStyle w:val="TitleCustom"/>
        <w:jc w:val="center"/>
        <w:rPr>
          <w:rFonts w:ascii="Times New Roman" w:hAnsi="Times New Roman" w:cs="Times New Roman"/>
          <w:color w:val="EE0000"/>
          <w:sz w:val="28"/>
          <w:szCs w:val="16"/>
        </w:rPr>
      </w:pPr>
      <w:r w:rsidRPr="005014BE">
        <w:rPr>
          <w:rFonts w:ascii="Times New Roman" w:hAnsi="Times New Roman" w:cs="Times New Roman"/>
          <w:color w:val="EE0000"/>
          <w:sz w:val="28"/>
          <w:szCs w:val="16"/>
        </w:rPr>
        <w:t>UNIVERZITA JANA EVANGELISTY PURKYNĚ V ÚSTÍ NAD LABEM</w:t>
      </w:r>
    </w:p>
    <w:p w14:paraId="727E4301" w14:textId="77777777" w:rsidR="0065402D" w:rsidRDefault="0065402D">
      <w:pPr>
        <w:pStyle w:val="TitleCustom"/>
        <w:jc w:val="center"/>
        <w:rPr>
          <w:rFonts w:ascii="Times New Roman" w:hAnsi="Times New Roman" w:cs="Times New Roman"/>
          <w:color w:val="EE0000"/>
          <w:sz w:val="28"/>
          <w:szCs w:val="16"/>
        </w:rPr>
      </w:pPr>
      <w:r w:rsidRPr="0065402D">
        <w:rPr>
          <w:rFonts w:ascii="Times New Roman" w:hAnsi="Times New Roman" w:cs="Times New Roman"/>
          <w:color w:val="EE0000"/>
          <w:sz w:val="28"/>
          <w:szCs w:val="16"/>
        </w:rPr>
        <w:t>FACULTY OF HEALTH STUDIES</w:t>
      </w:r>
    </w:p>
    <w:p w14:paraId="2FD0FF20" w14:textId="77777777" w:rsidR="0065402D" w:rsidRDefault="0065402D">
      <w:pPr>
        <w:pStyle w:val="SubtitleCustom"/>
        <w:jc w:val="center"/>
        <w:rPr>
          <w:rFonts w:ascii="Times New Roman" w:hAnsi="Times New Roman" w:cs="Times New Roman"/>
          <w:bCs/>
          <w:i w:val="0"/>
          <w:color w:val="EE0000"/>
          <w:sz w:val="28"/>
          <w:szCs w:val="16"/>
        </w:rPr>
      </w:pPr>
      <w:r w:rsidRPr="0065402D">
        <w:rPr>
          <w:rFonts w:ascii="Times New Roman" w:hAnsi="Times New Roman" w:cs="Times New Roman"/>
          <w:bCs/>
          <w:i w:val="0"/>
          <w:color w:val="EE0000"/>
          <w:sz w:val="28"/>
          <w:szCs w:val="16"/>
        </w:rPr>
        <w:t>Dissertation Research Project Proposal Template</w:t>
      </w:r>
    </w:p>
    <w:p w14:paraId="3BA076F8" w14:textId="1F573DF0" w:rsidR="00A50BA5" w:rsidRDefault="0065402D" w:rsidP="0065402D">
      <w:pPr>
        <w:jc w:val="center"/>
        <w:rPr>
          <w:rFonts w:ascii="Times New Roman" w:hAnsi="Times New Roman" w:cs="Times New Roman"/>
          <w:iCs/>
          <w:color w:val="5F7A82"/>
          <w:sz w:val="24"/>
        </w:rPr>
      </w:pPr>
      <w:r w:rsidRPr="0065402D">
        <w:rPr>
          <w:rFonts w:ascii="Times New Roman" w:hAnsi="Times New Roman" w:cs="Times New Roman"/>
          <w:b/>
          <w:bCs/>
          <w:iCs/>
          <w:color w:val="5F7A82"/>
          <w:sz w:val="24"/>
        </w:rPr>
        <w:t xml:space="preserve">Doctoral Study </w:t>
      </w:r>
      <w:proofErr w:type="spellStart"/>
      <w:r w:rsidRPr="0065402D">
        <w:rPr>
          <w:rFonts w:ascii="Times New Roman" w:hAnsi="Times New Roman" w:cs="Times New Roman"/>
          <w:b/>
          <w:bCs/>
          <w:iCs/>
          <w:color w:val="5F7A82"/>
          <w:sz w:val="24"/>
        </w:rPr>
        <w:t>Programme</w:t>
      </w:r>
      <w:proofErr w:type="spellEnd"/>
      <w:r w:rsidRPr="0065402D">
        <w:rPr>
          <w:rFonts w:ascii="Times New Roman" w:hAnsi="Times New Roman" w:cs="Times New Roman"/>
          <w:b/>
          <w:bCs/>
          <w:iCs/>
          <w:color w:val="5F7A82"/>
          <w:sz w:val="24"/>
        </w:rPr>
        <w:t>:</w:t>
      </w:r>
      <w:r w:rsidRPr="0065402D">
        <w:rPr>
          <w:rFonts w:ascii="Times New Roman" w:hAnsi="Times New Roman" w:cs="Times New Roman"/>
          <w:iCs/>
          <w:color w:val="5F7A82"/>
          <w:sz w:val="24"/>
        </w:rPr>
        <w:t xml:space="preserve"> Healthcare Management and Efficiency</w:t>
      </w:r>
    </w:p>
    <w:p w14:paraId="0267219A" w14:textId="77777777" w:rsidR="0065402D" w:rsidRPr="00000E61" w:rsidRDefault="0065402D" w:rsidP="0065402D">
      <w:pPr>
        <w:jc w:val="center"/>
        <w:rPr>
          <w:rFonts w:ascii="Times New Roman" w:hAnsi="Times New Roman" w:cs="Times New Roman"/>
          <w:sz w:val="28"/>
          <w:szCs w:val="28"/>
        </w:rPr>
      </w:pPr>
    </w:p>
    <w:tbl>
      <w:tblPr>
        <w:tblW w:w="0" w:type="auto"/>
        <w:jc w:val="center"/>
        <w:tblLayout w:type="fixed"/>
        <w:tblLook w:val="04A0" w:firstRow="1" w:lastRow="0" w:firstColumn="1" w:lastColumn="0" w:noHBand="0" w:noVBand="1"/>
      </w:tblPr>
      <w:tblGrid>
        <w:gridCol w:w="3005"/>
        <w:gridCol w:w="6520"/>
      </w:tblGrid>
      <w:tr w:rsidR="00A50BA5" w:rsidRPr="00000E61" w14:paraId="253CAF06" w14:textId="77777777">
        <w:trPr>
          <w:trHeight w:val="454"/>
          <w:jc w:val="center"/>
        </w:trPr>
        <w:tc>
          <w:tcPr>
            <w:tcW w:w="3005"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1600DABE" w14:textId="6309449D" w:rsidR="00A50BA5" w:rsidRPr="00000E61" w:rsidRDefault="0065402D">
            <w:pPr>
              <w:rPr>
                <w:rFonts w:ascii="Times New Roman" w:hAnsi="Times New Roman" w:cs="Times New Roman"/>
                <w:sz w:val="28"/>
                <w:szCs w:val="28"/>
              </w:rPr>
            </w:pPr>
            <w:r w:rsidRPr="0065402D">
              <w:rPr>
                <w:rFonts w:ascii="Times New Roman" w:hAnsi="Times New Roman" w:cs="Times New Roman"/>
                <w:b/>
                <w:color w:val="184955"/>
                <w:sz w:val="24"/>
                <w:szCs w:val="28"/>
              </w:rPr>
              <w:t>Recommended Length</w:t>
            </w:r>
          </w:p>
        </w:tc>
        <w:tc>
          <w:tcPr>
            <w:tcW w:w="6520" w:type="dxa"/>
            <w:tcBorders>
              <w:top w:val="single" w:sz="6" w:space="0" w:color="BFC8CC"/>
              <w:left w:val="single" w:sz="6" w:space="0" w:color="BFC8CC"/>
              <w:bottom w:val="single" w:sz="6" w:space="0" w:color="BFC8CC"/>
              <w:right w:val="single" w:sz="6" w:space="0" w:color="BFC8CC"/>
            </w:tcBorders>
            <w:vAlign w:val="center"/>
          </w:tcPr>
          <w:p w14:paraId="39D46BE9" w14:textId="3CC76EC0" w:rsidR="00A50BA5" w:rsidRPr="00000E61" w:rsidRDefault="0065402D">
            <w:pPr>
              <w:rPr>
                <w:rFonts w:ascii="Times New Roman" w:hAnsi="Times New Roman" w:cs="Times New Roman"/>
                <w:sz w:val="28"/>
                <w:szCs w:val="28"/>
              </w:rPr>
            </w:pPr>
            <w:proofErr w:type="gramStart"/>
            <w:r w:rsidRPr="0065402D">
              <w:rPr>
                <w:rFonts w:ascii="Times New Roman" w:hAnsi="Times New Roman" w:cs="Times New Roman"/>
                <w:sz w:val="24"/>
                <w:szCs w:val="28"/>
              </w:rPr>
              <w:t>Generally</w:t>
            </w:r>
            <w:proofErr w:type="gramEnd"/>
            <w:r w:rsidRPr="0065402D">
              <w:rPr>
                <w:rFonts w:ascii="Times New Roman" w:hAnsi="Times New Roman" w:cs="Times New Roman"/>
                <w:sz w:val="24"/>
                <w:szCs w:val="28"/>
              </w:rPr>
              <w:t xml:space="preserve"> 6–10 standard pages (excluding the</w:t>
            </w:r>
            <w:r>
              <w:rPr>
                <w:rFonts w:ascii="Times New Roman" w:hAnsi="Times New Roman" w:cs="Times New Roman"/>
                <w:sz w:val="24"/>
                <w:szCs w:val="28"/>
              </w:rPr>
              <w:t xml:space="preserve"> </w:t>
            </w:r>
            <w:r w:rsidRPr="0065402D">
              <w:rPr>
                <w:rFonts w:ascii="Times New Roman" w:hAnsi="Times New Roman" w:cs="Times New Roman"/>
                <w:sz w:val="24"/>
                <w:szCs w:val="28"/>
              </w:rPr>
              <w:t>bibliography/reference list)</w:t>
            </w:r>
          </w:p>
        </w:tc>
      </w:tr>
      <w:tr w:rsidR="00A50BA5" w:rsidRPr="00000E61" w14:paraId="7B318C3F" w14:textId="77777777">
        <w:trPr>
          <w:trHeight w:val="454"/>
          <w:jc w:val="center"/>
        </w:trPr>
        <w:tc>
          <w:tcPr>
            <w:tcW w:w="3005"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241349CE" w14:textId="66601052" w:rsidR="00A50BA5" w:rsidRPr="0065402D" w:rsidRDefault="0065402D">
            <w:pPr>
              <w:rPr>
                <w:rFonts w:ascii="Times New Roman" w:hAnsi="Times New Roman" w:cs="Times New Roman"/>
                <w:b/>
                <w:color w:val="184955"/>
                <w:sz w:val="24"/>
                <w:szCs w:val="28"/>
                <w:lang w:val="cs-CZ"/>
              </w:rPr>
            </w:pPr>
            <w:proofErr w:type="spellStart"/>
            <w:r w:rsidRPr="0065402D">
              <w:rPr>
                <w:rFonts w:ascii="Times New Roman" w:hAnsi="Times New Roman" w:cs="Times New Roman"/>
                <w:b/>
                <w:bCs/>
                <w:color w:val="184955"/>
                <w:sz w:val="24"/>
                <w:szCs w:val="28"/>
                <w:lang w:val="cs-CZ"/>
              </w:rPr>
              <w:t>Thematic</w:t>
            </w:r>
            <w:proofErr w:type="spellEnd"/>
            <w:r w:rsidRPr="0065402D">
              <w:rPr>
                <w:rFonts w:ascii="Times New Roman" w:hAnsi="Times New Roman" w:cs="Times New Roman"/>
                <w:b/>
                <w:bCs/>
                <w:color w:val="184955"/>
                <w:sz w:val="24"/>
                <w:szCs w:val="28"/>
                <w:lang w:val="cs-CZ"/>
              </w:rPr>
              <w:t xml:space="preserve"> Focus</w:t>
            </w:r>
          </w:p>
        </w:tc>
        <w:tc>
          <w:tcPr>
            <w:tcW w:w="6520" w:type="dxa"/>
            <w:tcBorders>
              <w:top w:val="single" w:sz="6" w:space="0" w:color="BFC8CC"/>
              <w:left w:val="single" w:sz="6" w:space="0" w:color="BFC8CC"/>
              <w:bottom w:val="single" w:sz="6" w:space="0" w:color="BFC8CC"/>
              <w:right w:val="single" w:sz="6" w:space="0" w:color="BFC8CC"/>
            </w:tcBorders>
            <w:vAlign w:val="center"/>
          </w:tcPr>
          <w:p w14:paraId="13032866" w14:textId="039F7C80" w:rsidR="00A50BA5" w:rsidRPr="00166057" w:rsidRDefault="0065402D">
            <w:pPr>
              <w:rPr>
                <w:rFonts w:ascii="Times New Roman" w:hAnsi="Times New Roman" w:cs="Times New Roman"/>
                <w:color w:val="auto"/>
                <w:sz w:val="28"/>
                <w:szCs w:val="28"/>
              </w:rPr>
            </w:pPr>
            <w:r w:rsidRPr="0065402D">
              <w:rPr>
                <w:rFonts w:ascii="Times New Roman" w:hAnsi="Times New Roman" w:cs="Times New Roman"/>
                <w:color w:val="auto"/>
                <w:sz w:val="24"/>
                <w:szCs w:val="28"/>
              </w:rPr>
              <w:t xml:space="preserve">To be adjusted by the student after consultation with the supervisor. The thematic focus of the dissertation project corresponds to the supervisor's research expertise and the specialization of the study </w:t>
            </w:r>
            <w:proofErr w:type="spellStart"/>
            <w:r w:rsidRPr="0065402D">
              <w:rPr>
                <w:rFonts w:ascii="Times New Roman" w:hAnsi="Times New Roman" w:cs="Times New Roman"/>
                <w:color w:val="auto"/>
                <w:sz w:val="24"/>
                <w:szCs w:val="28"/>
              </w:rPr>
              <w:t>programme</w:t>
            </w:r>
            <w:proofErr w:type="spellEnd"/>
            <w:r w:rsidRPr="0065402D">
              <w:rPr>
                <w:rFonts w:ascii="Times New Roman" w:hAnsi="Times New Roman" w:cs="Times New Roman"/>
                <w:color w:val="auto"/>
                <w:sz w:val="24"/>
                <w:szCs w:val="28"/>
              </w:rPr>
              <w:t>.</w:t>
            </w:r>
          </w:p>
        </w:tc>
      </w:tr>
    </w:tbl>
    <w:p w14:paraId="36DE39C2"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396"/>
      </w:tblGrid>
      <w:tr w:rsidR="00A50BA5" w:rsidRPr="005014BE" w14:paraId="4E114AA0" w14:textId="77777777" w:rsidTr="00000E61">
        <w:trPr>
          <w:trHeight w:val="2338"/>
          <w:jc w:val="center"/>
        </w:trPr>
        <w:tc>
          <w:tcPr>
            <w:tcW w:w="9491"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0C9D8BE8" w14:textId="77777777" w:rsidR="0065402D" w:rsidRDefault="0065402D">
            <w:pPr>
              <w:spacing w:after="40"/>
              <w:rPr>
                <w:rFonts w:ascii="Times New Roman" w:hAnsi="Times New Roman" w:cs="Times New Roman"/>
                <w:b/>
                <w:color w:val="184955"/>
                <w:sz w:val="20"/>
                <w:szCs w:val="21"/>
              </w:rPr>
            </w:pPr>
            <w:r w:rsidRPr="0065402D">
              <w:rPr>
                <w:rFonts w:ascii="Times New Roman" w:hAnsi="Times New Roman" w:cs="Times New Roman"/>
                <w:b/>
                <w:color w:val="184955"/>
                <w:sz w:val="20"/>
                <w:szCs w:val="21"/>
              </w:rPr>
              <w:t>How to Work with This Document</w:t>
            </w:r>
          </w:p>
          <w:p w14:paraId="5D7E3703" w14:textId="75DC6A41" w:rsidR="00A50BA5" w:rsidRPr="002B5AE1" w:rsidRDefault="0065402D">
            <w:pPr>
              <w:spacing w:after="40"/>
              <w:rPr>
                <w:rFonts w:ascii="Times New Roman" w:hAnsi="Times New Roman" w:cs="Times New Roman"/>
                <w:sz w:val="21"/>
                <w:szCs w:val="21"/>
              </w:rPr>
            </w:pPr>
            <w:r w:rsidRPr="0065402D">
              <w:rPr>
                <w:rFonts w:ascii="Times New Roman" w:hAnsi="Times New Roman" w:cs="Times New Roman"/>
                <w:sz w:val="20"/>
                <w:szCs w:val="21"/>
              </w:rPr>
              <w:t xml:space="preserve">This template is designed as a working Word document. </w:t>
            </w:r>
            <w:r w:rsidRPr="0065402D">
              <w:rPr>
                <w:rFonts w:ascii="Times New Roman" w:hAnsi="Times New Roman" w:cs="Times New Roman"/>
                <w:b/>
                <w:bCs/>
                <w:sz w:val="20"/>
                <w:szCs w:val="21"/>
              </w:rPr>
              <w:t>Replace the text in square brackets with your own content; leave the instructional passages only during the preparation phase and delete them prior to final submission. Cite using APA 7th edition</w:t>
            </w:r>
            <w:r w:rsidRPr="0065402D">
              <w:rPr>
                <w:rFonts w:ascii="Times New Roman" w:hAnsi="Times New Roman" w:cs="Times New Roman"/>
                <w:sz w:val="20"/>
                <w:szCs w:val="21"/>
              </w:rPr>
              <w:t>. Each chapter specifies its academic function, what type of information it should contain, and what common mistakes should be avoided. Recommended lengths are guidelines only. The quality of argumentation, the logic of the research design, and the consistency among individual sections are more important than mechanically adhering to a specific number of paragraphs.</w:t>
            </w:r>
          </w:p>
        </w:tc>
      </w:tr>
    </w:tbl>
    <w:p w14:paraId="0868C27B" w14:textId="77777777" w:rsidR="00A50BA5" w:rsidRPr="005014BE" w:rsidRDefault="00A50BA5">
      <w:pPr>
        <w:rPr>
          <w:rFonts w:ascii="Times New Roman" w:hAnsi="Times New Roman" w:cs="Times New Roman"/>
        </w:rPr>
      </w:pPr>
    </w:p>
    <w:p w14:paraId="24129F61" w14:textId="77777777" w:rsidR="0065402D" w:rsidRDefault="0065402D" w:rsidP="002B5AE1">
      <w:pPr>
        <w:rPr>
          <w:rFonts w:ascii="Times New Roman" w:hAnsi="Times New Roman" w:cs="Times New Roman"/>
          <w:b/>
          <w:i/>
          <w:color w:val="184955"/>
          <w:sz w:val="21"/>
        </w:rPr>
      </w:pPr>
      <w:r w:rsidRPr="0065402D">
        <w:rPr>
          <w:rFonts w:ascii="Times New Roman" w:hAnsi="Times New Roman" w:cs="Times New Roman"/>
          <w:b/>
          <w:color w:val="184955"/>
          <w:sz w:val="21"/>
        </w:rPr>
        <w:t>Applicant's First Name and Surname</w:t>
      </w:r>
      <w:r w:rsidRPr="0065402D">
        <w:rPr>
          <w:rFonts w:ascii="Times New Roman" w:hAnsi="Times New Roman" w:cs="Times New Roman"/>
          <w:b/>
          <w:i/>
          <w:color w:val="184955"/>
          <w:sz w:val="21"/>
        </w:rPr>
        <w:t xml:space="preserve"> </w:t>
      </w:r>
    </w:p>
    <w:p w14:paraId="449ADA8C" w14:textId="0648B4E1" w:rsidR="002B5AE1" w:rsidRPr="005014BE" w:rsidRDefault="002B5AE1" w:rsidP="002B5AE1">
      <w:pPr>
        <w:rPr>
          <w:rFonts w:ascii="Times New Roman" w:hAnsi="Times New Roman" w:cs="Times New Roman"/>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Insert name</w:t>
      </w:r>
      <w:r w:rsidRPr="005014BE">
        <w:rPr>
          <w:rFonts w:ascii="Times New Roman" w:hAnsi="Times New Roman" w:cs="Times New Roman"/>
          <w:i/>
          <w:color w:val="5A5A5A"/>
          <w:sz w:val="21"/>
        </w:rPr>
        <w:t>]</w:t>
      </w:r>
    </w:p>
    <w:p w14:paraId="03BF134A" w14:textId="0B552C34" w:rsidR="002B5AE1" w:rsidRPr="005014BE" w:rsidRDefault="0065402D" w:rsidP="002B5AE1">
      <w:pPr>
        <w:rPr>
          <w:rFonts w:ascii="Times New Roman" w:hAnsi="Times New Roman" w:cs="Times New Roman"/>
          <w:b/>
          <w:color w:val="184955"/>
          <w:sz w:val="21"/>
        </w:rPr>
      </w:pPr>
      <w:r w:rsidRPr="0065402D">
        <w:rPr>
          <w:rFonts w:ascii="Times New Roman" w:hAnsi="Times New Roman" w:cs="Times New Roman"/>
          <w:b/>
          <w:color w:val="184955"/>
          <w:sz w:val="21"/>
        </w:rPr>
        <w:t>Supervisor</w:t>
      </w:r>
    </w:p>
    <w:p w14:paraId="5453BCF9" w14:textId="4426E12C" w:rsidR="002B5AE1" w:rsidRPr="005014BE" w:rsidRDefault="002B5AE1" w:rsidP="002B5AE1">
      <w:pPr>
        <w:rPr>
          <w:rFonts w:ascii="Times New Roman" w:hAnsi="Times New Roman" w:cs="Times New Roman"/>
          <w:i/>
          <w:color w:val="5A5A5A"/>
          <w:sz w:val="21"/>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Insert name</w:t>
      </w:r>
      <w:r w:rsidRPr="005014BE">
        <w:rPr>
          <w:rFonts w:ascii="Times New Roman" w:hAnsi="Times New Roman" w:cs="Times New Roman"/>
          <w:i/>
          <w:color w:val="5A5A5A"/>
          <w:sz w:val="21"/>
        </w:rPr>
        <w:t>]</w:t>
      </w:r>
    </w:p>
    <w:p w14:paraId="0EB9355C" w14:textId="77777777" w:rsidR="0065402D" w:rsidRPr="0065402D" w:rsidRDefault="0065402D" w:rsidP="0065402D">
      <w:pPr>
        <w:rPr>
          <w:rFonts w:ascii="Times New Roman" w:hAnsi="Times New Roman" w:cs="Times New Roman"/>
          <w:b/>
          <w:color w:val="173F5F"/>
          <w:lang w:val="cs-CZ"/>
        </w:rPr>
      </w:pPr>
      <w:proofErr w:type="spellStart"/>
      <w:r w:rsidRPr="0065402D">
        <w:rPr>
          <w:rFonts w:ascii="Times New Roman" w:hAnsi="Times New Roman" w:cs="Times New Roman"/>
          <w:b/>
          <w:bCs/>
          <w:color w:val="173F5F"/>
          <w:lang w:val="cs-CZ"/>
        </w:rPr>
        <w:t>Consultant</w:t>
      </w:r>
      <w:proofErr w:type="spellEnd"/>
      <w:r w:rsidRPr="0065402D">
        <w:rPr>
          <w:rFonts w:ascii="Times New Roman" w:hAnsi="Times New Roman" w:cs="Times New Roman"/>
          <w:b/>
          <w:color w:val="173F5F"/>
          <w:lang w:val="cs-CZ"/>
        </w:rPr>
        <w:t xml:space="preserve"> (</w:t>
      </w:r>
      <w:proofErr w:type="spellStart"/>
      <w:r w:rsidRPr="0065402D">
        <w:rPr>
          <w:rFonts w:ascii="Times New Roman" w:hAnsi="Times New Roman" w:cs="Times New Roman"/>
          <w:b/>
          <w:color w:val="173F5F"/>
          <w:lang w:val="cs-CZ"/>
        </w:rPr>
        <w:t>if</w:t>
      </w:r>
      <w:proofErr w:type="spellEnd"/>
      <w:r w:rsidRPr="0065402D">
        <w:rPr>
          <w:rFonts w:ascii="Times New Roman" w:hAnsi="Times New Roman" w:cs="Times New Roman"/>
          <w:b/>
          <w:color w:val="173F5F"/>
          <w:lang w:val="cs-CZ"/>
        </w:rPr>
        <w:t xml:space="preserve"> </w:t>
      </w:r>
      <w:proofErr w:type="spellStart"/>
      <w:r w:rsidRPr="0065402D">
        <w:rPr>
          <w:rFonts w:ascii="Times New Roman" w:hAnsi="Times New Roman" w:cs="Times New Roman"/>
          <w:b/>
          <w:color w:val="173F5F"/>
          <w:lang w:val="cs-CZ"/>
        </w:rPr>
        <w:t>appointed</w:t>
      </w:r>
      <w:proofErr w:type="spellEnd"/>
      <w:r w:rsidRPr="0065402D">
        <w:rPr>
          <w:rFonts w:ascii="Times New Roman" w:hAnsi="Times New Roman" w:cs="Times New Roman"/>
          <w:b/>
          <w:color w:val="173F5F"/>
          <w:lang w:val="cs-CZ"/>
        </w:rPr>
        <w:t>)</w:t>
      </w:r>
    </w:p>
    <w:p w14:paraId="39C1D729" w14:textId="6B9A4FD2" w:rsidR="002B5AE1" w:rsidRPr="005014BE" w:rsidRDefault="002B5AE1" w:rsidP="002B5AE1">
      <w:pPr>
        <w:rPr>
          <w:rFonts w:ascii="Times New Roman" w:hAnsi="Times New Roman" w:cs="Times New Roman"/>
          <w:i/>
          <w:color w:val="5A5A5A"/>
          <w:sz w:val="21"/>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Insert name</w:t>
      </w:r>
      <w:r w:rsidRPr="005014BE">
        <w:rPr>
          <w:rFonts w:ascii="Times New Roman" w:hAnsi="Times New Roman" w:cs="Times New Roman"/>
          <w:i/>
          <w:color w:val="5A5A5A"/>
          <w:sz w:val="21"/>
        </w:rPr>
        <w:t>]</w:t>
      </w:r>
    </w:p>
    <w:p w14:paraId="5C6821D3" w14:textId="77777777" w:rsidR="00A50BA5" w:rsidRPr="005014BE" w:rsidRDefault="00AE10D3">
      <w:pPr>
        <w:rPr>
          <w:rFonts w:ascii="Times New Roman" w:hAnsi="Times New Roman" w:cs="Times New Roman"/>
        </w:rPr>
      </w:pPr>
      <w:r w:rsidRPr="005014BE">
        <w:rPr>
          <w:rFonts w:ascii="Times New Roman" w:hAnsi="Times New Roman" w:cs="Times New Roman"/>
        </w:rPr>
        <w:br w:type="page"/>
      </w:r>
    </w:p>
    <w:p w14:paraId="21E68501" w14:textId="1521DE84" w:rsidR="00A50BA5" w:rsidRPr="005014BE" w:rsidRDefault="00AE10D3">
      <w:pPr>
        <w:pStyle w:val="Heading1Custom"/>
        <w:rPr>
          <w:rFonts w:ascii="Times New Roman" w:hAnsi="Times New Roman" w:cs="Times New Roman"/>
        </w:rPr>
      </w:pPr>
      <w:r w:rsidRPr="005014BE">
        <w:rPr>
          <w:rFonts w:ascii="Times New Roman" w:hAnsi="Times New Roman" w:cs="Times New Roman"/>
        </w:rPr>
        <w:lastRenderedPageBreak/>
        <w:t xml:space="preserve">1. </w:t>
      </w:r>
      <w:r w:rsidR="00FB6B93" w:rsidRPr="00FB6B93">
        <w:rPr>
          <w:rFonts w:ascii="Times New Roman" w:hAnsi="Times New Roman" w:cs="Times New Roman"/>
        </w:rPr>
        <w:t>Requirements for the Proposal in Terms of Form and Content</w:t>
      </w:r>
    </w:p>
    <w:tbl>
      <w:tblPr>
        <w:tblW w:w="0" w:type="auto"/>
        <w:jc w:val="center"/>
        <w:tblLook w:val="04A0" w:firstRow="1" w:lastRow="0" w:firstColumn="1" w:lastColumn="0" w:noHBand="0" w:noVBand="1"/>
      </w:tblPr>
      <w:tblGrid>
        <w:gridCol w:w="9071"/>
      </w:tblGrid>
      <w:tr w:rsidR="00A50BA5" w:rsidRPr="005014BE" w14:paraId="62535C6F"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6759444B" w14:textId="77777777" w:rsidR="00FB6B93" w:rsidRDefault="00FB6B93">
            <w:pPr>
              <w:spacing w:after="40"/>
              <w:rPr>
                <w:rFonts w:ascii="Times New Roman" w:hAnsi="Times New Roman" w:cs="Times New Roman"/>
                <w:b/>
                <w:color w:val="auto"/>
                <w:sz w:val="20"/>
                <w:szCs w:val="21"/>
              </w:rPr>
            </w:pPr>
            <w:r w:rsidRPr="00FB6B93">
              <w:rPr>
                <w:rFonts w:ascii="Times New Roman" w:hAnsi="Times New Roman" w:cs="Times New Roman"/>
                <w:b/>
                <w:color w:val="auto"/>
                <w:sz w:val="20"/>
                <w:szCs w:val="21"/>
              </w:rPr>
              <w:t>Basic requirements the template works with</w:t>
            </w:r>
          </w:p>
          <w:p w14:paraId="13DDEAC1" w14:textId="77777777" w:rsidR="00FB6B93" w:rsidRDefault="00FB6B93">
            <w:pPr>
              <w:spacing w:after="40"/>
              <w:rPr>
                <w:rFonts w:ascii="Times New Roman" w:hAnsi="Times New Roman" w:cs="Times New Roman"/>
                <w:color w:val="auto"/>
                <w:sz w:val="20"/>
                <w:szCs w:val="21"/>
              </w:rPr>
            </w:pPr>
            <w:r w:rsidRPr="00FB6B93">
              <w:rPr>
                <w:rFonts w:ascii="Times New Roman" w:hAnsi="Times New Roman" w:cs="Times New Roman"/>
                <w:color w:val="auto"/>
                <w:sz w:val="20"/>
                <w:szCs w:val="21"/>
              </w:rPr>
              <w:t>The proposal must be conceptualized as a dissertation research project, not as a general essay or a mere description of a topic.</w:t>
            </w:r>
          </w:p>
          <w:p w14:paraId="7506D108" w14:textId="1A036B61" w:rsidR="00A50BA5" w:rsidRPr="00166057" w:rsidRDefault="00FB6B93">
            <w:pPr>
              <w:spacing w:after="40"/>
              <w:rPr>
                <w:rFonts w:ascii="Times New Roman" w:hAnsi="Times New Roman" w:cs="Times New Roman"/>
                <w:color w:val="auto"/>
                <w:sz w:val="21"/>
                <w:szCs w:val="21"/>
              </w:rPr>
            </w:pPr>
            <w:r w:rsidRPr="00FB6B93">
              <w:rPr>
                <w:rFonts w:ascii="Times New Roman" w:hAnsi="Times New Roman" w:cs="Times New Roman"/>
                <w:color w:val="auto"/>
                <w:sz w:val="20"/>
                <w:szCs w:val="21"/>
              </w:rPr>
              <w:t xml:space="preserve">The justification of the topic's significance, the initial theoretical frameworks, the research objective, the proposed methodological approach, and the relevant academic literature must be </w:t>
            </w:r>
            <w:proofErr w:type="gramStart"/>
            <w:r w:rsidRPr="00FB6B93">
              <w:rPr>
                <w:rFonts w:ascii="Times New Roman" w:hAnsi="Times New Roman" w:cs="Times New Roman"/>
                <w:color w:val="auto"/>
                <w:sz w:val="20"/>
                <w:szCs w:val="21"/>
              </w:rPr>
              <w:t>clearly evident</w:t>
            </w:r>
            <w:proofErr w:type="gramEnd"/>
            <w:r w:rsidR="00AE10D3" w:rsidRPr="00166057">
              <w:rPr>
                <w:rFonts w:ascii="Times New Roman" w:hAnsi="Times New Roman" w:cs="Times New Roman"/>
                <w:color w:val="auto"/>
                <w:sz w:val="20"/>
                <w:szCs w:val="21"/>
              </w:rPr>
              <w:t>.</w:t>
            </w:r>
          </w:p>
          <w:p w14:paraId="218E11F3" w14:textId="67973A4E" w:rsidR="00A50BA5" w:rsidRPr="00166057" w:rsidRDefault="00FB6B93">
            <w:pPr>
              <w:spacing w:after="40"/>
              <w:rPr>
                <w:rFonts w:ascii="Times New Roman" w:hAnsi="Times New Roman" w:cs="Times New Roman"/>
                <w:color w:val="auto"/>
              </w:rPr>
            </w:pPr>
            <w:r w:rsidRPr="00FB6B93">
              <w:rPr>
                <w:rFonts w:ascii="Times New Roman" w:hAnsi="Times New Roman" w:cs="Times New Roman"/>
                <w:color w:val="auto"/>
                <w:sz w:val="20"/>
                <w:szCs w:val="21"/>
              </w:rPr>
              <w:t>During discussions regarding the thematic focus, knowledge of similar international research and the ability to defend the chosen methodological solution will also be assessed.</w:t>
            </w:r>
          </w:p>
        </w:tc>
      </w:tr>
    </w:tbl>
    <w:p w14:paraId="330E0144" w14:textId="77777777" w:rsidR="00A50BA5" w:rsidRDefault="00A50BA5">
      <w:pPr>
        <w:rPr>
          <w:rFonts w:ascii="Times New Roman" w:hAnsi="Times New Roman" w:cs="Times New Roman"/>
        </w:rPr>
      </w:pPr>
    </w:p>
    <w:p w14:paraId="3B53599B" w14:textId="77777777" w:rsidR="00EF6655" w:rsidRPr="005014BE" w:rsidRDefault="00EF6655">
      <w:pPr>
        <w:rPr>
          <w:rFonts w:ascii="Times New Roman" w:hAnsi="Times New Roman" w:cs="Times New Roman"/>
        </w:rPr>
      </w:pPr>
    </w:p>
    <w:p w14:paraId="07A1693A" w14:textId="46833DCD" w:rsidR="00A50BA5" w:rsidRPr="005014BE" w:rsidRDefault="00AE10D3">
      <w:pPr>
        <w:pStyle w:val="Heading1Custom"/>
        <w:rPr>
          <w:rFonts w:ascii="Times New Roman" w:hAnsi="Times New Roman" w:cs="Times New Roman"/>
        </w:rPr>
      </w:pPr>
      <w:r w:rsidRPr="005014BE">
        <w:rPr>
          <w:rFonts w:ascii="Times New Roman" w:hAnsi="Times New Roman" w:cs="Times New Roman"/>
        </w:rPr>
        <w:t xml:space="preserve">2. </w:t>
      </w:r>
      <w:r w:rsidR="00FB6B93" w:rsidRPr="00FB6B93">
        <w:rPr>
          <w:rFonts w:ascii="Times New Roman" w:hAnsi="Times New Roman" w:cs="Times New Roman"/>
        </w:rPr>
        <w:t>Fillable Proposal Template</w:t>
      </w:r>
    </w:p>
    <w:p w14:paraId="564E8859" w14:textId="72601B61" w:rsidR="00A50BA5" w:rsidRPr="005014BE" w:rsidRDefault="00AE10D3">
      <w:pPr>
        <w:pStyle w:val="Heading2Custom"/>
        <w:rPr>
          <w:rFonts w:ascii="Times New Roman" w:hAnsi="Times New Roman" w:cs="Times New Roman"/>
        </w:rPr>
      </w:pPr>
      <w:r w:rsidRPr="005014BE">
        <w:rPr>
          <w:rFonts w:ascii="Times New Roman" w:hAnsi="Times New Roman" w:cs="Times New Roman"/>
        </w:rPr>
        <w:t xml:space="preserve">2.1 </w:t>
      </w:r>
      <w:r w:rsidR="00FB6B93" w:rsidRPr="00FB6B93">
        <w:rPr>
          <w:rFonts w:ascii="Times New Roman" w:hAnsi="Times New Roman" w:cs="Times New Roman"/>
        </w:rPr>
        <w:t>Identification Data</w:t>
      </w:r>
    </w:p>
    <w:tbl>
      <w:tblPr>
        <w:tblW w:w="0" w:type="auto"/>
        <w:jc w:val="center"/>
        <w:tblLayout w:type="fixed"/>
        <w:tblLook w:val="04A0" w:firstRow="1" w:lastRow="0" w:firstColumn="1" w:lastColumn="0" w:noHBand="0" w:noVBand="1"/>
      </w:tblPr>
      <w:tblGrid>
        <w:gridCol w:w="2891"/>
        <w:gridCol w:w="6633"/>
      </w:tblGrid>
      <w:tr w:rsidR="00A50BA5" w:rsidRPr="005014BE" w14:paraId="1ACA4818"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1DD1939A" w14:textId="0E88CA81" w:rsidR="00A50BA5" w:rsidRPr="005014BE" w:rsidRDefault="00FB6B93">
            <w:pPr>
              <w:rPr>
                <w:rFonts w:ascii="Times New Roman" w:hAnsi="Times New Roman" w:cs="Times New Roman"/>
              </w:rPr>
            </w:pPr>
            <w:r>
              <w:rPr>
                <w:rFonts w:ascii="Times New Roman" w:hAnsi="Times New Roman" w:cs="Times New Roman"/>
                <w:b/>
                <w:color w:val="184955"/>
                <w:sz w:val="21"/>
              </w:rPr>
              <w:t>Applicant´s First Name and Last Name</w:t>
            </w:r>
          </w:p>
        </w:tc>
        <w:tc>
          <w:tcPr>
            <w:tcW w:w="6633" w:type="dxa"/>
            <w:tcBorders>
              <w:top w:val="single" w:sz="6" w:space="0" w:color="BFC8CC"/>
              <w:left w:val="single" w:sz="6" w:space="0" w:color="BFC8CC"/>
              <w:bottom w:val="single" w:sz="6" w:space="0" w:color="BFC8CC"/>
              <w:right w:val="single" w:sz="6" w:space="0" w:color="BFC8CC"/>
            </w:tcBorders>
            <w:vAlign w:val="center"/>
          </w:tcPr>
          <w:p w14:paraId="0C18498C" w14:textId="6596050C"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Insert name</w:t>
            </w:r>
            <w:r w:rsidRPr="005014BE">
              <w:rPr>
                <w:rFonts w:ascii="Times New Roman" w:hAnsi="Times New Roman" w:cs="Times New Roman"/>
                <w:i/>
                <w:color w:val="5A5A5A"/>
                <w:sz w:val="21"/>
              </w:rPr>
              <w:t>]</w:t>
            </w:r>
          </w:p>
        </w:tc>
      </w:tr>
      <w:tr w:rsidR="00A50BA5" w:rsidRPr="005014BE" w14:paraId="3DB03472"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5D3C7817" w14:textId="4B4DF0AD" w:rsidR="00A50BA5" w:rsidRPr="005014BE" w:rsidRDefault="00FB6B93">
            <w:pPr>
              <w:rPr>
                <w:rFonts w:ascii="Times New Roman" w:hAnsi="Times New Roman" w:cs="Times New Roman"/>
              </w:rPr>
            </w:pPr>
            <w:r>
              <w:rPr>
                <w:rFonts w:ascii="Times New Roman" w:hAnsi="Times New Roman" w:cs="Times New Roman"/>
                <w:b/>
                <w:color w:val="184955"/>
                <w:sz w:val="21"/>
              </w:rPr>
              <w:t>Working Title of the Project</w:t>
            </w:r>
          </w:p>
        </w:tc>
        <w:tc>
          <w:tcPr>
            <w:tcW w:w="6633" w:type="dxa"/>
            <w:tcBorders>
              <w:top w:val="single" w:sz="6" w:space="0" w:color="BFC8CC"/>
              <w:left w:val="single" w:sz="6" w:space="0" w:color="BFC8CC"/>
              <w:bottom w:val="single" w:sz="6" w:space="0" w:color="BFC8CC"/>
              <w:right w:val="single" w:sz="6" w:space="0" w:color="BFC8CC"/>
            </w:tcBorders>
            <w:vAlign w:val="center"/>
          </w:tcPr>
          <w:p w14:paraId="73D7ED1C" w14:textId="3E3FA9F9"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Insert precise working title</w:t>
            </w:r>
            <w:r w:rsidRPr="005014BE">
              <w:rPr>
                <w:rFonts w:ascii="Times New Roman" w:hAnsi="Times New Roman" w:cs="Times New Roman"/>
                <w:i/>
                <w:color w:val="5A5A5A"/>
                <w:sz w:val="21"/>
              </w:rPr>
              <w:t>]</w:t>
            </w:r>
          </w:p>
        </w:tc>
      </w:tr>
      <w:tr w:rsidR="00A50BA5" w:rsidRPr="005014BE" w14:paraId="62B04051"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2BD8DB32" w14:textId="38F2A191" w:rsidR="00A50BA5" w:rsidRPr="005014BE" w:rsidRDefault="00FB6B93">
            <w:pPr>
              <w:rPr>
                <w:rFonts w:ascii="Times New Roman" w:hAnsi="Times New Roman" w:cs="Times New Roman"/>
              </w:rPr>
            </w:pPr>
            <w:r>
              <w:rPr>
                <w:rFonts w:ascii="Times New Roman" w:hAnsi="Times New Roman" w:cs="Times New Roman"/>
                <w:b/>
                <w:color w:val="184955"/>
                <w:sz w:val="21"/>
              </w:rPr>
              <w:t>Proposed Thematic Framework</w:t>
            </w:r>
          </w:p>
        </w:tc>
        <w:tc>
          <w:tcPr>
            <w:tcW w:w="6633" w:type="dxa"/>
            <w:tcBorders>
              <w:top w:val="single" w:sz="6" w:space="0" w:color="BFC8CC"/>
              <w:left w:val="single" w:sz="6" w:space="0" w:color="BFC8CC"/>
              <w:bottom w:val="single" w:sz="6" w:space="0" w:color="BFC8CC"/>
              <w:right w:val="single" w:sz="6" w:space="0" w:color="BFC8CC"/>
            </w:tcBorders>
            <w:vAlign w:val="center"/>
          </w:tcPr>
          <w:p w14:paraId="395DE894" w14:textId="152CA7E9"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Public Health and Prevention / Healthcare Management</w:t>
            </w:r>
            <w:r w:rsidRPr="005014BE">
              <w:rPr>
                <w:rFonts w:ascii="Times New Roman" w:hAnsi="Times New Roman" w:cs="Times New Roman"/>
                <w:i/>
                <w:color w:val="5A5A5A"/>
                <w:sz w:val="21"/>
              </w:rPr>
              <w:t>]</w:t>
            </w:r>
          </w:p>
        </w:tc>
      </w:tr>
      <w:tr w:rsidR="00A50BA5" w:rsidRPr="005014BE" w14:paraId="41C0F843"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1EA0595E" w14:textId="5B4BE133" w:rsidR="00A50BA5" w:rsidRPr="005014BE" w:rsidRDefault="00FB6B93">
            <w:pPr>
              <w:rPr>
                <w:rFonts w:ascii="Times New Roman" w:hAnsi="Times New Roman" w:cs="Times New Roman"/>
              </w:rPr>
            </w:pPr>
            <w:r>
              <w:rPr>
                <w:rFonts w:ascii="Times New Roman" w:hAnsi="Times New Roman" w:cs="Times New Roman"/>
                <w:b/>
                <w:color w:val="184955"/>
                <w:sz w:val="21"/>
              </w:rPr>
              <w:t>Expected Form of Study</w:t>
            </w:r>
          </w:p>
        </w:tc>
        <w:tc>
          <w:tcPr>
            <w:tcW w:w="6633" w:type="dxa"/>
            <w:tcBorders>
              <w:top w:val="single" w:sz="6" w:space="0" w:color="BFC8CC"/>
              <w:left w:val="single" w:sz="6" w:space="0" w:color="BFC8CC"/>
              <w:bottom w:val="single" w:sz="6" w:space="0" w:color="BFC8CC"/>
              <w:right w:val="single" w:sz="6" w:space="0" w:color="BFC8CC"/>
            </w:tcBorders>
            <w:vAlign w:val="center"/>
          </w:tcPr>
          <w:p w14:paraId="08911AE2" w14:textId="7FD35303"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Ful-time / combined</w:t>
            </w:r>
            <w:r w:rsidRPr="005014BE">
              <w:rPr>
                <w:rFonts w:ascii="Times New Roman" w:hAnsi="Times New Roman" w:cs="Times New Roman"/>
                <w:i/>
                <w:color w:val="5A5A5A"/>
                <w:sz w:val="21"/>
              </w:rPr>
              <w:t>]</w:t>
            </w:r>
          </w:p>
        </w:tc>
      </w:tr>
      <w:tr w:rsidR="00A50BA5" w:rsidRPr="005014BE" w14:paraId="5AB69EDF"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230109F8" w14:textId="1CAA2A7F" w:rsidR="00A50BA5" w:rsidRPr="005014BE" w:rsidRDefault="00FB6B93">
            <w:pPr>
              <w:rPr>
                <w:rFonts w:ascii="Times New Roman" w:hAnsi="Times New Roman" w:cs="Times New Roman"/>
              </w:rPr>
            </w:pPr>
            <w:r>
              <w:rPr>
                <w:rFonts w:ascii="Times New Roman" w:hAnsi="Times New Roman" w:cs="Times New Roman"/>
                <w:b/>
                <w:color w:val="184955"/>
                <w:sz w:val="21"/>
              </w:rPr>
              <w:t>Key Words</w:t>
            </w:r>
          </w:p>
        </w:tc>
        <w:tc>
          <w:tcPr>
            <w:tcW w:w="6633" w:type="dxa"/>
            <w:tcBorders>
              <w:top w:val="single" w:sz="6" w:space="0" w:color="BFC8CC"/>
              <w:left w:val="single" w:sz="6" w:space="0" w:color="BFC8CC"/>
              <w:bottom w:val="single" w:sz="6" w:space="0" w:color="BFC8CC"/>
              <w:right w:val="single" w:sz="6" w:space="0" w:color="BFC8CC"/>
            </w:tcBorders>
            <w:vAlign w:val="center"/>
          </w:tcPr>
          <w:p w14:paraId="79E82A95" w14:textId="31E554B2"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 xml:space="preserve">[4–6 </w:t>
            </w:r>
            <w:r w:rsidR="00FB6B93">
              <w:rPr>
                <w:rFonts w:ascii="Times New Roman" w:hAnsi="Times New Roman" w:cs="Times New Roman"/>
                <w:i/>
                <w:color w:val="5A5A5A"/>
                <w:sz w:val="21"/>
              </w:rPr>
              <w:t>keywords/terms</w:t>
            </w:r>
            <w:r w:rsidRPr="005014BE">
              <w:rPr>
                <w:rFonts w:ascii="Times New Roman" w:hAnsi="Times New Roman" w:cs="Times New Roman"/>
                <w:i/>
                <w:color w:val="5A5A5A"/>
                <w:sz w:val="21"/>
              </w:rPr>
              <w:t>]</w:t>
            </w:r>
          </w:p>
        </w:tc>
      </w:tr>
      <w:tr w:rsidR="00A50BA5" w:rsidRPr="005014BE" w14:paraId="0B81B445"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2AF9BDE2" w14:textId="262BB423" w:rsidR="00A50BA5" w:rsidRPr="005014BE" w:rsidRDefault="00FB6B93">
            <w:pPr>
              <w:rPr>
                <w:rFonts w:ascii="Times New Roman" w:hAnsi="Times New Roman" w:cs="Times New Roman"/>
              </w:rPr>
            </w:pPr>
            <w:r>
              <w:rPr>
                <w:rFonts w:ascii="Times New Roman" w:hAnsi="Times New Roman" w:cs="Times New Roman"/>
                <w:b/>
                <w:color w:val="184955"/>
                <w:sz w:val="21"/>
              </w:rPr>
              <w:t>Expected Type of Research</w:t>
            </w:r>
          </w:p>
        </w:tc>
        <w:tc>
          <w:tcPr>
            <w:tcW w:w="6633" w:type="dxa"/>
            <w:tcBorders>
              <w:top w:val="single" w:sz="6" w:space="0" w:color="BFC8CC"/>
              <w:left w:val="single" w:sz="6" w:space="0" w:color="BFC8CC"/>
              <w:bottom w:val="single" w:sz="6" w:space="0" w:color="BFC8CC"/>
              <w:right w:val="single" w:sz="6" w:space="0" w:color="BFC8CC"/>
            </w:tcBorders>
            <w:vAlign w:val="center"/>
          </w:tcPr>
          <w:p w14:paraId="49F65E05" w14:textId="0D3BD9D1"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Quantitative/Qualitative/Mixed methods/Other</w:t>
            </w:r>
            <w:r w:rsidRPr="005014BE">
              <w:rPr>
                <w:rFonts w:ascii="Times New Roman" w:hAnsi="Times New Roman" w:cs="Times New Roman"/>
                <w:i/>
                <w:color w:val="5A5A5A"/>
                <w:sz w:val="21"/>
              </w:rPr>
              <w:t>]</w:t>
            </w:r>
          </w:p>
        </w:tc>
      </w:tr>
      <w:tr w:rsidR="004830E8" w:rsidRPr="005014BE" w14:paraId="4F999B0F"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09ED755D" w14:textId="399302DC" w:rsidR="004830E8" w:rsidRPr="005014BE" w:rsidRDefault="00FB6B93">
            <w:pPr>
              <w:rPr>
                <w:rFonts w:ascii="Times New Roman" w:hAnsi="Times New Roman" w:cs="Times New Roman"/>
                <w:b/>
                <w:color w:val="184955"/>
                <w:sz w:val="21"/>
              </w:rPr>
            </w:pPr>
            <w:r>
              <w:rPr>
                <w:rFonts w:ascii="Times New Roman" w:hAnsi="Times New Roman" w:cs="Times New Roman"/>
                <w:b/>
                <w:color w:val="184955"/>
                <w:sz w:val="21"/>
              </w:rPr>
              <w:t>Supervisor</w:t>
            </w:r>
          </w:p>
        </w:tc>
        <w:tc>
          <w:tcPr>
            <w:tcW w:w="6633" w:type="dxa"/>
            <w:tcBorders>
              <w:top w:val="single" w:sz="6" w:space="0" w:color="BFC8CC"/>
              <w:left w:val="single" w:sz="6" w:space="0" w:color="BFC8CC"/>
              <w:bottom w:val="single" w:sz="6" w:space="0" w:color="BFC8CC"/>
              <w:right w:val="single" w:sz="6" w:space="0" w:color="BFC8CC"/>
            </w:tcBorders>
            <w:vAlign w:val="center"/>
          </w:tcPr>
          <w:p w14:paraId="75BC3065" w14:textId="1A08F707" w:rsidR="004830E8" w:rsidRPr="005014BE" w:rsidRDefault="004830E8">
            <w:pPr>
              <w:rPr>
                <w:rFonts w:ascii="Times New Roman" w:hAnsi="Times New Roman" w:cs="Times New Roman"/>
                <w:i/>
                <w:color w:val="5A5A5A"/>
                <w:sz w:val="21"/>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Insert name</w:t>
            </w:r>
            <w:r w:rsidRPr="005014BE">
              <w:rPr>
                <w:rFonts w:ascii="Times New Roman" w:hAnsi="Times New Roman" w:cs="Times New Roman"/>
                <w:i/>
                <w:color w:val="5A5A5A"/>
                <w:sz w:val="21"/>
              </w:rPr>
              <w:t>]</w:t>
            </w:r>
          </w:p>
        </w:tc>
      </w:tr>
      <w:tr w:rsidR="00E136EF" w:rsidRPr="005014BE" w14:paraId="152D282D" w14:textId="77777777">
        <w:trPr>
          <w:trHeight w:val="454"/>
          <w:jc w:val="center"/>
        </w:trPr>
        <w:tc>
          <w:tcPr>
            <w:tcW w:w="289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52DE7EC4" w14:textId="7674B55E" w:rsidR="00E136EF" w:rsidRDefault="00FB6B93">
            <w:pPr>
              <w:rPr>
                <w:rFonts w:ascii="Times New Roman" w:hAnsi="Times New Roman" w:cs="Times New Roman"/>
                <w:b/>
                <w:color w:val="184955"/>
                <w:sz w:val="21"/>
              </w:rPr>
            </w:pPr>
            <w:r>
              <w:rPr>
                <w:rFonts w:ascii="Times New Roman" w:hAnsi="Times New Roman" w:cs="Times New Roman"/>
                <w:b/>
                <w:color w:val="173F5F"/>
              </w:rPr>
              <w:t>Consultant (if appointed)</w:t>
            </w:r>
          </w:p>
        </w:tc>
        <w:tc>
          <w:tcPr>
            <w:tcW w:w="6633" w:type="dxa"/>
            <w:tcBorders>
              <w:top w:val="single" w:sz="6" w:space="0" w:color="BFC8CC"/>
              <w:left w:val="single" w:sz="6" w:space="0" w:color="BFC8CC"/>
              <w:bottom w:val="single" w:sz="6" w:space="0" w:color="BFC8CC"/>
              <w:right w:val="single" w:sz="6" w:space="0" w:color="BFC8CC"/>
            </w:tcBorders>
            <w:vAlign w:val="center"/>
          </w:tcPr>
          <w:p w14:paraId="3CB209C2" w14:textId="54472596" w:rsidR="00E136EF" w:rsidRPr="005014BE" w:rsidRDefault="00E136EF">
            <w:pPr>
              <w:rPr>
                <w:rFonts w:ascii="Times New Roman" w:hAnsi="Times New Roman" w:cs="Times New Roman"/>
                <w:i/>
                <w:color w:val="5A5A5A"/>
                <w:sz w:val="21"/>
              </w:rPr>
            </w:pPr>
            <w:r w:rsidRPr="005014BE">
              <w:rPr>
                <w:rFonts w:ascii="Times New Roman" w:hAnsi="Times New Roman" w:cs="Times New Roman"/>
                <w:i/>
                <w:color w:val="5A5A5A"/>
                <w:sz w:val="21"/>
              </w:rPr>
              <w:t>[</w:t>
            </w:r>
            <w:r w:rsidR="00FB6B93">
              <w:rPr>
                <w:rFonts w:ascii="Times New Roman" w:hAnsi="Times New Roman" w:cs="Times New Roman"/>
                <w:i/>
                <w:color w:val="5A5A5A"/>
                <w:sz w:val="21"/>
              </w:rPr>
              <w:t>Insert name</w:t>
            </w:r>
            <w:r w:rsidRPr="005014BE">
              <w:rPr>
                <w:rFonts w:ascii="Times New Roman" w:hAnsi="Times New Roman" w:cs="Times New Roman"/>
                <w:i/>
                <w:color w:val="5A5A5A"/>
                <w:sz w:val="21"/>
              </w:rPr>
              <w:t>]</w:t>
            </w:r>
          </w:p>
        </w:tc>
      </w:tr>
    </w:tbl>
    <w:p w14:paraId="006B11E1" w14:textId="77777777" w:rsidR="00A50BA5" w:rsidRDefault="00A50BA5">
      <w:pPr>
        <w:rPr>
          <w:rFonts w:ascii="Times New Roman" w:hAnsi="Times New Roman" w:cs="Times New Roman"/>
        </w:rPr>
      </w:pPr>
    </w:p>
    <w:p w14:paraId="26999BD0" w14:textId="77777777" w:rsidR="00000E61" w:rsidRDefault="00000E61">
      <w:pPr>
        <w:rPr>
          <w:rFonts w:ascii="Times New Roman" w:hAnsi="Times New Roman" w:cs="Times New Roman"/>
        </w:rPr>
      </w:pPr>
    </w:p>
    <w:p w14:paraId="6DFB4171" w14:textId="77777777" w:rsidR="00000E61" w:rsidRDefault="00000E61">
      <w:pPr>
        <w:rPr>
          <w:rFonts w:ascii="Times New Roman" w:hAnsi="Times New Roman" w:cs="Times New Roman"/>
        </w:rPr>
      </w:pPr>
    </w:p>
    <w:p w14:paraId="5B0A914F" w14:textId="77777777" w:rsidR="004830E8" w:rsidRDefault="004830E8">
      <w:pPr>
        <w:rPr>
          <w:rFonts w:ascii="Times New Roman" w:hAnsi="Times New Roman" w:cs="Times New Roman"/>
        </w:rPr>
      </w:pPr>
    </w:p>
    <w:p w14:paraId="3F7572AB" w14:textId="77777777" w:rsidR="00EF6655" w:rsidRDefault="00EF6655">
      <w:pPr>
        <w:rPr>
          <w:rFonts w:ascii="Times New Roman" w:hAnsi="Times New Roman" w:cs="Times New Roman"/>
        </w:rPr>
      </w:pPr>
    </w:p>
    <w:p w14:paraId="17BCE456" w14:textId="77777777" w:rsidR="00EF6655" w:rsidRDefault="00EF6655">
      <w:pPr>
        <w:rPr>
          <w:rFonts w:ascii="Times New Roman" w:hAnsi="Times New Roman" w:cs="Times New Roman"/>
        </w:rPr>
      </w:pPr>
    </w:p>
    <w:p w14:paraId="44908564" w14:textId="77777777" w:rsidR="00EF6655" w:rsidRDefault="00EF6655">
      <w:pPr>
        <w:rPr>
          <w:rFonts w:ascii="Times New Roman" w:hAnsi="Times New Roman" w:cs="Times New Roman"/>
        </w:rPr>
      </w:pPr>
    </w:p>
    <w:p w14:paraId="775A3879" w14:textId="77777777" w:rsidR="00EF6655" w:rsidRDefault="00EF6655">
      <w:pPr>
        <w:rPr>
          <w:rFonts w:ascii="Times New Roman" w:hAnsi="Times New Roman" w:cs="Times New Roman"/>
        </w:rPr>
      </w:pPr>
    </w:p>
    <w:p w14:paraId="5B35706B" w14:textId="77777777" w:rsidR="00EF6655" w:rsidRDefault="00EF6655">
      <w:pPr>
        <w:rPr>
          <w:rFonts w:ascii="Times New Roman" w:hAnsi="Times New Roman" w:cs="Times New Roman"/>
        </w:rPr>
      </w:pPr>
    </w:p>
    <w:p w14:paraId="2C269975" w14:textId="77777777" w:rsidR="00EF6655" w:rsidRDefault="00EF6655">
      <w:pPr>
        <w:rPr>
          <w:rFonts w:ascii="Times New Roman" w:hAnsi="Times New Roman" w:cs="Times New Roman"/>
        </w:rPr>
      </w:pPr>
    </w:p>
    <w:p w14:paraId="5FD9D626" w14:textId="77777777" w:rsidR="00EF6655" w:rsidRDefault="00EF6655">
      <w:pPr>
        <w:rPr>
          <w:rFonts w:ascii="Times New Roman" w:hAnsi="Times New Roman" w:cs="Times New Roman"/>
        </w:rPr>
      </w:pPr>
    </w:p>
    <w:p w14:paraId="42F955EF" w14:textId="77777777" w:rsidR="00000E61" w:rsidRDefault="00000E61">
      <w:pPr>
        <w:rPr>
          <w:rFonts w:ascii="Times New Roman" w:hAnsi="Times New Roman" w:cs="Times New Roman"/>
        </w:rPr>
      </w:pPr>
    </w:p>
    <w:p w14:paraId="72627B67" w14:textId="77777777" w:rsidR="00000E61" w:rsidRPr="005014BE" w:rsidRDefault="00000E61">
      <w:pPr>
        <w:rPr>
          <w:rFonts w:ascii="Times New Roman" w:hAnsi="Times New Roman" w:cs="Times New Roman"/>
        </w:rPr>
      </w:pPr>
    </w:p>
    <w:p w14:paraId="4725067E" w14:textId="016FB52C" w:rsidR="00A50BA5" w:rsidRPr="005014BE" w:rsidRDefault="00AE10D3">
      <w:pPr>
        <w:pStyle w:val="Heading2Custom"/>
        <w:rPr>
          <w:rFonts w:ascii="Times New Roman" w:hAnsi="Times New Roman" w:cs="Times New Roman"/>
        </w:rPr>
      </w:pPr>
      <w:r w:rsidRPr="005014BE">
        <w:rPr>
          <w:rFonts w:ascii="Times New Roman" w:hAnsi="Times New Roman" w:cs="Times New Roman"/>
        </w:rPr>
        <w:lastRenderedPageBreak/>
        <w:t xml:space="preserve">2.2 </w:t>
      </w:r>
      <w:r w:rsidR="00FB6B93" w:rsidRPr="00FB6B93">
        <w:rPr>
          <w:rFonts w:ascii="Times New Roman" w:hAnsi="Times New Roman" w:cs="Times New Roman"/>
        </w:rPr>
        <w:t>Definition of the Topic and Relevance of the Problem</w:t>
      </w:r>
    </w:p>
    <w:tbl>
      <w:tblPr>
        <w:tblW w:w="0" w:type="auto"/>
        <w:jc w:val="center"/>
        <w:tblLook w:val="04A0" w:firstRow="1" w:lastRow="0" w:firstColumn="1" w:lastColumn="0" w:noHBand="0" w:noVBand="1"/>
      </w:tblPr>
      <w:tblGrid>
        <w:gridCol w:w="9071"/>
      </w:tblGrid>
      <w:tr w:rsidR="00A50BA5" w:rsidRPr="005014BE" w14:paraId="5D51B2E4"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321756CD" w14:textId="77777777" w:rsidR="00DE1F0C" w:rsidRDefault="00DE1F0C">
            <w:pPr>
              <w:spacing w:after="40"/>
              <w:rPr>
                <w:rFonts w:ascii="Times New Roman" w:hAnsi="Times New Roman" w:cs="Times New Roman"/>
                <w:b/>
                <w:color w:val="184955"/>
                <w:sz w:val="21"/>
              </w:rPr>
            </w:pPr>
            <w:r w:rsidRPr="00DE1F0C">
              <w:rPr>
                <w:rFonts w:ascii="Times New Roman" w:hAnsi="Times New Roman" w:cs="Times New Roman"/>
                <w:b/>
                <w:color w:val="184955"/>
                <w:sz w:val="21"/>
              </w:rPr>
              <w:t>Academic Function of the Chapter</w:t>
            </w:r>
            <w:r w:rsidRPr="00DE1F0C">
              <w:rPr>
                <w:rFonts w:ascii="Times New Roman" w:hAnsi="Times New Roman" w:cs="Times New Roman"/>
                <w:b/>
                <w:color w:val="184955"/>
                <w:sz w:val="21"/>
              </w:rPr>
              <w:t xml:space="preserve"> </w:t>
            </w:r>
          </w:p>
          <w:p w14:paraId="3329954E" w14:textId="5DF599BA" w:rsidR="00A50BA5" w:rsidRPr="005014BE" w:rsidRDefault="00DE1F0C">
            <w:pPr>
              <w:spacing w:after="40"/>
              <w:rPr>
                <w:rFonts w:ascii="Times New Roman" w:hAnsi="Times New Roman" w:cs="Times New Roman"/>
              </w:rPr>
            </w:pPr>
            <w:r w:rsidRPr="00DE1F0C">
              <w:rPr>
                <w:rFonts w:ascii="Times New Roman" w:hAnsi="Times New Roman" w:cs="Times New Roman"/>
                <w:sz w:val="21"/>
              </w:rPr>
              <w:t xml:space="preserve">This section must convincingly demonstrate what problem you will investigate, why it is academically and socially relevant, and why it </w:t>
            </w:r>
            <w:r>
              <w:rPr>
                <w:rFonts w:ascii="Times New Roman" w:hAnsi="Times New Roman" w:cs="Times New Roman"/>
                <w:sz w:val="21"/>
              </w:rPr>
              <w:t>deserves</w:t>
            </w:r>
            <w:r w:rsidRPr="00DE1F0C">
              <w:rPr>
                <w:rFonts w:ascii="Times New Roman" w:hAnsi="Times New Roman" w:cs="Times New Roman"/>
                <w:sz w:val="21"/>
              </w:rPr>
              <w:t xml:space="preserve"> dissertation research. It is not enough to simply state that the topic is important. It is necessary to define the problem, the context, and the gap in current knowledge or practice.</w:t>
            </w:r>
          </w:p>
        </w:tc>
      </w:tr>
    </w:tbl>
    <w:p w14:paraId="2248C1B3"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10D181F6"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37DA6602" w14:textId="77777777" w:rsidR="00DE1F0C" w:rsidRDefault="00DE1F0C" w:rsidP="00DE1F0C">
            <w:pPr>
              <w:spacing w:after="40"/>
              <w:rPr>
                <w:rFonts w:ascii="Times New Roman" w:hAnsi="Times New Roman" w:cs="Times New Roman"/>
                <w:b/>
                <w:color w:val="184955"/>
                <w:sz w:val="21"/>
              </w:rPr>
            </w:pPr>
            <w:r w:rsidRPr="00DE1F0C">
              <w:rPr>
                <w:rFonts w:ascii="Times New Roman" w:hAnsi="Times New Roman" w:cs="Times New Roman"/>
                <w:b/>
                <w:color w:val="184955"/>
                <w:sz w:val="21"/>
              </w:rPr>
              <w:t>What the Chapter Should Contain</w:t>
            </w:r>
            <w:r w:rsidRPr="00DE1F0C">
              <w:rPr>
                <w:rFonts w:ascii="Times New Roman" w:hAnsi="Times New Roman" w:cs="Times New Roman"/>
                <w:b/>
                <w:color w:val="184955"/>
                <w:sz w:val="21"/>
              </w:rPr>
              <w:t xml:space="preserve"> </w:t>
            </w:r>
          </w:p>
          <w:p w14:paraId="14E78E43" w14:textId="3A2E3B10" w:rsidR="00DE1F0C" w:rsidRPr="00DE1F0C" w:rsidRDefault="00DE1F0C" w:rsidP="00DE1F0C">
            <w:pPr>
              <w:pStyle w:val="Odstavecseseznamem"/>
              <w:numPr>
                <w:ilvl w:val="0"/>
                <w:numId w:val="18"/>
              </w:numPr>
              <w:spacing w:after="40"/>
              <w:rPr>
                <w:rFonts w:ascii="Times New Roman" w:hAnsi="Times New Roman" w:cs="Times New Roman"/>
                <w:sz w:val="21"/>
                <w:lang w:val="cs-CZ"/>
              </w:rPr>
            </w:pPr>
            <w:r w:rsidRPr="00DE1F0C">
              <w:rPr>
                <w:rFonts w:ascii="Times New Roman" w:hAnsi="Times New Roman" w:cs="Times New Roman"/>
                <w:sz w:val="21"/>
                <w:lang w:val="cs-CZ"/>
              </w:rPr>
              <w:t xml:space="preserve">A </w:t>
            </w:r>
            <w:proofErr w:type="spellStart"/>
            <w:r w:rsidRPr="00DE1F0C">
              <w:rPr>
                <w:rFonts w:ascii="Times New Roman" w:hAnsi="Times New Roman" w:cs="Times New Roman"/>
                <w:sz w:val="21"/>
                <w:lang w:val="cs-CZ"/>
              </w:rPr>
              <w:t>brief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definition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topic</w:t>
            </w:r>
            <w:proofErr w:type="spellEnd"/>
            <w:r w:rsidRPr="00DE1F0C">
              <w:rPr>
                <w:rFonts w:ascii="Times New Roman" w:hAnsi="Times New Roman" w:cs="Times New Roman"/>
                <w:sz w:val="21"/>
                <w:lang w:val="cs-CZ"/>
              </w:rPr>
              <w:t xml:space="preserve"> and </w:t>
            </w:r>
            <w:proofErr w:type="spellStart"/>
            <w:r w:rsidRPr="00DE1F0C">
              <w:rPr>
                <w:rFonts w:ascii="Times New Roman" w:hAnsi="Times New Roman" w:cs="Times New Roman"/>
                <w:sz w:val="21"/>
                <w:lang w:val="cs-CZ"/>
              </w:rPr>
              <w:t>its</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context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within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healthcare</w:t>
            </w:r>
            <w:proofErr w:type="spellEnd"/>
            <w:r w:rsidRPr="00DE1F0C">
              <w:rPr>
                <w:rFonts w:ascii="Times New Roman" w:hAnsi="Times New Roman" w:cs="Times New Roman"/>
                <w:sz w:val="21"/>
                <w:lang w:val="cs-CZ"/>
              </w:rPr>
              <w:t>.</w:t>
            </w:r>
          </w:p>
          <w:p w14:paraId="247FCF50" w14:textId="5CDADBBD" w:rsidR="00DE1F0C" w:rsidRPr="00DE1F0C" w:rsidRDefault="00DE1F0C" w:rsidP="00DE1F0C">
            <w:pPr>
              <w:pStyle w:val="Odstavecseseznamem"/>
              <w:numPr>
                <w:ilvl w:val="0"/>
                <w:numId w:val="18"/>
              </w:numPr>
              <w:spacing w:after="40"/>
              <w:rPr>
                <w:rFonts w:ascii="Times New Roman" w:hAnsi="Times New Roman" w:cs="Times New Roman"/>
                <w:sz w:val="21"/>
                <w:lang w:val="cs-CZ"/>
              </w:rPr>
            </w:pPr>
            <w:r w:rsidRPr="00DE1F0C">
              <w:rPr>
                <w:rFonts w:ascii="Times New Roman" w:hAnsi="Times New Roman" w:cs="Times New Roman"/>
                <w:sz w:val="21"/>
                <w:lang w:val="cs-CZ"/>
              </w:rPr>
              <w:t xml:space="preserve">A </w:t>
            </w:r>
            <w:proofErr w:type="spellStart"/>
            <w:r w:rsidRPr="00DE1F0C">
              <w:rPr>
                <w:rFonts w:ascii="Times New Roman" w:hAnsi="Times New Roman" w:cs="Times New Roman"/>
                <w:sz w:val="21"/>
                <w:lang w:val="cs-CZ"/>
              </w:rPr>
              <w:t>description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current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state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affairs</w:t>
            </w:r>
            <w:proofErr w:type="spellEnd"/>
            <w:r w:rsidRPr="00DE1F0C">
              <w:rPr>
                <w:rFonts w:ascii="Times New Roman" w:hAnsi="Times New Roman" w:cs="Times New Roman"/>
                <w:sz w:val="21"/>
                <w:lang w:val="cs-CZ"/>
              </w:rPr>
              <w:t xml:space="preserve"> and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reason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why</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problem</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is</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relevant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right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now</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Identification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a </w:t>
            </w:r>
            <w:proofErr w:type="spellStart"/>
            <w:r w:rsidRPr="00DE1F0C">
              <w:rPr>
                <w:rFonts w:ascii="Times New Roman" w:hAnsi="Times New Roman" w:cs="Times New Roman"/>
                <w:sz w:val="21"/>
                <w:lang w:val="cs-CZ"/>
              </w:rPr>
              <w:t>knowledge</w:t>
            </w:r>
            <w:proofErr w:type="spellEnd"/>
            <w:r w:rsidRPr="00DE1F0C">
              <w:rPr>
                <w:rFonts w:ascii="Times New Roman" w:hAnsi="Times New Roman" w:cs="Times New Roman"/>
                <w:sz w:val="21"/>
                <w:lang w:val="cs-CZ"/>
              </w:rPr>
              <w:t xml:space="preserve"> gap, </w:t>
            </w:r>
            <w:proofErr w:type="spellStart"/>
            <w:r w:rsidRPr="00DE1F0C">
              <w:rPr>
                <w:rFonts w:ascii="Times New Roman" w:hAnsi="Times New Roman" w:cs="Times New Roman"/>
                <w:sz w:val="21"/>
                <w:lang w:val="cs-CZ"/>
              </w:rPr>
              <w:t>unresolved</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question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or</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practical</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issue</w:t>
            </w:r>
            <w:proofErr w:type="spellEnd"/>
            <w:r w:rsidRPr="00DE1F0C">
              <w:rPr>
                <w:rFonts w:ascii="Times New Roman" w:hAnsi="Times New Roman" w:cs="Times New Roman"/>
                <w:sz w:val="21"/>
                <w:lang w:val="cs-CZ"/>
              </w:rPr>
              <w:t>.</w:t>
            </w:r>
          </w:p>
          <w:p w14:paraId="5640EFE6" w14:textId="51D893E6" w:rsidR="00DE1F0C" w:rsidRPr="00DE1F0C" w:rsidRDefault="00DE1F0C" w:rsidP="00DE1F0C">
            <w:pPr>
              <w:pStyle w:val="Odstavecseseznamem"/>
              <w:numPr>
                <w:ilvl w:val="0"/>
                <w:numId w:val="18"/>
              </w:numPr>
              <w:spacing w:after="40"/>
              <w:rPr>
                <w:rFonts w:ascii="Times New Roman" w:hAnsi="Times New Roman" w:cs="Times New Roman"/>
                <w:sz w:val="21"/>
                <w:lang w:val="cs-CZ"/>
              </w:rPr>
            </w:pPr>
            <w:r w:rsidRPr="00DE1F0C">
              <w:rPr>
                <w:rFonts w:ascii="Times New Roman" w:hAnsi="Times New Roman" w:cs="Times New Roman"/>
                <w:sz w:val="21"/>
                <w:lang w:val="cs-CZ"/>
              </w:rPr>
              <w:t xml:space="preserve">An </w:t>
            </w:r>
            <w:proofErr w:type="spellStart"/>
            <w:r w:rsidRPr="00DE1F0C">
              <w:rPr>
                <w:rFonts w:ascii="Times New Roman" w:hAnsi="Times New Roman" w:cs="Times New Roman"/>
                <w:sz w:val="21"/>
                <w:lang w:val="cs-CZ"/>
              </w:rPr>
              <w:t>explanation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how</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topic</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relates</w:t>
            </w:r>
            <w:proofErr w:type="spellEnd"/>
            <w:r w:rsidRPr="00DE1F0C">
              <w:rPr>
                <w:rFonts w:ascii="Times New Roman" w:hAnsi="Times New Roman" w:cs="Times New Roman"/>
                <w:sz w:val="21"/>
                <w:lang w:val="cs-CZ"/>
              </w:rPr>
              <w:t xml:space="preserve"> to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profile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Doctoral</w:t>
            </w:r>
            <w:proofErr w:type="spellEnd"/>
            <w:r w:rsidRPr="00DE1F0C">
              <w:rPr>
                <w:rFonts w:ascii="Times New Roman" w:hAnsi="Times New Roman" w:cs="Times New Roman"/>
                <w:sz w:val="21"/>
                <w:lang w:val="cs-CZ"/>
              </w:rPr>
              <w:t xml:space="preserve"> Study </w:t>
            </w:r>
            <w:proofErr w:type="spellStart"/>
            <w:r w:rsidRPr="00DE1F0C">
              <w:rPr>
                <w:rFonts w:ascii="Times New Roman" w:hAnsi="Times New Roman" w:cs="Times New Roman"/>
                <w:sz w:val="21"/>
                <w:lang w:val="cs-CZ"/>
              </w:rPr>
              <w:t>Programme</w:t>
            </w:r>
            <w:proofErr w:type="spellEnd"/>
            <w:r w:rsidRPr="00DE1F0C">
              <w:rPr>
                <w:rFonts w:ascii="Times New Roman" w:hAnsi="Times New Roman" w:cs="Times New Roman"/>
                <w:sz w:val="21"/>
                <w:lang w:val="cs-CZ"/>
              </w:rPr>
              <w:t xml:space="preserve"> (DSP) in </w:t>
            </w:r>
            <w:proofErr w:type="spellStart"/>
            <w:r w:rsidRPr="00DE1F0C">
              <w:rPr>
                <w:rFonts w:ascii="Times New Roman" w:hAnsi="Times New Roman" w:cs="Times New Roman"/>
                <w:sz w:val="21"/>
                <w:lang w:val="cs-CZ"/>
              </w:rPr>
              <w:t>Healthcare</w:t>
            </w:r>
            <w:proofErr w:type="spellEnd"/>
            <w:r w:rsidRPr="00DE1F0C">
              <w:rPr>
                <w:rFonts w:ascii="Times New Roman" w:hAnsi="Times New Roman" w:cs="Times New Roman"/>
                <w:sz w:val="21"/>
                <w:lang w:val="cs-CZ"/>
              </w:rPr>
              <w:t xml:space="preserve"> Management and </w:t>
            </w:r>
            <w:proofErr w:type="spellStart"/>
            <w:r w:rsidRPr="00DE1F0C">
              <w:rPr>
                <w:rFonts w:ascii="Times New Roman" w:hAnsi="Times New Roman" w:cs="Times New Roman"/>
                <w:sz w:val="21"/>
                <w:lang w:val="cs-CZ"/>
              </w:rPr>
              <w:t>Efficiency</w:t>
            </w:r>
            <w:proofErr w:type="spellEnd"/>
            <w:r w:rsidRPr="00DE1F0C">
              <w:rPr>
                <w:rFonts w:ascii="Times New Roman" w:hAnsi="Times New Roman" w:cs="Times New Roman"/>
                <w:sz w:val="21"/>
                <w:lang w:val="cs-CZ"/>
              </w:rPr>
              <w:t>.</w:t>
            </w:r>
          </w:p>
          <w:p w14:paraId="73A15F4A" w14:textId="23873421" w:rsidR="00A50BA5" w:rsidRPr="000107D4" w:rsidRDefault="00A50BA5" w:rsidP="00DE1F0C">
            <w:pPr>
              <w:pStyle w:val="Odstavecseseznamem"/>
              <w:spacing w:after="40"/>
              <w:rPr>
                <w:rFonts w:ascii="Times New Roman" w:hAnsi="Times New Roman" w:cs="Times New Roman"/>
              </w:rPr>
            </w:pPr>
          </w:p>
        </w:tc>
      </w:tr>
    </w:tbl>
    <w:p w14:paraId="50737962"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0F582A55"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0322B6B3" w14:textId="77777777" w:rsidR="00DE1F0C" w:rsidRDefault="00DE1F0C">
            <w:pPr>
              <w:spacing w:after="40"/>
              <w:rPr>
                <w:rFonts w:ascii="Times New Roman" w:hAnsi="Times New Roman" w:cs="Times New Roman"/>
                <w:b/>
                <w:color w:val="184955"/>
                <w:sz w:val="21"/>
              </w:rPr>
            </w:pPr>
            <w:r w:rsidRPr="00DE1F0C">
              <w:rPr>
                <w:rFonts w:ascii="Times New Roman" w:hAnsi="Times New Roman" w:cs="Times New Roman"/>
                <w:b/>
                <w:color w:val="184955"/>
                <w:sz w:val="21"/>
              </w:rPr>
              <w:t>Recommended Phrasing for Writing</w:t>
            </w:r>
          </w:p>
          <w:p w14:paraId="1F0DCBC2" w14:textId="78AB6180" w:rsidR="00DE1F0C" w:rsidRPr="00DE1F0C" w:rsidRDefault="00DE1F0C" w:rsidP="00DE1F0C">
            <w:pPr>
              <w:spacing w:after="40"/>
              <w:rPr>
                <w:rFonts w:ascii="Times New Roman" w:hAnsi="Times New Roman" w:cs="Times New Roman"/>
                <w:sz w:val="21"/>
                <w:lang w:val="cs-CZ"/>
              </w:rPr>
            </w:pP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project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focuses</w:t>
            </w:r>
            <w:proofErr w:type="spellEnd"/>
            <w:r w:rsidRPr="00DE1F0C">
              <w:rPr>
                <w:rFonts w:ascii="Times New Roman" w:hAnsi="Times New Roman" w:cs="Times New Roman"/>
                <w:sz w:val="21"/>
                <w:lang w:val="cs-CZ"/>
              </w:rPr>
              <w:t xml:space="preserve"> on…</w:t>
            </w:r>
          </w:p>
          <w:p w14:paraId="6F4EA758" w14:textId="2C41F045" w:rsidR="00DE1F0C" w:rsidRPr="00DE1F0C" w:rsidRDefault="00DE1F0C" w:rsidP="00DE1F0C">
            <w:pPr>
              <w:spacing w:after="40"/>
              <w:rPr>
                <w:rFonts w:ascii="Times New Roman" w:hAnsi="Times New Roman" w:cs="Times New Roman"/>
                <w:sz w:val="21"/>
                <w:lang w:val="cs-CZ"/>
              </w:rPr>
            </w:pP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relevance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topic</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lies</w:t>
            </w:r>
            <w:proofErr w:type="spellEnd"/>
            <w:r w:rsidRPr="00DE1F0C">
              <w:rPr>
                <w:rFonts w:ascii="Times New Roman" w:hAnsi="Times New Roman" w:cs="Times New Roman"/>
                <w:sz w:val="21"/>
                <w:lang w:val="cs-CZ"/>
              </w:rPr>
              <w:t xml:space="preserve"> in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fact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that</w:t>
            </w:r>
            <w:proofErr w:type="spellEnd"/>
            <w:r w:rsidRPr="00DE1F0C">
              <w:rPr>
                <w:rFonts w:ascii="Times New Roman" w:hAnsi="Times New Roman" w:cs="Times New Roman"/>
                <w:sz w:val="21"/>
                <w:lang w:val="cs-CZ"/>
              </w:rPr>
              <w:t>…</w:t>
            </w:r>
          </w:p>
          <w:p w14:paraId="3776BAF4" w14:textId="3F048A7F" w:rsidR="00DE1F0C" w:rsidRPr="00DE1F0C" w:rsidRDefault="00DE1F0C" w:rsidP="00DE1F0C">
            <w:pPr>
              <w:spacing w:after="40"/>
              <w:rPr>
                <w:rFonts w:ascii="Times New Roman" w:hAnsi="Times New Roman" w:cs="Times New Roman"/>
                <w:sz w:val="21"/>
                <w:lang w:val="cs-CZ"/>
              </w:rPr>
            </w:pPr>
            <w:proofErr w:type="spellStart"/>
            <w:r w:rsidRPr="00DE1F0C">
              <w:rPr>
                <w:rFonts w:ascii="Times New Roman" w:hAnsi="Times New Roman" w:cs="Times New Roman"/>
                <w:sz w:val="21"/>
                <w:lang w:val="cs-CZ"/>
              </w:rPr>
              <w:t>Although</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available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studies</w:t>
            </w:r>
            <w:proofErr w:type="spellEnd"/>
            <w:r w:rsidRPr="00DE1F0C">
              <w:rPr>
                <w:rFonts w:ascii="Times New Roman" w:hAnsi="Times New Roman" w:cs="Times New Roman"/>
                <w:sz w:val="21"/>
                <w:lang w:val="cs-CZ"/>
              </w:rPr>
              <w:t xml:space="preserve"> show…, a </w:t>
            </w:r>
            <w:proofErr w:type="spellStart"/>
            <w:r w:rsidRPr="00DE1F0C">
              <w:rPr>
                <w:rFonts w:ascii="Times New Roman" w:hAnsi="Times New Roman" w:cs="Times New Roman"/>
                <w:sz w:val="21"/>
                <w:lang w:val="cs-CZ"/>
              </w:rPr>
              <w:t>lack</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remains</w:t>
            </w:r>
            <w:proofErr w:type="spellEnd"/>
            <w:r w:rsidRPr="00DE1F0C">
              <w:rPr>
                <w:rFonts w:ascii="Times New Roman" w:hAnsi="Times New Roman" w:cs="Times New Roman"/>
                <w:sz w:val="21"/>
                <w:lang w:val="cs-CZ"/>
              </w:rPr>
              <w:t xml:space="preserve"> in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Czech </w:t>
            </w:r>
            <w:proofErr w:type="spellStart"/>
            <w:r w:rsidRPr="00DE1F0C">
              <w:rPr>
                <w:rFonts w:ascii="Times New Roman" w:hAnsi="Times New Roman" w:cs="Times New Roman"/>
                <w:sz w:val="21"/>
                <w:lang w:val="cs-CZ"/>
              </w:rPr>
              <w:t>context</w:t>
            </w:r>
            <w:proofErr w:type="spellEnd"/>
            <w:r w:rsidRPr="00DE1F0C">
              <w:rPr>
                <w:rFonts w:ascii="Times New Roman" w:hAnsi="Times New Roman" w:cs="Times New Roman"/>
                <w:sz w:val="21"/>
                <w:lang w:val="cs-CZ"/>
              </w:rPr>
              <w:t>.</w:t>
            </w:r>
          </w:p>
          <w:p w14:paraId="60EEF057" w14:textId="53FA2905" w:rsidR="00DE1F0C" w:rsidRPr="00DE1F0C" w:rsidRDefault="00DE1F0C" w:rsidP="00DE1F0C">
            <w:pPr>
              <w:spacing w:after="40"/>
              <w:rPr>
                <w:rFonts w:ascii="Times New Roman" w:hAnsi="Times New Roman" w:cs="Times New Roman"/>
                <w:sz w:val="21"/>
                <w:lang w:val="cs-CZ"/>
              </w:rPr>
            </w:pPr>
            <w:proofErr w:type="spellStart"/>
            <w:r w:rsidRPr="00DE1F0C">
              <w:rPr>
                <w:rFonts w:ascii="Times New Roman" w:hAnsi="Times New Roman" w:cs="Times New Roman"/>
                <w:sz w:val="21"/>
                <w:lang w:val="cs-CZ"/>
              </w:rPr>
              <w:t>From</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perspective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healthcare</w:t>
            </w:r>
            <w:proofErr w:type="spellEnd"/>
            <w:r w:rsidRPr="00DE1F0C">
              <w:rPr>
                <w:rFonts w:ascii="Times New Roman" w:hAnsi="Times New Roman" w:cs="Times New Roman"/>
                <w:sz w:val="21"/>
                <w:lang w:val="cs-CZ"/>
              </w:rPr>
              <w:t xml:space="preserve"> management and </w:t>
            </w:r>
            <w:proofErr w:type="spellStart"/>
            <w:r w:rsidRPr="00DE1F0C">
              <w:rPr>
                <w:rFonts w:ascii="Times New Roman" w:hAnsi="Times New Roman" w:cs="Times New Roman"/>
                <w:sz w:val="21"/>
                <w:lang w:val="cs-CZ"/>
              </w:rPr>
              <w:t>efficiency</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problem</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is</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particularly</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significant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because</w:t>
            </w:r>
            <w:proofErr w:type="spellEnd"/>
            <w:r w:rsidRPr="00DE1F0C">
              <w:rPr>
                <w:rFonts w:ascii="Times New Roman" w:hAnsi="Times New Roman" w:cs="Times New Roman"/>
                <w:sz w:val="21"/>
                <w:lang w:val="cs-CZ"/>
              </w:rPr>
              <w:t>…</w:t>
            </w:r>
          </w:p>
          <w:p w14:paraId="197DEF75" w14:textId="2777192E" w:rsidR="00A50BA5" w:rsidRPr="005014BE" w:rsidRDefault="00A50BA5">
            <w:pPr>
              <w:spacing w:after="40"/>
              <w:rPr>
                <w:rFonts w:ascii="Times New Roman" w:hAnsi="Times New Roman" w:cs="Times New Roman"/>
              </w:rPr>
            </w:pPr>
          </w:p>
        </w:tc>
      </w:tr>
    </w:tbl>
    <w:p w14:paraId="445CB5A7" w14:textId="77777777" w:rsidR="00A50BA5" w:rsidRPr="005014BE" w:rsidRDefault="00A50BA5">
      <w:pPr>
        <w:rPr>
          <w:rFonts w:ascii="Times New Roman" w:hAnsi="Times New Roman" w:cs="Times New Roman"/>
        </w:rPr>
      </w:pPr>
    </w:p>
    <w:p w14:paraId="33B1990B" w14:textId="098DEF05"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DE1F0C" w:rsidRPr="00DE1F0C">
        <w:rPr>
          <w:rFonts w:ascii="Times New Roman" w:hAnsi="Times New Roman" w:cs="Times New Roman"/>
        </w:rPr>
        <w:t>Insert your own text for this chapter here. Approximately 0.75–1 standard page</w:t>
      </w:r>
      <w:r w:rsidRPr="005014BE">
        <w:rPr>
          <w:rFonts w:ascii="Times New Roman" w:hAnsi="Times New Roman" w:cs="Times New Roman"/>
        </w:rPr>
        <w:t>.]</w:t>
      </w:r>
    </w:p>
    <w:p w14:paraId="3F48F883" w14:textId="77777777" w:rsidR="00A50BA5" w:rsidRDefault="00A50BA5">
      <w:pPr>
        <w:rPr>
          <w:rFonts w:ascii="Times New Roman" w:hAnsi="Times New Roman" w:cs="Times New Roman"/>
        </w:rPr>
      </w:pPr>
    </w:p>
    <w:p w14:paraId="6D72984C" w14:textId="77777777" w:rsidR="00000E61" w:rsidRDefault="00000E61">
      <w:pPr>
        <w:rPr>
          <w:rFonts w:ascii="Times New Roman" w:hAnsi="Times New Roman" w:cs="Times New Roman"/>
        </w:rPr>
      </w:pPr>
    </w:p>
    <w:p w14:paraId="60498C3A" w14:textId="77777777" w:rsidR="00000E61" w:rsidRDefault="00000E61">
      <w:pPr>
        <w:rPr>
          <w:rFonts w:ascii="Times New Roman" w:hAnsi="Times New Roman" w:cs="Times New Roman"/>
        </w:rPr>
      </w:pPr>
    </w:p>
    <w:p w14:paraId="00956737" w14:textId="77777777" w:rsidR="00000E61" w:rsidRDefault="00000E61">
      <w:pPr>
        <w:rPr>
          <w:rFonts w:ascii="Times New Roman" w:hAnsi="Times New Roman" w:cs="Times New Roman"/>
        </w:rPr>
      </w:pPr>
    </w:p>
    <w:p w14:paraId="7EA549CC" w14:textId="77777777" w:rsidR="00000E61" w:rsidRDefault="00000E61">
      <w:pPr>
        <w:rPr>
          <w:rFonts w:ascii="Times New Roman" w:hAnsi="Times New Roman" w:cs="Times New Roman"/>
        </w:rPr>
      </w:pPr>
    </w:p>
    <w:p w14:paraId="260D0662" w14:textId="77777777" w:rsidR="00000E61" w:rsidRDefault="00000E61">
      <w:pPr>
        <w:rPr>
          <w:rFonts w:ascii="Times New Roman" w:hAnsi="Times New Roman" w:cs="Times New Roman"/>
        </w:rPr>
      </w:pPr>
    </w:p>
    <w:p w14:paraId="5CBA9293" w14:textId="77777777" w:rsidR="00000E61" w:rsidRDefault="00000E61">
      <w:pPr>
        <w:rPr>
          <w:rFonts w:ascii="Times New Roman" w:hAnsi="Times New Roman" w:cs="Times New Roman"/>
        </w:rPr>
      </w:pPr>
    </w:p>
    <w:p w14:paraId="7C95FB59" w14:textId="77777777" w:rsidR="00000E61" w:rsidRDefault="00000E61">
      <w:pPr>
        <w:rPr>
          <w:rFonts w:ascii="Times New Roman" w:hAnsi="Times New Roman" w:cs="Times New Roman"/>
        </w:rPr>
      </w:pPr>
    </w:p>
    <w:p w14:paraId="20D87F64" w14:textId="77777777" w:rsidR="00000E61" w:rsidRDefault="00000E61">
      <w:pPr>
        <w:rPr>
          <w:rFonts w:ascii="Times New Roman" w:hAnsi="Times New Roman" w:cs="Times New Roman"/>
        </w:rPr>
      </w:pPr>
    </w:p>
    <w:p w14:paraId="2C9BF51F" w14:textId="77777777" w:rsidR="00000E61" w:rsidRDefault="00000E61">
      <w:pPr>
        <w:rPr>
          <w:rFonts w:ascii="Times New Roman" w:hAnsi="Times New Roman" w:cs="Times New Roman"/>
        </w:rPr>
      </w:pPr>
    </w:p>
    <w:p w14:paraId="76177F46" w14:textId="77777777" w:rsidR="00000E61" w:rsidRDefault="00000E61">
      <w:pPr>
        <w:rPr>
          <w:rFonts w:ascii="Times New Roman" w:hAnsi="Times New Roman" w:cs="Times New Roman"/>
        </w:rPr>
      </w:pPr>
    </w:p>
    <w:p w14:paraId="7E7A9889" w14:textId="77777777" w:rsidR="00000E61" w:rsidRDefault="00000E61">
      <w:pPr>
        <w:rPr>
          <w:rFonts w:ascii="Times New Roman" w:hAnsi="Times New Roman" w:cs="Times New Roman"/>
        </w:rPr>
      </w:pPr>
    </w:p>
    <w:p w14:paraId="403AC691" w14:textId="77777777" w:rsidR="00000E61" w:rsidRDefault="00000E61">
      <w:pPr>
        <w:rPr>
          <w:rFonts w:ascii="Times New Roman" w:hAnsi="Times New Roman" w:cs="Times New Roman"/>
        </w:rPr>
      </w:pPr>
    </w:p>
    <w:p w14:paraId="29E079D3" w14:textId="77777777" w:rsidR="00000E61" w:rsidRDefault="00000E61">
      <w:pPr>
        <w:rPr>
          <w:rFonts w:ascii="Times New Roman" w:hAnsi="Times New Roman" w:cs="Times New Roman"/>
        </w:rPr>
      </w:pPr>
    </w:p>
    <w:p w14:paraId="23AE62A1" w14:textId="77777777" w:rsidR="00000E61" w:rsidRDefault="00000E61">
      <w:pPr>
        <w:rPr>
          <w:rFonts w:ascii="Times New Roman" w:hAnsi="Times New Roman" w:cs="Times New Roman"/>
        </w:rPr>
      </w:pPr>
    </w:p>
    <w:p w14:paraId="740A7F32" w14:textId="77777777" w:rsidR="00000E61" w:rsidRDefault="00000E61">
      <w:pPr>
        <w:rPr>
          <w:rFonts w:ascii="Times New Roman" w:hAnsi="Times New Roman" w:cs="Times New Roman"/>
        </w:rPr>
      </w:pPr>
    </w:p>
    <w:p w14:paraId="51BE90A8" w14:textId="77777777" w:rsidR="00000E61" w:rsidRDefault="00000E61">
      <w:pPr>
        <w:rPr>
          <w:rFonts w:ascii="Times New Roman" w:hAnsi="Times New Roman" w:cs="Times New Roman"/>
        </w:rPr>
      </w:pPr>
    </w:p>
    <w:p w14:paraId="16C061AA" w14:textId="77777777" w:rsidR="00000E61" w:rsidRDefault="00000E61">
      <w:pPr>
        <w:rPr>
          <w:rFonts w:ascii="Times New Roman" w:hAnsi="Times New Roman" w:cs="Times New Roman"/>
        </w:rPr>
      </w:pPr>
    </w:p>
    <w:p w14:paraId="6D6F680F" w14:textId="77777777" w:rsidR="00000E61" w:rsidRPr="005014BE" w:rsidRDefault="00000E61">
      <w:pPr>
        <w:rPr>
          <w:rFonts w:ascii="Times New Roman" w:hAnsi="Times New Roman" w:cs="Times New Roman"/>
        </w:rPr>
      </w:pPr>
    </w:p>
    <w:p w14:paraId="65F7F538" w14:textId="7B8053FD" w:rsidR="00A50BA5" w:rsidRPr="005014BE" w:rsidRDefault="00AE10D3">
      <w:pPr>
        <w:pStyle w:val="Heading2Custom"/>
        <w:rPr>
          <w:rFonts w:ascii="Times New Roman" w:hAnsi="Times New Roman" w:cs="Times New Roman"/>
        </w:rPr>
      </w:pPr>
      <w:r w:rsidRPr="005014BE">
        <w:rPr>
          <w:rFonts w:ascii="Times New Roman" w:hAnsi="Times New Roman" w:cs="Times New Roman"/>
        </w:rPr>
        <w:t xml:space="preserve">2.3 </w:t>
      </w:r>
      <w:r w:rsidR="00DE1F0C" w:rsidRPr="00DE1F0C">
        <w:rPr>
          <w:rFonts w:ascii="Times New Roman" w:hAnsi="Times New Roman" w:cs="Times New Roman"/>
        </w:rPr>
        <w:t>Theoretical Framework and State of Knowledge</w:t>
      </w:r>
    </w:p>
    <w:tbl>
      <w:tblPr>
        <w:tblW w:w="0" w:type="auto"/>
        <w:jc w:val="center"/>
        <w:tblLook w:val="04A0" w:firstRow="1" w:lastRow="0" w:firstColumn="1" w:lastColumn="0" w:noHBand="0" w:noVBand="1"/>
      </w:tblPr>
      <w:tblGrid>
        <w:gridCol w:w="9071"/>
      </w:tblGrid>
      <w:tr w:rsidR="00A50BA5" w:rsidRPr="005014BE" w14:paraId="40041A78"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3FAA7284" w14:textId="77777777" w:rsidR="00DE1F0C" w:rsidRDefault="00DE1F0C">
            <w:pPr>
              <w:spacing w:after="40"/>
              <w:rPr>
                <w:rFonts w:ascii="Times New Roman" w:hAnsi="Times New Roman" w:cs="Times New Roman"/>
                <w:b/>
                <w:color w:val="184955"/>
                <w:sz w:val="21"/>
              </w:rPr>
            </w:pPr>
            <w:r w:rsidRPr="00DE1F0C">
              <w:rPr>
                <w:rFonts w:ascii="Times New Roman" w:hAnsi="Times New Roman" w:cs="Times New Roman"/>
                <w:b/>
                <w:color w:val="184955"/>
                <w:sz w:val="21"/>
              </w:rPr>
              <w:t>Academic Function of the Chapte</w:t>
            </w:r>
            <w:r>
              <w:rPr>
                <w:rFonts w:ascii="Times New Roman" w:hAnsi="Times New Roman" w:cs="Times New Roman"/>
                <w:b/>
                <w:color w:val="184955"/>
                <w:sz w:val="21"/>
              </w:rPr>
              <w:t>r</w:t>
            </w:r>
          </w:p>
          <w:p w14:paraId="7F9631DE" w14:textId="37D245D2" w:rsidR="00A50BA5" w:rsidRPr="005014BE" w:rsidRDefault="00DE1F0C">
            <w:pPr>
              <w:spacing w:after="40"/>
              <w:rPr>
                <w:rFonts w:ascii="Times New Roman" w:hAnsi="Times New Roman" w:cs="Times New Roman"/>
              </w:rPr>
            </w:pPr>
            <w:r w:rsidRPr="00DE1F0C">
              <w:rPr>
                <w:rFonts w:ascii="Times New Roman" w:hAnsi="Times New Roman" w:cs="Times New Roman"/>
                <w:sz w:val="21"/>
              </w:rPr>
              <w:t xml:space="preserve">The chapter must demonstrate that you are well-versed in the academic discourse, understand key concepts, and can </w:t>
            </w:r>
            <w:proofErr w:type="spellStart"/>
            <w:r w:rsidRPr="00DE1F0C">
              <w:rPr>
                <w:rFonts w:ascii="Times New Roman" w:hAnsi="Times New Roman" w:cs="Times New Roman"/>
                <w:sz w:val="21"/>
              </w:rPr>
              <w:t>deduce</w:t>
            </w:r>
            <w:proofErr w:type="spellEnd"/>
            <w:r w:rsidRPr="00DE1F0C">
              <w:rPr>
                <w:rFonts w:ascii="Times New Roman" w:hAnsi="Times New Roman" w:cs="Times New Roman"/>
                <w:sz w:val="21"/>
              </w:rPr>
              <w:t xml:space="preserve"> from literature what your project will build upon. It should be a selective and argumentatively functional review, not an encyclopedic list of everything ever published.</w:t>
            </w:r>
          </w:p>
        </w:tc>
      </w:tr>
    </w:tbl>
    <w:p w14:paraId="78783B24"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6E3DC77D"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7C468980" w14:textId="77777777" w:rsidR="00DE1F0C" w:rsidRDefault="00DE1F0C" w:rsidP="00DE1F0C">
            <w:pPr>
              <w:spacing w:after="40"/>
              <w:rPr>
                <w:rFonts w:ascii="Times New Roman" w:hAnsi="Times New Roman" w:cs="Times New Roman"/>
                <w:b/>
                <w:color w:val="184955"/>
                <w:sz w:val="21"/>
              </w:rPr>
            </w:pPr>
            <w:r w:rsidRPr="00DE1F0C">
              <w:rPr>
                <w:rFonts w:ascii="Times New Roman" w:hAnsi="Times New Roman" w:cs="Times New Roman"/>
                <w:b/>
                <w:color w:val="184955"/>
                <w:sz w:val="21"/>
              </w:rPr>
              <w:t>What the Chapter Should Contain</w:t>
            </w:r>
            <w:r w:rsidRPr="00DE1F0C">
              <w:rPr>
                <w:rFonts w:ascii="Times New Roman" w:hAnsi="Times New Roman" w:cs="Times New Roman"/>
                <w:b/>
                <w:color w:val="184955"/>
                <w:sz w:val="21"/>
              </w:rPr>
              <w:t xml:space="preserve"> </w:t>
            </w:r>
          </w:p>
          <w:p w14:paraId="0FD32768" w14:textId="5508B9C1" w:rsidR="00DE1F0C" w:rsidRPr="00DE1F0C" w:rsidRDefault="00DE1F0C" w:rsidP="00DE1F0C">
            <w:pPr>
              <w:pStyle w:val="Odstavecseseznamem"/>
              <w:numPr>
                <w:ilvl w:val="0"/>
                <w:numId w:val="19"/>
              </w:numPr>
              <w:spacing w:after="40"/>
              <w:rPr>
                <w:rFonts w:ascii="Times New Roman" w:hAnsi="Times New Roman" w:cs="Times New Roman"/>
                <w:sz w:val="21"/>
                <w:lang w:val="cs-CZ"/>
              </w:rPr>
            </w:pPr>
            <w:proofErr w:type="spellStart"/>
            <w:r w:rsidRPr="00DE1F0C">
              <w:rPr>
                <w:rFonts w:ascii="Times New Roman" w:hAnsi="Times New Roman" w:cs="Times New Roman"/>
                <w:sz w:val="21"/>
                <w:lang w:val="cs-CZ"/>
              </w:rPr>
              <w:t>Main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theoretical</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concepts</w:t>
            </w:r>
            <w:proofErr w:type="spellEnd"/>
            <w:r w:rsidRPr="00DE1F0C">
              <w:rPr>
                <w:rFonts w:ascii="Times New Roman" w:hAnsi="Times New Roman" w:cs="Times New Roman"/>
                <w:sz w:val="21"/>
                <w:lang w:val="cs-CZ"/>
              </w:rPr>
              <w:t xml:space="preserve"> and </w:t>
            </w:r>
            <w:proofErr w:type="spellStart"/>
            <w:r w:rsidRPr="00DE1F0C">
              <w:rPr>
                <w:rFonts w:ascii="Times New Roman" w:hAnsi="Times New Roman" w:cs="Times New Roman"/>
                <w:sz w:val="21"/>
                <w:lang w:val="cs-CZ"/>
              </w:rPr>
              <w:t>definitions</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key</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terms</w:t>
            </w:r>
            <w:proofErr w:type="spellEnd"/>
            <w:r w:rsidRPr="00DE1F0C">
              <w:rPr>
                <w:rFonts w:ascii="Times New Roman" w:hAnsi="Times New Roman" w:cs="Times New Roman"/>
                <w:sz w:val="21"/>
                <w:lang w:val="cs-CZ"/>
              </w:rPr>
              <w:t>.</w:t>
            </w:r>
          </w:p>
          <w:p w14:paraId="329B6E30" w14:textId="339778F9" w:rsidR="00DE1F0C" w:rsidRPr="00DE1F0C" w:rsidRDefault="00DE1F0C" w:rsidP="00DE1F0C">
            <w:pPr>
              <w:pStyle w:val="Odstavecseseznamem"/>
              <w:numPr>
                <w:ilvl w:val="0"/>
                <w:numId w:val="19"/>
              </w:numPr>
              <w:spacing w:after="40"/>
              <w:rPr>
                <w:rFonts w:ascii="Times New Roman" w:hAnsi="Times New Roman" w:cs="Times New Roman"/>
                <w:sz w:val="21"/>
                <w:lang w:val="cs-CZ"/>
              </w:rPr>
            </w:pPr>
            <w:r w:rsidRPr="00DE1F0C">
              <w:rPr>
                <w:rFonts w:ascii="Times New Roman" w:hAnsi="Times New Roman" w:cs="Times New Roman"/>
                <w:sz w:val="21"/>
                <w:lang w:val="cs-CZ"/>
              </w:rPr>
              <w:t xml:space="preserve">A </w:t>
            </w:r>
            <w:proofErr w:type="spellStart"/>
            <w:r w:rsidRPr="00DE1F0C">
              <w:rPr>
                <w:rFonts w:ascii="Times New Roman" w:hAnsi="Times New Roman" w:cs="Times New Roman"/>
                <w:sz w:val="21"/>
                <w:lang w:val="cs-CZ"/>
              </w:rPr>
              <w:t>brief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summary</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most </w:t>
            </w:r>
            <w:proofErr w:type="spellStart"/>
            <w:r w:rsidRPr="00DE1F0C">
              <w:rPr>
                <w:rFonts w:ascii="Times New Roman" w:hAnsi="Times New Roman" w:cs="Times New Roman"/>
                <w:sz w:val="21"/>
                <w:lang w:val="cs-CZ"/>
              </w:rPr>
              <w:t>important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domestic</w:t>
            </w:r>
            <w:proofErr w:type="spellEnd"/>
            <w:r w:rsidRPr="00DE1F0C">
              <w:rPr>
                <w:rFonts w:ascii="Times New Roman" w:hAnsi="Times New Roman" w:cs="Times New Roman"/>
                <w:sz w:val="21"/>
                <w:lang w:val="cs-CZ"/>
              </w:rPr>
              <w:t xml:space="preserve"> and </w:t>
            </w:r>
            <w:proofErr w:type="spellStart"/>
            <w:r w:rsidRPr="00DE1F0C">
              <w:rPr>
                <w:rFonts w:ascii="Times New Roman" w:hAnsi="Times New Roman" w:cs="Times New Roman"/>
                <w:sz w:val="21"/>
                <w:lang w:val="cs-CZ"/>
              </w:rPr>
              <w:t>international</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studies</w:t>
            </w:r>
            <w:proofErr w:type="spellEnd"/>
            <w:r w:rsidRPr="00DE1F0C">
              <w:rPr>
                <w:rFonts w:ascii="Times New Roman" w:hAnsi="Times New Roman" w:cs="Times New Roman"/>
                <w:sz w:val="21"/>
                <w:lang w:val="cs-CZ"/>
              </w:rPr>
              <w:t>.</w:t>
            </w:r>
          </w:p>
          <w:p w14:paraId="0FDF0421" w14:textId="5B1AF0DF" w:rsidR="00DE1F0C" w:rsidRPr="00DE1F0C" w:rsidRDefault="00DE1F0C" w:rsidP="00DE1F0C">
            <w:pPr>
              <w:pStyle w:val="Odstavecseseznamem"/>
              <w:numPr>
                <w:ilvl w:val="0"/>
                <w:numId w:val="19"/>
              </w:numPr>
              <w:spacing w:after="40"/>
              <w:rPr>
                <w:rFonts w:ascii="Times New Roman" w:hAnsi="Times New Roman" w:cs="Times New Roman"/>
                <w:sz w:val="21"/>
                <w:lang w:val="cs-CZ"/>
              </w:rPr>
            </w:pPr>
            <w:r w:rsidRPr="00DE1F0C">
              <w:rPr>
                <w:rFonts w:ascii="Times New Roman" w:hAnsi="Times New Roman" w:cs="Times New Roman"/>
                <w:sz w:val="21"/>
                <w:lang w:val="cs-CZ"/>
              </w:rPr>
              <w:t xml:space="preserve">A </w:t>
            </w:r>
            <w:proofErr w:type="spellStart"/>
            <w:r w:rsidRPr="00DE1F0C">
              <w:rPr>
                <w:rFonts w:ascii="Times New Roman" w:hAnsi="Times New Roman" w:cs="Times New Roman"/>
                <w:sz w:val="21"/>
                <w:lang w:val="cs-CZ"/>
              </w:rPr>
              <w:t>critical</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evaluation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current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state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knowledge</w:t>
            </w:r>
            <w:proofErr w:type="spellEnd"/>
            <w:r w:rsidRPr="00DE1F0C">
              <w:rPr>
                <w:rFonts w:ascii="Times New Roman" w:hAnsi="Times New Roman" w:cs="Times New Roman"/>
                <w:sz w:val="21"/>
                <w:lang w:val="cs-CZ"/>
              </w:rPr>
              <w:t xml:space="preserve">, not just a </w:t>
            </w:r>
            <w:proofErr w:type="spellStart"/>
            <w:r w:rsidRPr="00DE1F0C">
              <w:rPr>
                <w:rFonts w:ascii="Times New Roman" w:hAnsi="Times New Roman" w:cs="Times New Roman"/>
                <w:sz w:val="21"/>
                <w:lang w:val="cs-CZ"/>
              </w:rPr>
              <w:t>description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literature</w:t>
            </w:r>
            <w:proofErr w:type="spellEnd"/>
            <w:r w:rsidRPr="00DE1F0C">
              <w:rPr>
                <w:rFonts w:ascii="Times New Roman" w:hAnsi="Times New Roman" w:cs="Times New Roman"/>
                <w:sz w:val="21"/>
                <w:lang w:val="cs-CZ"/>
              </w:rPr>
              <w:t>.</w:t>
            </w:r>
          </w:p>
          <w:p w14:paraId="79AE0D8C" w14:textId="54444BC0" w:rsidR="00DE1F0C" w:rsidRPr="00DE1F0C" w:rsidRDefault="00DE1F0C" w:rsidP="00DE1F0C">
            <w:pPr>
              <w:pStyle w:val="Odstavecseseznamem"/>
              <w:numPr>
                <w:ilvl w:val="0"/>
                <w:numId w:val="19"/>
              </w:numPr>
              <w:spacing w:after="40"/>
              <w:rPr>
                <w:rFonts w:ascii="Times New Roman" w:hAnsi="Times New Roman" w:cs="Times New Roman"/>
                <w:sz w:val="21"/>
                <w:lang w:val="cs-CZ"/>
              </w:rPr>
            </w:pPr>
            <w:r w:rsidRPr="00DE1F0C">
              <w:rPr>
                <w:rFonts w:ascii="Times New Roman" w:hAnsi="Times New Roman" w:cs="Times New Roman"/>
                <w:sz w:val="21"/>
                <w:lang w:val="cs-CZ"/>
              </w:rPr>
              <w:t xml:space="preserve">A </w:t>
            </w:r>
            <w:proofErr w:type="spellStart"/>
            <w:r w:rsidRPr="00DE1F0C">
              <w:rPr>
                <w:rFonts w:ascii="Times New Roman" w:hAnsi="Times New Roman" w:cs="Times New Roman"/>
                <w:sz w:val="21"/>
                <w:lang w:val="cs-CZ"/>
              </w:rPr>
              <w:t>clear</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outcome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showing</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what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your</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project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will</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supplement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verify</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or</w:t>
            </w:r>
            <w:proofErr w:type="spellEnd"/>
            <w:r w:rsidRPr="00DE1F0C">
              <w:rPr>
                <w:rFonts w:ascii="Times New Roman" w:hAnsi="Times New Roman" w:cs="Times New Roman"/>
                <w:sz w:val="21"/>
                <w:lang w:val="cs-CZ"/>
              </w:rPr>
              <w:t xml:space="preserve"> open up as </w:t>
            </w:r>
            <w:proofErr w:type="spellStart"/>
            <w:r w:rsidRPr="00DE1F0C">
              <w:rPr>
                <w:rFonts w:ascii="Times New Roman" w:hAnsi="Times New Roman" w:cs="Times New Roman"/>
                <w:sz w:val="21"/>
                <w:lang w:val="cs-CZ"/>
              </w:rPr>
              <w:t>new</w:t>
            </w:r>
            <w:proofErr w:type="spellEnd"/>
            <w:r w:rsidRPr="00DE1F0C">
              <w:rPr>
                <w:rFonts w:ascii="Times New Roman" w:hAnsi="Times New Roman" w:cs="Times New Roman"/>
                <w:sz w:val="21"/>
                <w:lang w:val="cs-CZ"/>
              </w:rPr>
              <w:t>.</w:t>
            </w:r>
          </w:p>
          <w:p w14:paraId="1AB35E85" w14:textId="26E3E4F4" w:rsidR="00A50BA5" w:rsidRPr="00DE1F0C" w:rsidRDefault="00A50BA5" w:rsidP="00DE1F0C">
            <w:pPr>
              <w:spacing w:after="40"/>
              <w:rPr>
                <w:rFonts w:ascii="Times New Roman" w:hAnsi="Times New Roman" w:cs="Times New Roman"/>
              </w:rPr>
            </w:pPr>
          </w:p>
        </w:tc>
      </w:tr>
    </w:tbl>
    <w:p w14:paraId="531B08EF"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53962930"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00CB22DE" w14:textId="77777777" w:rsidR="00DE1F0C" w:rsidRDefault="00DE1F0C">
            <w:pPr>
              <w:spacing w:after="40"/>
              <w:rPr>
                <w:rFonts w:ascii="Times New Roman" w:hAnsi="Times New Roman" w:cs="Times New Roman"/>
                <w:b/>
                <w:color w:val="184955"/>
                <w:sz w:val="21"/>
              </w:rPr>
            </w:pPr>
            <w:r w:rsidRPr="00DE1F0C">
              <w:rPr>
                <w:rFonts w:ascii="Times New Roman" w:hAnsi="Times New Roman" w:cs="Times New Roman"/>
                <w:b/>
                <w:color w:val="184955"/>
                <w:sz w:val="21"/>
              </w:rPr>
              <w:t>What to Beware of</w:t>
            </w:r>
          </w:p>
          <w:p w14:paraId="47359CEF" w14:textId="1293AA94" w:rsidR="00DE1F0C" w:rsidRPr="00DE1F0C" w:rsidRDefault="00DE1F0C" w:rsidP="00DE1F0C">
            <w:pPr>
              <w:spacing w:after="40"/>
              <w:rPr>
                <w:rFonts w:ascii="Times New Roman" w:hAnsi="Times New Roman" w:cs="Times New Roman"/>
                <w:sz w:val="21"/>
                <w:lang w:val="cs-CZ"/>
              </w:rPr>
            </w:pPr>
            <w:proofErr w:type="spellStart"/>
            <w:r w:rsidRPr="00DE1F0C">
              <w:rPr>
                <w:rFonts w:ascii="Times New Roman" w:hAnsi="Times New Roman" w:cs="Times New Roman"/>
                <w:sz w:val="21"/>
                <w:lang w:val="cs-CZ"/>
              </w:rPr>
              <w:t>Avoid</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creating</w:t>
            </w:r>
            <w:proofErr w:type="spellEnd"/>
            <w:r w:rsidRPr="00DE1F0C">
              <w:rPr>
                <w:rFonts w:ascii="Times New Roman" w:hAnsi="Times New Roman" w:cs="Times New Roman"/>
                <w:sz w:val="21"/>
                <w:lang w:val="cs-CZ"/>
              </w:rPr>
              <w:t xml:space="preserve"> just a list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authors</w:t>
            </w:r>
            <w:proofErr w:type="spellEnd"/>
            <w:r w:rsidRPr="00DE1F0C">
              <w:rPr>
                <w:rFonts w:ascii="Times New Roman" w:hAnsi="Times New Roman" w:cs="Times New Roman"/>
                <w:sz w:val="21"/>
                <w:lang w:val="cs-CZ"/>
              </w:rPr>
              <w:t xml:space="preserve"> and </w:t>
            </w:r>
            <w:proofErr w:type="spellStart"/>
            <w:r w:rsidRPr="00DE1F0C">
              <w:rPr>
                <w:rFonts w:ascii="Times New Roman" w:hAnsi="Times New Roman" w:cs="Times New Roman"/>
                <w:sz w:val="21"/>
                <w:lang w:val="cs-CZ"/>
              </w:rPr>
              <w:t>results</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without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synthesis</w:t>
            </w:r>
            <w:proofErr w:type="spellEnd"/>
            <w:r w:rsidRPr="00DE1F0C">
              <w:rPr>
                <w:rFonts w:ascii="Times New Roman" w:hAnsi="Times New Roman" w:cs="Times New Roman"/>
                <w:sz w:val="21"/>
                <w:lang w:val="cs-CZ"/>
              </w:rPr>
              <w:t>.</w:t>
            </w:r>
          </w:p>
          <w:p w14:paraId="6ED25A7B" w14:textId="4603B094" w:rsidR="00DE1F0C" w:rsidRPr="00DE1F0C" w:rsidRDefault="00DE1F0C" w:rsidP="00DE1F0C">
            <w:pPr>
              <w:spacing w:after="40"/>
              <w:rPr>
                <w:rFonts w:ascii="Times New Roman" w:hAnsi="Times New Roman" w:cs="Times New Roman"/>
                <w:sz w:val="21"/>
                <w:lang w:val="cs-CZ"/>
              </w:rPr>
            </w:pPr>
            <w:r w:rsidRPr="00DE1F0C">
              <w:rPr>
                <w:rFonts w:ascii="Times New Roman" w:hAnsi="Times New Roman" w:cs="Times New Roman"/>
                <w:sz w:val="21"/>
                <w:lang w:val="cs-CZ"/>
              </w:rPr>
              <w:t xml:space="preserve">Do not </w:t>
            </w:r>
            <w:proofErr w:type="spellStart"/>
            <w:r w:rsidRPr="00DE1F0C">
              <w:rPr>
                <w:rFonts w:ascii="Times New Roman" w:hAnsi="Times New Roman" w:cs="Times New Roman"/>
                <w:sz w:val="21"/>
                <w:lang w:val="cs-CZ"/>
              </w:rPr>
              <w:t>rely</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solely</w:t>
            </w:r>
            <w:proofErr w:type="spellEnd"/>
            <w:r w:rsidRPr="00DE1F0C">
              <w:rPr>
                <w:rFonts w:ascii="Times New Roman" w:hAnsi="Times New Roman" w:cs="Times New Roman"/>
                <w:sz w:val="21"/>
                <w:lang w:val="cs-CZ"/>
              </w:rPr>
              <w:t xml:space="preserve"> on Czech </w:t>
            </w:r>
            <w:proofErr w:type="spellStart"/>
            <w:r w:rsidRPr="00DE1F0C">
              <w:rPr>
                <w:rFonts w:ascii="Times New Roman" w:hAnsi="Times New Roman" w:cs="Times New Roman"/>
                <w:sz w:val="21"/>
                <w:lang w:val="cs-CZ"/>
              </w:rPr>
              <w:t>sources</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if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topic</w:t>
            </w:r>
            <w:proofErr w:type="spellEnd"/>
            <w:r w:rsidRPr="00DE1F0C">
              <w:rPr>
                <w:rFonts w:ascii="Times New Roman" w:hAnsi="Times New Roman" w:cs="Times New Roman"/>
                <w:sz w:val="21"/>
                <w:lang w:val="cs-CZ"/>
              </w:rPr>
              <w:t xml:space="preserve"> has </w:t>
            </w:r>
            <w:proofErr w:type="spellStart"/>
            <w:r w:rsidRPr="00DE1F0C">
              <w:rPr>
                <w:rFonts w:ascii="Times New Roman" w:hAnsi="Times New Roman" w:cs="Times New Roman"/>
                <w:sz w:val="21"/>
                <w:lang w:val="cs-CZ"/>
              </w:rPr>
              <w:t>an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international</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research</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context</w:t>
            </w:r>
            <w:proofErr w:type="spellEnd"/>
            <w:r w:rsidRPr="00DE1F0C">
              <w:rPr>
                <w:rFonts w:ascii="Times New Roman" w:hAnsi="Times New Roman" w:cs="Times New Roman"/>
                <w:sz w:val="21"/>
                <w:lang w:val="cs-CZ"/>
              </w:rPr>
              <w:t>.</w:t>
            </w:r>
          </w:p>
          <w:p w14:paraId="16E622D6" w14:textId="1699FC2E" w:rsidR="00DE1F0C" w:rsidRPr="00DE1F0C" w:rsidRDefault="00DE1F0C" w:rsidP="00DE1F0C">
            <w:pPr>
              <w:spacing w:after="40"/>
              <w:rPr>
                <w:rFonts w:ascii="Times New Roman" w:hAnsi="Times New Roman" w:cs="Times New Roman"/>
                <w:sz w:val="21"/>
                <w:lang w:val="cs-CZ"/>
              </w:rPr>
            </w:pPr>
            <w:r w:rsidRPr="00DE1F0C">
              <w:rPr>
                <w:rFonts w:ascii="Times New Roman" w:hAnsi="Times New Roman" w:cs="Times New Roman"/>
                <w:sz w:val="21"/>
                <w:lang w:val="cs-CZ"/>
              </w:rPr>
              <w:t xml:space="preserve">Do not </w:t>
            </w:r>
            <w:proofErr w:type="spellStart"/>
            <w:r w:rsidRPr="00DE1F0C">
              <w:rPr>
                <w:rFonts w:ascii="Times New Roman" w:hAnsi="Times New Roman" w:cs="Times New Roman"/>
                <w:sz w:val="21"/>
                <w:lang w:val="cs-CZ"/>
              </w:rPr>
              <w:t>omit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link </w:t>
            </w:r>
            <w:proofErr w:type="spellStart"/>
            <w:r w:rsidRPr="00DE1F0C">
              <w:rPr>
                <w:rFonts w:ascii="Times New Roman" w:hAnsi="Times New Roman" w:cs="Times New Roman"/>
                <w:sz w:val="21"/>
                <w:lang w:val="cs-CZ"/>
              </w:rPr>
              <w:t>between</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theory</w:t>
            </w:r>
            <w:proofErr w:type="spellEnd"/>
            <w:r w:rsidRPr="00DE1F0C">
              <w:rPr>
                <w:rFonts w:ascii="Times New Roman" w:hAnsi="Times New Roman" w:cs="Times New Roman"/>
                <w:sz w:val="21"/>
                <w:lang w:val="cs-CZ"/>
              </w:rPr>
              <w:t xml:space="preserve"> and </w:t>
            </w:r>
            <w:proofErr w:type="spellStart"/>
            <w:r w:rsidRPr="00DE1F0C">
              <w:rPr>
                <w:rFonts w:ascii="Times New Roman" w:hAnsi="Times New Roman" w:cs="Times New Roman"/>
                <w:sz w:val="21"/>
                <w:lang w:val="cs-CZ"/>
              </w:rPr>
              <w:t>the</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subsequent</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proposal</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of</w:t>
            </w:r>
            <w:proofErr w:type="spellEnd"/>
            <w:r w:rsidRPr="00DE1F0C">
              <w:rPr>
                <w:rFonts w:ascii="Times New Roman" w:hAnsi="Times New Roman" w:cs="Times New Roman"/>
                <w:sz w:val="21"/>
                <w:lang w:val="cs-CZ"/>
              </w:rPr>
              <w:t xml:space="preserve"> </w:t>
            </w:r>
            <w:proofErr w:type="spellStart"/>
            <w:r w:rsidRPr="00DE1F0C">
              <w:rPr>
                <w:rFonts w:ascii="Times New Roman" w:hAnsi="Times New Roman" w:cs="Times New Roman"/>
                <w:sz w:val="21"/>
                <w:lang w:val="cs-CZ"/>
              </w:rPr>
              <w:t>objectives</w:t>
            </w:r>
            <w:proofErr w:type="spellEnd"/>
            <w:r w:rsidRPr="00DE1F0C">
              <w:rPr>
                <w:rFonts w:ascii="Times New Roman" w:hAnsi="Times New Roman" w:cs="Times New Roman"/>
                <w:sz w:val="21"/>
                <w:lang w:val="cs-CZ"/>
              </w:rPr>
              <w:t xml:space="preserve"> and </w:t>
            </w:r>
            <w:proofErr w:type="spellStart"/>
            <w:r w:rsidRPr="00DE1F0C">
              <w:rPr>
                <w:rFonts w:ascii="Times New Roman" w:hAnsi="Times New Roman" w:cs="Times New Roman"/>
                <w:sz w:val="21"/>
                <w:lang w:val="cs-CZ"/>
              </w:rPr>
              <w:t>methods</w:t>
            </w:r>
            <w:proofErr w:type="spellEnd"/>
            <w:r w:rsidRPr="00DE1F0C">
              <w:rPr>
                <w:rFonts w:ascii="Times New Roman" w:hAnsi="Times New Roman" w:cs="Times New Roman"/>
                <w:sz w:val="21"/>
                <w:lang w:val="cs-CZ"/>
              </w:rPr>
              <w:t>.</w:t>
            </w:r>
          </w:p>
          <w:p w14:paraId="074094B9" w14:textId="2DBD0355" w:rsidR="00A50BA5" w:rsidRPr="005014BE" w:rsidRDefault="00A50BA5">
            <w:pPr>
              <w:spacing w:after="40"/>
              <w:rPr>
                <w:rFonts w:ascii="Times New Roman" w:hAnsi="Times New Roman" w:cs="Times New Roman"/>
              </w:rPr>
            </w:pPr>
          </w:p>
        </w:tc>
      </w:tr>
    </w:tbl>
    <w:p w14:paraId="42B7082E" w14:textId="77777777" w:rsidR="00A50BA5" w:rsidRPr="005014BE" w:rsidRDefault="00A50BA5">
      <w:pPr>
        <w:rPr>
          <w:rFonts w:ascii="Times New Roman" w:hAnsi="Times New Roman" w:cs="Times New Roman"/>
        </w:rPr>
      </w:pPr>
    </w:p>
    <w:p w14:paraId="02C19C37" w14:textId="095E9043" w:rsidR="00A50BA5" w:rsidRPr="00DE1F0C" w:rsidRDefault="00AE10D3">
      <w:pPr>
        <w:pStyle w:val="Placeholder"/>
        <w:rPr>
          <w:rFonts w:ascii="Times New Roman" w:hAnsi="Times New Roman" w:cs="Times New Roman"/>
          <w:lang w:val="cs-CZ"/>
        </w:rPr>
      </w:pPr>
      <w:r w:rsidRPr="005014BE">
        <w:rPr>
          <w:rFonts w:ascii="Times New Roman" w:hAnsi="Times New Roman" w:cs="Times New Roman"/>
        </w:rPr>
        <w:t>[</w:t>
      </w:r>
      <w:r w:rsidR="00DE1F0C" w:rsidRPr="00DE1F0C">
        <w:rPr>
          <w:rFonts w:ascii="Times New Roman" w:hAnsi="Times New Roman" w:cs="Times New Roman"/>
        </w:rPr>
        <w:t>Insert your own text for this chapter here. Approximately 1.5–2 standard pages</w:t>
      </w:r>
      <w:r w:rsidR="00DE1F0C">
        <w:rPr>
          <w:rFonts w:ascii="Times New Roman" w:hAnsi="Times New Roman" w:cs="Times New Roman"/>
        </w:rPr>
        <w:t>]</w:t>
      </w:r>
    </w:p>
    <w:p w14:paraId="589292BE" w14:textId="77777777" w:rsidR="00A50BA5" w:rsidRDefault="00A50BA5">
      <w:pPr>
        <w:rPr>
          <w:rFonts w:ascii="Times New Roman" w:hAnsi="Times New Roman" w:cs="Times New Roman"/>
        </w:rPr>
      </w:pPr>
    </w:p>
    <w:p w14:paraId="0A1455AD" w14:textId="77777777" w:rsidR="00FD15D9" w:rsidRDefault="00FD15D9">
      <w:pPr>
        <w:rPr>
          <w:rFonts w:ascii="Times New Roman" w:hAnsi="Times New Roman" w:cs="Times New Roman"/>
        </w:rPr>
      </w:pPr>
    </w:p>
    <w:p w14:paraId="49277F60" w14:textId="77777777" w:rsidR="00FD15D9" w:rsidRDefault="00FD15D9">
      <w:pPr>
        <w:rPr>
          <w:rFonts w:ascii="Times New Roman" w:hAnsi="Times New Roman" w:cs="Times New Roman"/>
        </w:rPr>
      </w:pPr>
    </w:p>
    <w:p w14:paraId="0B4E6231" w14:textId="77777777" w:rsidR="00FD15D9" w:rsidRDefault="00FD15D9">
      <w:pPr>
        <w:rPr>
          <w:rFonts w:ascii="Times New Roman" w:hAnsi="Times New Roman" w:cs="Times New Roman"/>
        </w:rPr>
      </w:pPr>
    </w:p>
    <w:p w14:paraId="59199CE2" w14:textId="77777777" w:rsidR="00FD15D9" w:rsidRDefault="00FD15D9">
      <w:pPr>
        <w:rPr>
          <w:rFonts w:ascii="Times New Roman" w:hAnsi="Times New Roman" w:cs="Times New Roman"/>
        </w:rPr>
      </w:pPr>
    </w:p>
    <w:p w14:paraId="46A474F3" w14:textId="77777777" w:rsidR="00FD15D9" w:rsidRDefault="00FD15D9">
      <w:pPr>
        <w:rPr>
          <w:rFonts w:ascii="Times New Roman" w:hAnsi="Times New Roman" w:cs="Times New Roman"/>
        </w:rPr>
      </w:pPr>
    </w:p>
    <w:p w14:paraId="2E2768DE" w14:textId="77777777" w:rsidR="00FD15D9" w:rsidRDefault="00FD15D9">
      <w:pPr>
        <w:rPr>
          <w:rFonts w:ascii="Times New Roman" w:hAnsi="Times New Roman" w:cs="Times New Roman"/>
        </w:rPr>
      </w:pPr>
    </w:p>
    <w:p w14:paraId="38EED747" w14:textId="77777777" w:rsidR="00FD15D9" w:rsidRDefault="00FD15D9">
      <w:pPr>
        <w:rPr>
          <w:rFonts w:ascii="Times New Roman" w:hAnsi="Times New Roman" w:cs="Times New Roman"/>
        </w:rPr>
      </w:pPr>
    </w:p>
    <w:p w14:paraId="3DC59556" w14:textId="77777777" w:rsidR="00FD15D9" w:rsidRDefault="00FD15D9">
      <w:pPr>
        <w:rPr>
          <w:rFonts w:ascii="Times New Roman" w:hAnsi="Times New Roman" w:cs="Times New Roman"/>
        </w:rPr>
      </w:pPr>
    </w:p>
    <w:p w14:paraId="5FFED636" w14:textId="77777777" w:rsidR="00FD15D9" w:rsidRDefault="00FD15D9">
      <w:pPr>
        <w:rPr>
          <w:rFonts w:ascii="Times New Roman" w:hAnsi="Times New Roman" w:cs="Times New Roman"/>
        </w:rPr>
      </w:pPr>
    </w:p>
    <w:p w14:paraId="4E6CCAE1" w14:textId="77777777" w:rsidR="00FD15D9" w:rsidRDefault="00FD15D9">
      <w:pPr>
        <w:rPr>
          <w:rFonts w:ascii="Times New Roman" w:hAnsi="Times New Roman" w:cs="Times New Roman"/>
        </w:rPr>
      </w:pPr>
    </w:p>
    <w:p w14:paraId="3EAFFDD8" w14:textId="77777777" w:rsidR="00FD15D9" w:rsidRDefault="00FD15D9">
      <w:pPr>
        <w:rPr>
          <w:rFonts w:ascii="Times New Roman" w:hAnsi="Times New Roman" w:cs="Times New Roman"/>
        </w:rPr>
      </w:pPr>
    </w:p>
    <w:p w14:paraId="00AA14B9" w14:textId="77777777" w:rsidR="00FD15D9" w:rsidRDefault="00FD15D9">
      <w:pPr>
        <w:rPr>
          <w:rFonts w:ascii="Times New Roman" w:hAnsi="Times New Roman" w:cs="Times New Roman"/>
        </w:rPr>
      </w:pPr>
    </w:p>
    <w:p w14:paraId="17E9BB1A" w14:textId="77777777" w:rsidR="00FD15D9" w:rsidRDefault="00FD15D9">
      <w:pPr>
        <w:rPr>
          <w:rFonts w:ascii="Times New Roman" w:hAnsi="Times New Roman" w:cs="Times New Roman"/>
        </w:rPr>
      </w:pPr>
    </w:p>
    <w:p w14:paraId="7CBB8944" w14:textId="77777777" w:rsidR="00FD15D9" w:rsidRDefault="00FD15D9">
      <w:pPr>
        <w:rPr>
          <w:rFonts w:ascii="Times New Roman" w:hAnsi="Times New Roman" w:cs="Times New Roman"/>
        </w:rPr>
      </w:pPr>
    </w:p>
    <w:p w14:paraId="418E0394" w14:textId="77777777" w:rsidR="00FD15D9" w:rsidRDefault="00FD15D9">
      <w:pPr>
        <w:rPr>
          <w:rFonts w:ascii="Times New Roman" w:hAnsi="Times New Roman" w:cs="Times New Roman"/>
        </w:rPr>
      </w:pPr>
    </w:p>
    <w:p w14:paraId="002C2F65" w14:textId="77777777" w:rsidR="00FD15D9" w:rsidRDefault="00FD15D9">
      <w:pPr>
        <w:rPr>
          <w:rFonts w:ascii="Times New Roman" w:hAnsi="Times New Roman" w:cs="Times New Roman"/>
        </w:rPr>
      </w:pPr>
    </w:p>
    <w:p w14:paraId="3A22D503" w14:textId="77777777" w:rsidR="00FD15D9" w:rsidRPr="005014BE" w:rsidRDefault="00FD15D9">
      <w:pPr>
        <w:rPr>
          <w:rFonts w:ascii="Times New Roman" w:hAnsi="Times New Roman" w:cs="Times New Roman"/>
        </w:rPr>
      </w:pPr>
    </w:p>
    <w:p w14:paraId="6552AB15" w14:textId="1A71F67E" w:rsidR="00A50BA5" w:rsidRPr="005014BE" w:rsidRDefault="00AE10D3">
      <w:pPr>
        <w:pStyle w:val="Heading2Custom"/>
        <w:rPr>
          <w:rFonts w:ascii="Times New Roman" w:hAnsi="Times New Roman" w:cs="Times New Roman"/>
        </w:rPr>
      </w:pPr>
      <w:r w:rsidRPr="005014BE">
        <w:rPr>
          <w:rFonts w:ascii="Times New Roman" w:hAnsi="Times New Roman" w:cs="Times New Roman"/>
        </w:rPr>
        <w:t xml:space="preserve">2.4 </w:t>
      </w:r>
      <w:r w:rsidR="00DE1F0C" w:rsidRPr="00DE1F0C">
        <w:rPr>
          <w:rFonts w:ascii="Times New Roman" w:hAnsi="Times New Roman" w:cs="Times New Roman"/>
        </w:rPr>
        <w:t>Project Objective, Specific Objectives, Research Questions, and Hypotheses</w:t>
      </w:r>
    </w:p>
    <w:tbl>
      <w:tblPr>
        <w:tblW w:w="0" w:type="auto"/>
        <w:jc w:val="center"/>
        <w:tblLook w:val="04A0" w:firstRow="1" w:lastRow="0" w:firstColumn="1" w:lastColumn="0" w:noHBand="0" w:noVBand="1"/>
      </w:tblPr>
      <w:tblGrid>
        <w:gridCol w:w="9071"/>
      </w:tblGrid>
      <w:tr w:rsidR="00A50BA5" w:rsidRPr="005014BE" w14:paraId="1EEB3F10"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5C3E3548" w14:textId="77777777" w:rsidR="00DE1F0C" w:rsidRDefault="00DE1F0C">
            <w:pPr>
              <w:spacing w:after="40"/>
              <w:rPr>
                <w:rFonts w:ascii="Times New Roman" w:hAnsi="Times New Roman" w:cs="Times New Roman"/>
                <w:b/>
                <w:color w:val="184955"/>
                <w:sz w:val="21"/>
              </w:rPr>
            </w:pPr>
            <w:r w:rsidRPr="00DE1F0C">
              <w:rPr>
                <w:rFonts w:ascii="Times New Roman" w:hAnsi="Times New Roman" w:cs="Times New Roman"/>
                <w:b/>
                <w:color w:val="184955"/>
                <w:sz w:val="21"/>
              </w:rPr>
              <w:t>Academic Function of the Chapter</w:t>
            </w:r>
            <w:r w:rsidRPr="00DE1F0C">
              <w:rPr>
                <w:rFonts w:ascii="Times New Roman" w:hAnsi="Times New Roman" w:cs="Times New Roman"/>
                <w:b/>
                <w:color w:val="184955"/>
                <w:sz w:val="21"/>
              </w:rPr>
              <w:t xml:space="preserve"> </w:t>
            </w:r>
          </w:p>
          <w:p w14:paraId="2352148E" w14:textId="4E7A457B" w:rsidR="00A50BA5" w:rsidRPr="005014BE" w:rsidRDefault="00EC5873">
            <w:pPr>
              <w:spacing w:after="40"/>
              <w:rPr>
                <w:rFonts w:ascii="Times New Roman" w:hAnsi="Times New Roman" w:cs="Times New Roman"/>
              </w:rPr>
            </w:pPr>
            <w:r w:rsidRPr="00EC5873">
              <w:rPr>
                <w:rFonts w:ascii="Times New Roman" w:hAnsi="Times New Roman" w:cs="Times New Roman"/>
                <w:sz w:val="21"/>
              </w:rPr>
              <w:t>This section must form the logical core of the entire proposal. Everything else – design, sample, data collection methods, and analysis – must derive precisely from the objective and research questions. The formulation must be academic, unambiguous, and methodologically defensible.</w:t>
            </w:r>
          </w:p>
        </w:tc>
      </w:tr>
    </w:tbl>
    <w:p w14:paraId="41DF1A7C"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01FB937C"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37B6E1C4" w14:textId="77777777" w:rsidR="00EC5873" w:rsidRDefault="00EC5873" w:rsidP="00EC5873">
            <w:pPr>
              <w:spacing w:after="40"/>
              <w:rPr>
                <w:rFonts w:ascii="Times New Roman" w:hAnsi="Times New Roman" w:cs="Times New Roman"/>
                <w:b/>
                <w:color w:val="184955"/>
                <w:sz w:val="21"/>
              </w:rPr>
            </w:pPr>
            <w:r w:rsidRPr="00EC5873">
              <w:rPr>
                <w:rFonts w:ascii="Times New Roman" w:hAnsi="Times New Roman" w:cs="Times New Roman"/>
                <w:b/>
                <w:color w:val="184955"/>
                <w:sz w:val="21"/>
              </w:rPr>
              <w:t>What the Chapter Should Contain</w:t>
            </w:r>
          </w:p>
          <w:p w14:paraId="0663EB42" w14:textId="7AB148DD" w:rsidR="00EC5873" w:rsidRPr="00EC5873" w:rsidRDefault="00EC5873" w:rsidP="00EC5873">
            <w:pPr>
              <w:pStyle w:val="Odstavecseseznamem"/>
              <w:numPr>
                <w:ilvl w:val="0"/>
                <w:numId w:val="20"/>
              </w:numPr>
              <w:spacing w:after="40"/>
              <w:rPr>
                <w:sz w:val="21"/>
                <w:lang w:val="cs-CZ"/>
              </w:rPr>
            </w:pPr>
            <w:proofErr w:type="spellStart"/>
            <w:r w:rsidRPr="00EC5873">
              <w:rPr>
                <w:sz w:val="21"/>
                <w:lang w:val="cs-CZ"/>
              </w:rPr>
              <w:t>One</w:t>
            </w:r>
            <w:proofErr w:type="spellEnd"/>
            <w:r w:rsidRPr="00EC5873">
              <w:rPr>
                <w:sz w:val="21"/>
                <w:lang w:val="cs-CZ"/>
              </w:rPr>
              <w:t xml:space="preserve"> </w:t>
            </w:r>
            <w:proofErr w:type="spellStart"/>
            <w:r w:rsidRPr="00EC5873">
              <w:rPr>
                <w:sz w:val="21"/>
                <w:lang w:val="cs-CZ"/>
              </w:rPr>
              <w:t>main</w:t>
            </w:r>
            <w:proofErr w:type="spellEnd"/>
            <w:r w:rsidRPr="00EC5873">
              <w:rPr>
                <w:sz w:val="21"/>
                <w:lang w:val="cs-CZ"/>
              </w:rPr>
              <w:t xml:space="preserve"> </w:t>
            </w:r>
            <w:proofErr w:type="spellStart"/>
            <w:r w:rsidRPr="00EC5873">
              <w:rPr>
                <w:sz w:val="21"/>
                <w:lang w:val="cs-CZ"/>
              </w:rPr>
              <w:t>objective</w:t>
            </w:r>
            <w:proofErr w:type="spellEnd"/>
            <w:r w:rsidRPr="00EC5873">
              <w:rPr>
                <w:sz w:val="21"/>
                <w:lang w:val="cs-CZ"/>
              </w:rPr>
              <w:t xml:space="preserve">, </w:t>
            </w:r>
            <w:proofErr w:type="spellStart"/>
            <w:r w:rsidRPr="00EC5873">
              <w:rPr>
                <w:sz w:val="21"/>
                <w:lang w:val="cs-CZ"/>
              </w:rPr>
              <w:t>formulated</w:t>
            </w:r>
            <w:proofErr w:type="spellEnd"/>
            <w:r w:rsidRPr="00EC5873">
              <w:rPr>
                <w:sz w:val="21"/>
                <w:lang w:val="cs-CZ"/>
              </w:rPr>
              <w:t xml:space="preserve"> </w:t>
            </w:r>
            <w:proofErr w:type="spellStart"/>
            <w:r w:rsidRPr="00EC5873">
              <w:rPr>
                <w:sz w:val="21"/>
                <w:lang w:val="cs-CZ"/>
              </w:rPr>
              <w:t>precisely</w:t>
            </w:r>
            <w:proofErr w:type="spellEnd"/>
            <w:r w:rsidRPr="00EC5873">
              <w:rPr>
                <w:sz w:val="21"/>
                <w:lang w:val="cs-CZ"/>
              </w:rPr>
              <w:t xml:space="preserve"> and </w:t>
            </w:r>
            <w:proofErr w:type="spellStart"/>
            <w:r w:rsidRPr="00EC5873">
              <w:rPr>
                <w:sz w:val="21"/>
                <w:lang w:val="cs-CZ"/>
              </w:rPr>
              <w:t>factually</w:t>
            </w:r>
            <w:proofErr w:type="spellEnd"/>
            <w:r w:rsidRPr="00EC5873">
              <w:rPr>
                <w:sz w:val="21"/>
                <w:lang w:val="cs-CZ"/>
              </w:rPr>
              <w:t>.</w:t>
            </w:r>
          </w:p>
          <w:p w14:paraId="4244FA46" w14:textId="76BD0322" w:rsidR="00EC5873" w:rsidRPr="00EC5873" w:rsidRDefault="00EC5873" w:rsidP="00EC5873">
            <w:pPr>
              <w:pStyle w:val="Odstavecseseznamem"/>
              <w:numPr>
                <w:ilvl w:val="0"/>
                <w:numId w:val="20"/>
              </w:numPr>
              <w:spacing w:after="40"/>
              <w:rPr>
                <w:rFonts w:ascii="Times New Roman" w:hAnsi="Times New Roman" w:cs="Times New Roman"/>
                <w:sz w:val="21"/>
                <w:lang w:val="cs-CZ"/>
              </w:rPr>
            </w:pPr>
            <w:proofErr w:type="spellStart"/>
            <w:r w:rsidRPr="00EC5873">
              <w:rPr>
                <w:rFonts w:ascii="Times New Roman" w:hAnsi="Times New Roman" w:cs="Times New Roman"/>
                <w:sz w:val="21"/>
                <w:lang w:val="cs-CZ"/>
              </w:rPr>
              <w:t>Specific</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objectives</w:t>
            </w:r>
            <w:proofErr w:type="spellEnd"/>
            <w:r w:rsidRPr="00EC5873">
              <w:rPr>
                <w:rFonts w:ascii="Times New Roman" w:hAnsi="Times New Roman" w:cs="Times New Roman"/>
                <w:sz w:val="21"/>
                <w:lang w:val="cs-CZ"/>
              </w:rPr>
              <w:t xml:space="preserve"> (sub-</w:t>
            </w:r>
            <w:proofErr w:type="spellStart"/>
            <w:r w:rsidRPr="00EC5873">
              <w:rPr>
                <w:rFonts w:ascii="Times New Roman" w:hAnsi="Times New Roman" w:cs="Times New Roman"/>
                <w:sz w:val="21"/>
                <w:lang w:val="cs-CZ"/>
              </w:rPr>
              <w:t>goals</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if</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project</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addresses</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multiple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dimensions</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of</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problem</w:t>
            </w:r>
            <w:proofErr w:type="spellEnd"/>
            <w:r w:rsidRPr="00EC5873">
              <w:rPr>
                <w:rFonts w:ascii="Times New Roman" w:hAnsi="Times New Roman" w:cs="Times New Roman"/>
                <w:sz w:val="21"/>
                <w:lang w:val="cs-CZ"/>
              </w:rPr>
              <w:t>.</w:t>
            </w:r>
          </w:p>
          <w:p w14:paraId="6B422B37" w14:textId="2CB6AAA3" w:rsidR="00EC5873" w:rsidRPr="00EC5873" w:rsidRDefault="00EC5873" w:rsidP="00EC5873">
            <w:pPr>
              <w:pStyle w:val="Odstavecseseznamem"/>
              <w:numPr>
                <w:ilvl w:val="0"/>
                <w:numId w:val="20"/>
              </w:numPr>
              <w:spacing w:after="40"/>
              <w:rPr>
                <w:rFonts w:ascii="Times New Roman" w:hAnsi="Times New Roman" w:cs="Times New Roman"/>
                <w:sz w:val="21"/>
                <w:lang w:val="cs-CZ"/>
              </w:rPr>
            </w:pPr>
            <w:proofErr w:type="spellStart"/>
            <w:r w:rsidRPr="00EC5873">
              <w:rPr>
                <w:rFonts w:ascii="Times New Roman" w:hAnsi="Times New Roman" w:cs="Times New Roman"/>
                <w:sz w:val="21"/>
                <w:lang w:val="cs-CZ"/>
              </w:rPr>
              <w:t>Research</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questions</w:t>
            </w:r>
            <w:proofErr w:type="spellEnd"/>
            <w:r w:rsidRPr="00EC5873">
              <w:rPr>
                <w:rFonts w:ascii="Times New Roman" w:hAnsi="Times New Roman" w:cs="Times New Roman"/>
                <w:sz w:val="21"/>
                <w:lang w:val="cs-CZ"/>
              </w:rPr>
              <w:t xml:space="preserve"> and, in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case </w:t>
            </w:r>
            <w:proofErr w:type="spellStart"/>
            <w:r w:rsidRPr="00EC5873">
              <w:rPr>
                <w:rFonts w:ascii="Times New Roman" w:hAnsi="Times New Roman" w:cs="Times New Roman"/>
                <w:sz w:val="21"/>
                <w:lang w:val="cs-CZ"/>
              </w:rPr>
              <w:t>of</w:t>
            </w:r>
            <w:proofErr w:type="spellEnd"/>
            <w:r w:rsidRPr="00EC5873">
              <w:rPr>
                <w:rFonts w:ascii="Times New Roman" w:hAnsi="Times New Roman" w:cs="Times New Roman"/>
                <w:sz w:val="21"/>
                <w:lang w:val="cs-CZ"/>
              </w:rPr>
              <w:t xml:space="preserve"> a </w:t>
            </w:r>
            <w:proofErr w:type="spellStart"/>
            <w:r w:rsidRPr="00EC5873">
              <w:rPr>
                <w:rFonts w:ascii="Times New Roman" w:hAnsi="Times New Roman" w:cs="Times New Roman"/>
                <w:sz w:val="21"/>
                <w:lang w:val="cs-CZ"/>
              </w:rPr>
              <w:t>quantitative</w:t>
            </w:r>
            <w:proofErr w:type="spellEnd"/>
            <w:r w:rsidRPr="00EC5873">
              <w:rPr>
                <w:rFonts w:ascii="Times New Roman" w:hAnsi="Times New Roman" w:cs="Times New Roman"/>
                <w:sz w:val="21"/>
                <w:lang w:val="cs-CZ"/>
              </w:rPr>
              <w:t xml:space="preserve"> design, </w:t>
            </w:r>
            <w:proofErr w:type="spellStart"/>
            <w:r w:rsidRPr="00EC5873">
              <w:rPr>
                <w:rFonts w:ascii="Times New Roman" w:hAnsi="Times New Roman" w:cs="Times New Roman"/>
                <w:sz w:val="21"/>
                <w:lang w:val="cs-CZ"/>
              </w:rPr>
              <w:t>hypotheses</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where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appropriate</w:t>
            </w:r>
            <w:proofErr w:type="spellEnd"/>
            <w:r w:rsidRPr="00EC5873">
              <w:rPr>
                <w:rFonts w:ascii="Times New Roman" w:hAnsi="Times New Roman" w:cs="Times New Roman"/>
                <w:sz w:val="21"/>
                <w:lang w:val="cs-CZ"/>
              </w:rPr>
              <w:t>.</w:t>
            </w:r>
          </w:p>
          <w:p w14:paraId="6480CA60" w14:textId="46FB2B3D" w:rsidR="00EC5873" w:rsidRPr="00EC5873" w:rsidRDefault="00EC5873" w:rsidP="00EC5873">
            <w:pPr>
              <w:pStyle w:val="Odstavecseseznamem"/>
              <w:numPr>
                <w:ilvl w:val="0"/>
                <w:numId w:val="20"/>
              </w:numPr>
              <w:spacing w:after="40"/>
              <w:rPr>
                <w:rFonts w:ascii="Times New Roman" w:hAnsi="Times New Roman" w:cs="Times New Roman"/>
                <w:sz w:val="21"/>
                <w:lang w:val="cs-CZ"/>
              </w:rPr>
            </w:pPr>
            <w:r w:rsidRPr="00EC5873">
              <w:rPr>
                <w:rFonts w:ascii="Times New Roman" w:hAnsi="Times New Roman" w:cs="Times New Roman"/>
                <w:sz w:val="21"/>
                <w:lang w:val="cs-CZ"/>
              </w:rPr>
              <w:t xml:space="preserve">A </w:t>
            </w:r>
            <w:proofErr w:type="spellStart"/>
            <w:r w:rsidRPr="00EC5873">
              <w:rPr>
                <w:rFonts w:ascii="Times New Roman" w:hAnsi="Times New Roman" w:cs="Times New Roman"/>
                <w:sz w:val="21"/>
                <w:lang w:val="cs-CZ"/>
              </w:rPr>
              <w:t>short</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explanation</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of</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how</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research</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questions</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relate</w:t>
            </w:r>
            <w:proofErr w:type="spellEnd"/>
            <w:r w:rsidRPr="00EC5873">
              <w:rPr>
                <w:rFonts w:ascii="Times New Roman" w:hAnsi="Times New Roman" w:cs="Times New Roman"/>
                <w:sz w:val="21"/>
                <w:lang w:val="cs-CZ"/>
              </w:rPr>
              <w:t xml:space="preserve"> to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structure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of</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research</w:t>
            </w:r>
            <w:proofErr w:type="spellEnd"/>
            <w:r w:rsidRPr="00EC5873">
              <w:rPr>
                <w:rFonts w:ascii="Times New Roman" w:hAnsi="Times New Roman" w:cs="Times New Roman"/>
                <w:sz w:val="21"/>
                <w:lang w:val="cs-CZ"/>
              </w:rPr>
              <w:t>.</w:t>
            </w:r>
          </w:p>
          <w:p w14:paraId="575C10C1" w14:textId="3BE0A635" w:rsidR="00A50BA5" w:rsidRPr="000107D4" w:rsidRDefault="00A50BA5" w:rsidP="00EC5873">
            <w:pPr>
              <w:pStyle w:val="Odstavecseseznamem"/>
              <w:spacing w:after="40"/>
              <w:rPr>
                <w:rFonts w:ascii="Times New Roman" w:hAnsi="Times New Roman" w:cs="Times New Roman"/>
              </w:rPr>
            </w:pPr>
          </w:p>
        </w:tc>
      </w:tr>
    </w:tbl>
    <w:p w14:paraId="2B55A795"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7AB6C23D"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76161D21" w14:textId="77777777" w:rsidR="00EC5873" w:rsidRDefault="00EC5873" w:rsidP="00EC5873">
            <w:pPr>
              <w:spacing w:after="40"/>
              <w:rPr>
                <w:rFonts w:ascii="Times New Roman" w:hAnsi="Times New Roman" w:cs="Times New Roman"/>
                <w:b/>
                <w:color w:val="184955"/>
                <w:sz w:val="21"/>
              </w:rPr>
            </w:pPr>
            <w:r w:rsidRPr="00EC5873">
              <w:rPr>
                <w:rFonts w:ascii="Times New Roman" w:hAnsi="Times New Roman" w:cs="Times New Roman"/>
                <w:b/>
                <w:color w:val="184955"/>
                <w:sz w:val="21"/>
              </w:rPr>
              <w:t xml:space="preserve">Example </w:t>
            </w:r>
            <w:r>
              <w:rPr>
                <w:rFonts w:ascii="Times New Roman" w:hAnsi="Times New Roman" w:cs="Times New Roman"/>
                <w:b/>
                <w:color w:val="184955"/>
                <w:sz w:val="21"/>
              </w:rPr>
              <w:t xml:space="preserve">of the </w:t>
            </w:r>
            <w:r w:rsidRPr="00EC5873">
              <w:rPr>
                <w:rFonts w:ascii="Times New Roman" w:hAnsi="Times New Roman" w:cs="Times New Roman"/>
                <w:b/>
                <w:color w:val="184955"/>
                <w:sz w:val="21"/>
              </w:rPr>
              <w:t>Formulation</w:t>
            </w:r>
            <w:r w:rsidRPr="00EC5873">
              <w:rPr>
                <w:rFonts w:ascii="Times New Roman" w:hAnsi="Times New Roman" w:cs="Times New Roman"/>
                <w:b/>
                <w:color w:val="184955"/>
                <w:sz w:val="21"/>
              </w:rPr>
              <w:t xml:space="preserve"> </w:t>
            </w:r>
          </w:p>
          <w:p w14:paraId="7689B50F" w14:textId="1D8E45BD" w:rsidR="00EC5873" w:rsidRPr="00EC5873" w:rsidRDefault="00EC5873" w:rsidP="00EC5873">
            <w:pPr>
              <w:spacing w:after="40"/>
              <w:rPr>
                <w:rFonts w:ascii="Times New Roman" w:hAnsi="Times New Roman" w:cs="Times New Roman"/>
                <w:b/>
                <w:color w:val="184955"/>
                <w:sz w:val="21"/>
              </w:rPr>
            </w:pP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objective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of</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project</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is</w:t>
            </w:r>
            <w:proofErr w:type="spellEnd"/>
            <w:r w:rsidRPr="00EC5873">
              <w:rPr>
                <w:rFonts w:ascii="Times New Roman" w:hAnsi="Times New Roman" w:cs="Times New Roman"/>
                <w:sz w:val="21"/>
                <w:lang w:val="cs-CZ"/>
              </w:rPr>
              <w:t xml:space="preserve"> to </w:t>
            </w:r>
            <w:proofErr w:type="spellStart"/>
            <w:r w:rsidRPr="00EC5873">
              <w:rPr>
                <w:rFonts w:ascii="Times New Roman" w:hAnsi="Times New Roman" w:cs="Times New Roman"/>
                <w:sz w:val="21"/>
                <w:lang w:val="cs-CZ"/>
              </w:rPr>
              <w:t>analyze</w:t>
            </w:r>
            <w:proofErr w:type="spellEnd"/>
            <w:r w:rsidRPr="00EC5873">
              <w:rPr>
                <w:rFonts w:ascii="Times New Roman" w:hAnsi="Times New Roman" w:cs="Times New Roman"/>
                <w:sz w:val="21"/>
                <w:lang w:val="cs-CZ"/>
              </w:rPr>
              <w:t xml:space="preserve"> / </w:t>
            </w:r>
            <w:proofErr w:type="spellStart"/>
            <w:r w:rsidRPr="00EC5873">
              <w:rPr>
                <w:rFonts w:ascii="Times New Roman" w:hAnsi="Times New Roman" w:cs="Times New Roman"/>
                <w:sz w:val="21"/>
                <w:lang w:val="cs-CZ"/>
              </w:rPr>
              <w:t>verify</w:t>
            </w:r>
            <w:proofErr w:type="spellEnd"/>
            <w:r w:rsidRPr="00EC5873">
              <w:rPr>
                <w:rFonts w:ascii="Times New Roman" w:hAnsi="Times New Roman" w:cs="Times New Roman"/>
                <w:sz w:val="21"/>
                <w:lang w:val="cs-CZ"/>
              </w:rPr>
              <w:t xml:space="preserve"> / </w:t>
            </w:r>
            <w:proofErr w:type="spellStart"/>
            <w:r w:rsidRPr="00EC5873">
              <w:rPr>
                <w:rFonts w:ascii="Times New Roman" w:hAnsi="Times New Roman" w:cs="Times New Roman"/>
                <w:sz w:val="21"/>
                <w:lang w:val="cs-CZ"/>
              </w:rPr>
              <w:t>compare</w:t>
            </w:r>
            <w:proofErr w:type="spellEnd"/>
            <w:r w:rsidRPr="00EC5873">
              <w:rPr>
                <w:rFonts w:ascii="Times New Roman" w:hAnsi="Times New Roman" w:cs="Times New Roman"/>
                <w:sz w:val="21"/>
                <w:lang w:val="cs-CZ"/>
              </w:rPr>
              <w:t xml:space="preserve"> / </w:t>
            </w:r>
            <w:proofErr w:type="spellStart"/>
            <w:r w:rsidRPr="00EC5873">
              <w:rPr>
                <w:rFonts w:ascii="Times New Roman" w:hAnsi="Times New Roman" w:cs="Times New Roman"/>
                <w:sz w:val="21"/>
                <w:lang w:val="cs-CZ"/>
              </w:rPr>
              <w:t>identify</w:t>
            </w:r>
            <w:proofErr w:type="spellEnd"/>
            <w:r w:rsidRPr="00EC5873">
              <w:rPr>
                <w:rFonts w:ascii="Times New Roman" w:hAnsi="Times New Roman" w:cs="Times New Roman"/>
                <w:sz w:val="21"/>
                <w:lang w:val="cs-CZ"/>
              </w:rPr>
              <w:t xml:space="preserve"> / </w:t>
            </w:r>
            <w:proofErr w:type="spellStart"/>
            <w:r w:rsidRPr="00EC5873">
              <w:rPr>
                <w:rFonts w:ascii="Times New Roman" w:hAnsi="Times New Roman" w:cs="Times New Roman"/>
                <w:sz w:val="21"/>
                <w:lang w:val="cs-CZ"/>
              </w:rPr>
              <w:t>propose</w:t>
            </w:r>
            <w:proofErr w:type="spellEnd"/>
            <w:r w:rsidRPr="00EC5873">
              <w:rPr>
                <w:rFonts w:ascii="Times New Roman" w:hAnsi="Times New Roman" w:cs="Times New Roman"/>
                <w:sz w:val="21"/>
                <w:lang w:val="cs-CZ"/>
              </w:rPr>
              <w:t>…</w:t>
            </w:r>
          </w:p>
          <w:p w14:paraId="1BF40407" w14:textId="4968610A" w:rsidR="00EC5873" w:rsidRPr="00EC5873" w:rsidRDefault="00EC5873" w:rsidP="00EC5873">
            <w:pPr>
              <w:spacing w:after="40"/>
              <w:rPr>
                <w:rFonts w:ascii="Times New Roman" w:hAnsi="Times New Roman" w:cs="Times New Roman"/>
                <w:sz w:val="21"/>
                <w:lang w:val="cs-CZ"/>
              </w:rPr>
            </w:pP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main</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objective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is</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followed</w:t>
            </w:r>
            <w:proofErr w:type="spellEnd"/>
            <w:r w:rsidRPr="00EC5873">
              <w:rPr>
                <w:rFonts w:ascii="Times New Roman" w:hAnsi="Times New Roman" w:cs="Times New Roman"/>
                <w:sz w:val="21"/>
                <w:lang w:val="cs-CZ"/>
              </w:rPr>
              <w:t xml:space="preserve"> by these </w:t>
            </w:r>
            <w:proofErr w:type="spellStart"/>
            <w:r w:rsidRPr="00EC5873">
              <w:rPr>
                <w:rFonts w:ascii="Times New Roman" w:hAnsi="Times New Roman" w:cs="Times New Roman"/>
                <w:sz w:val="21"/>
                <w:lang w:val="cs-CZ"/>
              </w:rPr>
              <w:t>specific</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objectives</w:t>
            </w:r>
            <w:proofErr w:type="spellEnd"/>
            <w:r w:rsidRPr="00EC5873">
              <w:rPr>
                <w:rFonts w:ascii="Times New Roman" w:hAnsi="Times New Roman" w:cs="Times New Roman"/>
                <w:sz w:val="21"/>
                <w:lang w:val="cs-CZ"/>
              </w:rPr>
              <w:t>…</w:t>
            </w:r>
          </w:p>
          <w:p w14:paraId="7B4B3284" w14:textId="445FA5C2" w:rsidR="00EC5873" w:rsidRPr="00EC5873" w:rsidRDefault="00EC5873" w:rsidP="00EC5873">
            <w:pPr>
              <w:spacing w:after="40"/>
              <w:rPr>
                <w:rFonts w:ascii="Times New Roman" w:hAnsi="Times New Roman" w:cs="Times New Roman"/>
                <w:sz w:val="21"/>
                <w:lang w:val="cs-CZ"/>
              </w:rPr>
            </w:pP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project</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will</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answer</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following</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research</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questions</w:t>
            </w:r>
            <w:proofErr w:type="spellEnd"/>
            <w:r w:rsidRPr="00EC5873">
              <w:rPr>
                <w:rFonts w:ascii="Times New Roman" w:hAnsi="Times New Roman" w:cs="Times New Roman"/>
                <w:sz w:val="21"/>
                <w:lang w:val="cs-CZ"/>
              </w:rPr>
              <w:t>…</w:t>
            </w:r>
          </w:p>
          <w:p w14:paraId="0EDDF814" w14:textId="2466D740" w:rsidR="00EC5873" w:rsidRPr="00EC5873" w:rsidRDefault="00EC5873" w:rsidP="00EC5873">
            <w:pPr>
              <w:spacing w:after="40"/>
              <w:rPr>
                <w:rFonts w:ascii="Times New Roman" w:hAnsi="Times New Roman" w:cs="Times New Roman"/>
                <w:sz w:val="21"/>
                <w:lang w:val="cs-CZ"/>
              </w:rPr>
            </w:pPr>
            <w:proofErr w:type="spellStart"/>
            <w:r w:rsidRPr="00EC5873">
              <w:rPr>
                <w:rFonts w:ascii="Times New Roman" w:hAnsi="Times New Roman" w:cs="Times New Roman"/>
                <w:sz w:val="21"/>
                <w:lang w:val="cs-CZ"/>
              </w:rPr>
              <w:t>Based</w:t>
            </w:r>
            <w:proofErr w:type="spellEnd"/>
            <w:r w:rsidRPr="00EC5873">
              <w:rPr>
                <w:rFonts w:ascii="Times New Roman" w:hAnsi="Times New Roman" w:cs="Times New Roman"/>
                <w:sz w:val="21"/>
                <w:lang w:val="cs-CZ"/>
              </w:rPr>
              <w:t xml:space="preserve"> on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current</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state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of</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knowledge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the</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following</w:t>
            </w:r>
            <w:proofErr w:type="spellEnd"/>
            <w:r w:rsidRPr="00EC5873">
              <w:rPr>
                <w:rFonts w:ascii="Times New Roman" w:hAnsi="Times New Roman" w:cs="Times New Roman"/>
                <w:sz w:val="21"/>
                <w:lang w:val="cs-CZ"/>
              </w:rPr>
              <w:t xml:space="preserve"> </w:t>
            </w:r>
            <w:proofErr w:type="spellStart"/>
            <w:r w:rsidRPr="00EC5873">
              <w:rPr>
                <w:rFonts w:ascii="Times New Roman" w:hAnsi="Times New Roman" w:cs="Times New Roman"/>
                <w:sz w:val="21"/>
                <w:lang w:val="cs-CZ"/>
              </w:rPr>
              <w:t>hypotheses</w:t>
            </w:r>
            <w:proofErr w:type="spellEnd"/>
            <w:r w:rsidRPr="00EC5873">
              <w:rPr>
                <w:rFonts w:ascii="Times New Roman" w:hAnsi="Times New Roman" w:cs="Times New Roman"/>
                <w:sz w:val="21"/>
                <w:lang w:val="cs-CZ"/>
              </w:rPr>
              <w:t xml:space="preserve"> are </w:t>
            </w:r>
            <w:proofErr w:type="spellStart"/>
            <w:r w:rsidRPr="00EC5873">
              <w:rPr>
                <w:rFonts w:ascii="Times New Roman" w:hAnsi="Times New Roman" w:cs="Times New Roman"/>
                <w:sz w:val="21"/>
                <w:lang w:val="cs-CZ"/>
              </w:rPr>
              <w:t>formulated</w:t>
            </w:r>
            <w:proofErr w:type="spellEnd"/>
            <w:r w:rsidRPr="00EC5873">
              <w:rPr>
                <w:rFonts w:ascii="Times New Roman" w:hAnsi="Times New Roman" w:cs="Times New Roman"/>
                <w:sz w:val="21"/>
                <w:lang w:val="cs-CZ"/>
              </w:rPr>
              <w:t>…</w:t>
            </w:r>
          </w:p>
          <w:p w14:paraId="35D6563A" w14:textId="2711F250" w:rsidR="00A50BA5" w:rsidRPr="005014BE" w:rsidRDefault="00A50BA5">
            <w:pPr>
              <w:spacing w:after="40"/>
              <w:rPr>
                <w:rFonts w:ascii="Times New Roman" w:hAnsi="Times New Roman" w:cs="Times New Roman"/>
              </w:rPr>
            </w:pPr>
          </w:p>
        </w:tc>
      </w:tr>
    </w:tbl>
    <w:p w14:paraId="50468FD3" w14:textId="77777777" w:rsidR="00A50BA5" w:rsidRPr="005014BE" w:rsidRDefault="00A50BA5">
      <w:pPr>
        <w:rPr>
          <w:rFonts w:ascii="Times New Roman" w:hAnsi="Times New Roman" w:cs="Times New Roman"/>
        </w:rPr>
      </w:pPr>
    </w:p>
    <w:p w14:paraId="3E08809F" w14:textId="2DD9B3EF"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EC5873">
        <w:rPr>
          <w:rFonts w:ascii="Times New Roman" w:hAnsi="Times New Roman" w:cs="Times New Roman"/>
        </w:rPr>
        <w:t>I</w:t>
      </w:r>
      <w:r w:rsidR="00EC5873" w:rsidRPr="00EC5873">
        <w:rPr>
          <w:rFonts w:ascii="Times New Roman" w:hAnsi="Times New Roman" w:cs="Times New Roman"/>
        </w:rPr>
        <w:t>nsert your own text for this chapter here. Approximately 0.75–1 standard page</w:t>
      </w:r>
      <w:r w:rsidRPr="005014BE">
        <w:rPr>
          <w:rFonts w:ascii="Times New Roman" w:hAnsi="Times New Roman" w:cs="Times New Roman"/>
        </w:rPr>
        <w:t>.]</w:t>
      </w:r>
    </w:p>
    <w:p w14:paraId="673B2DF9" w14:textId="77777777" w:rsidR="00A50BA5" w:rsidRDefault="00A50BA5">
      <w:pPr>
        <w:rPr>
          <w:rFonts w:ascii="Times New Roman" w:hAnsi="Times New Roman" w:cs="Times New Roman"/>
        </w:rPr>
      </w:pPr>
    </w:p>
    <w:p w14:paraId="645F9DF8" w14:textId="77777777" w:rsidR="00FD15D9" w:rsidRDefault="00FD15D9">
      <w:pPr>
        <w:rPr>
          <w:rFonts w:ascii="Times New Roman" w:hAnsi="Times New Roman" w:cs="Times New Roman"/>
        </w:rPr>
      </w:pPr>
    </w:p>
    <w:p w14:paraId="433C1E3E" w14:textId="77777777" w:rsidR="00FD15D9" w:rsidRDefault="00FD15D9">
      <w:pPr>
        <w:rPr>
          <w:rFonts w:ascii="Times New Roman" w:hAnsi="Times New Roman" w:cs="Times New Roman"/>
        </w:rPr>
      </w:pPr>
    </w:p>
    <w:p w14:paraId="7461009E" w14:textId="77777777" w:rsidR="00FD15D9" w:rsidRDefault="00FD15D9">
      <w:pPr>
        <w:rPr>
          <w:rFonts w:ascii="Times New Roman" w:hAnsi="Times New Roman" w:cs="Times New Roman"/>
        </w:rPr>
      </w:pPr>
    </w:p>
    <w:p w14:paraId="4861B445" w14:textId="77777777" w:rsidR="00FD15D9" w:rsidRDefault="00FD15D9">
      <w:pPr>
        <w:rPr>
          <w:rFonts w:ascii="Times New Roman" w:hAnsi="Times New Roman" w:cs="Times New Roman"/>
        </w:rPr>
      </w:pPr>
    </w:p>
    <w:p w14:paraId="674D931B" w14:textId="77777777" w:rsidR="00FD15D9" w:rsidRDefault="00FD15D9">
      <w:pPr>
        <w:rPr>
          <w:rFonts w:ascii="Times New Roman" w:hAnsi="Times New Roman" w:cs="Times New Roman"/>
        </w:rPr>
      </w:pPr>
    </w:p>
    <w:p w14:paraId="26115D0F" w14:textId="77777777" w:rsidR="00FD15D9" w:rsidRDefault="00FD15D9">
      <w:pPr>
        <w:rPr>
          <w:rFonts w:ascii="Times New Roman" w:hAnsi="Times New Roman" w:cs="Times New Roman"/>
        </w:rPr>
      </w:pPr>
    </w:p>
    <w:p w14:paraId="032BD1A8" w14:textId="77777777" w:rsidR="00FD15D9" w:rsidRDefault="00FD15D9">
      <w:pPr>
        <w:rPr>
          <w:rFonts w:ascii="Times New Roman" w:hAnsi="Times New Roman" w:cs="Times New Roman"/>
        </w:rPr>
      </w:pPr>
    </w:p>
    <w:p w14:paraId="4316DF44" w14:textId="77777777" w:rsidR="00FD15D9" w:rsidRDefault="00FD15D9">
      <w:pPr>
        <w:rPr>
          <w:rFonts w:ascii="Times New Roman" w:hAnsi="Times New Roman" w:cs="Times New Roman"/>
        </w:rPr>
      </w:pPr>
    </w:p>
    <w:p w14:paraId="5F800740" w14:textId="77777777" w:rsidR="00FD15D9" w:rsidRDefault="00FD15D9">
      <w:pPr>
        <w:rPr>
          <w:rFonts w:ascii="Times New Roman" w:hAnsi="Times New Roman" w:cs="Times New Roman"/>
        </w:rPr>
      </w:pPr>
    </w:p>
    <w:p w14:paraId="4DA30109" w14:textId="77777777" w:rsidR="00FD15D9" w:rsidRDefault="00FD15D9">
      <w:pPr>
        <w:rPr>
          <w:rFonts w:ascii="Times New Roman" w:hAnsi="Times New Roman" w:cs="Times New Roman"/>
        </w:rPr>
      </w:pPr>
    </w:p>
    <w:p w14:paraId="016B877F" w14:textId="77777777" w:rsidR="00FD15D9" w:rsidRDefault="00FD15D9">
      <w:pPr>
        <w:rPr>
          <w:rFonts w:ascii="Times New Roman" w:hAnsi="Times New Roman" w:cs="Times New Roman"/>
        </w:rPr>
      </w:pPr>
    </w:p>
    <w:p w14:paraId="1539C2B8" w14:textId="77777777" w:rsidR="00FD15D9" w:rsidRDefault="00FD15D9">
      <w:pPr>
        <w:rPr>
          <w:rFonts w:ascii="Times New Roman" w:hAnsi="Times New Roman" w:cs="Times New Roman"/>
        </w:rPr>
      </w:pPr>
    </w:p>
    <w:p w14:paraId="63EFCD6E" w14:textId="77777777" w:rsidR="00FD15D9" w:rsidRDefault="00FD15D9">
      <w:pPr>
        <w:rPr>
          <w:rFonts w:ascii="Times New Roman" w:hAnsi="Times New Roman" w:cs="Times New Roman"/>
        </w:rPr>
      </w:pPr>
    </w:p>
    <w:p w14:paraId="01A8F056" w14:textId="77777777" w:rsidR="00FD15D9" w:rsidRDefault="00FD15D9">
      <w:pPr>
        <w:rPr>
          <w:rFonts w:ascii="Times New Roman" w:hAnsi="Times New Roman" w:cs="Times New Roman"/>
        </w:rPr>
      </w:pPr>
    </w:p>
    <w:p w14:paraId="4918B64F" w14:textId="77777777" w:rsidR="00FD15D9" w:rsidRDefault="00FD15D9">
      <w:pPr>
        <w:rPr>
          <w:rFonts w:ascii="Times New Roman" w:hAnsi="Times New Roman" w:cs="Times New Roman"/>
        </w:rPr>
      </w:pPr>
    </w:p>
    <w:p w14:paraId="5416CED7" w14:textId="77777777" w:rsidR="00FD15D9" w:rsidRDefault="00FD15D9">
      <w:pPr>
        <w:rPr>
          <w:rFonts w:ascii="Times New Roman" w:hAnsi="Times New Roman" w:cs="Times New Roman"/>
        </w:rPr>
      </w:pPr>
    </w:p>
    <w:p w14:paraId="0A09E0C1" w14:textId="77777777" w:rsidR="00FD15D9" w:rsidRPr="005014BE" w:rsidRDefault="00FD15D9">
      <w:pPr>
        <w:rPr>
          <w:rFonts w:ascii="Times New Roman" w:hAnsi="Times New Roman" w:cs="Times New Roman"/>
        </w:rPr>
      </w:pPr>
    </w:p>
    <w:p w14:paraId="38000D01" w14:textId="6B2F4722" w:rsidR="00A50BA5" w:rsidRPr="005014BE" w:rsidRDefault="00AE10D3">
      <w:pPr>
        <w:pStyle w:val="Heading2Custom"/>
        <w:rPr>
          <w:rFonts w:ascii="Times New Roman" w:hAnsi="Times New Roman" w:cs="Times New Roman"/>
        </w:rPr>
      </w:pPr>
      <w:r w:rsidRPr="005014BE">
        <w:rPr>
          <w:rFonts w:ascii="Times New Roman" w:hAnsi="Times New Roman" w:cs="Times New Roman"/>
        </w:rPr>
        <w:t xml:space="preserve">2.5 </w:t>
      </w:r>
      <w:r w:rsidR="00EC5873" w:rsidRPr="00EC5873">
        <w:rPr>
          <w:rFonts w:ascii="Times New Roman" w:hAnsi="Times New Roman" w:cs="Times New Roman"/>
        </w:rPr>
        <w:t>Methodological Solution of the Project</w:t>
      </w:r>
    </w:p>
    <w:tbl>
      <w:tblPr>
        <w:tblW w:w="0" w:type="auto"/>
        <w:jc w:val="center"/>
        <w:tblLook w:val="04A0" w:firstRow="1" w:lastRow="0" w:firstColumn="1" w:lastColumn="0" w:noHBand="0" w:noVBand="1"/>
      </w:tblPr>
      <w:tblGrid>
        <w:gridCol w:w="9071"/>
      </w:tblGrid>
      <w:tr w:rsidR="00A50BA5" w:rsidRPr="005014BE" w14:paraId="61005106"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395AE411" w14:textId="77777777" w:rsidR="00EC5873" w:rsidRDefault="00EC5873">
            <w:pPr>
              <w:spacing w:after="40"/>
              <w:rPr>
                <w:rFonts w:ascii="Times New Roman" w:hAnsi="Times New Roman" w:cs="Times New Roman"/>
                <w:b/>
                <w:color w:val="184955"/>
                <w:sz w:val="21"/>
              </w:rPr>
            </w:pPr>
            <w:r w:rsidRPr="00EC5873">
              <w:rPr>
                <w:rFonts w:ascii="Times New Roman" w:hAnsi="Times New Roman" w:cs="Times New Roman"/>
                <w:b/>
                <w:color w:val="184955"/>
                <w:sz w:val="21"/>
              </w:rPr>
              <w:t>Academic Function of the Chapte</w:t>
            </w:r>
            <w:r>
              <w:rPr>
                <w:rFonts w:ascii="Times New Roman" w:hAnsi="Times New Roman" w:cs="Times New Roman"/>
                <w:b/>
                <w:color w:val="184955"/>
                <w:sz w:val="21"/>
              </w:rPr>
              <w:t>r</w:t>
            </w:r>
          </w:p>
          <w:p w14:paraId="79AC45D7" w14:textId="6B3A1FC7" w:rsidR="00A50BA5" w:rsidRPr="005014BE" w:rsidRDefault="00DF22B2">
            <w:pPr>
              <w:spacing w:after="40"/>
              <w:rPr>
                <w:rFonts w:ascii="Times New Roman" w:hAnsi="Times New Roman" w:cs="Times New Roman"/>
              </w:rPr>
            </w:pPr>
            <w:r w:rsidRPr="00DF22B2">
              <w:rPr>
                <w:rFonts w:ascii="Times New Roman" w:hAnsi="Times New Roman" w:cs="Times New Roman"/>
                <w:sz w:val="21"/>
              </w:rPr>
              <w:t>This is a crucial part of the proposal. The committee usually evaluates whether the applicant can translate the research problem into a feasible and logically consistent design. The methodology chapter must explain not only what you will do, but why you are doing it this way</w:t>
            </w:r>
            <w:r w:rsidR="00AE10D3" w:rsidRPr="005014BE">
              <w:rPr>
                <w:rFonts w:ascii="Times New Roman" w:hAnsi="Times New Roman" w:cs="Times New Roman"/>
                <w:sz w:val="21"/>
              </w:rPr>
              <w:t>.</w:t>
            </w:r>
          </w:p>
        </w:tc>
      </w:tr>
    </w:tbl>
    <w:p w14:paraId="64314033"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00F02E72"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3955CB2D" w14:textId="77777777" w:rsidR="00DF22B2" w:rsidRDefault="00DF22B2" w:rsidP="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What the Chapter Must Contain (Mandatory)</w:t>
            </w:r>
          </w:p>
          <w:p w14:paraId="4DCA10DC" w14:textId="519B34ED" w:rsidR="00DF22B2" w:rsidRPr="00DF22B2" w:rsidRDefault="00DF22B2" w:rsidP="00DF22B2">
            <w:pPr>
              <w:pStyle w:val="Odstavecseseznamem"/>
              <w:numPr>
                <w:ilvl w:val="0"/>
                <w:numId w:val="21"/>
              </w:numPr>
              <w:spacing w:after="40"/>
              <w:rPr>
                <w:sz w:val="21"/>
                <w:lang w:val="cs-CZ"/>
              </w:rPr>
            </w:pPr>
            <w:r w:rsidRPr="00DF22B2">
              <w:rPr>
                <w:sz w:val="21"/>
                <w:lang w:val="cs-CZ"/>
              </w:rPr>
              <w:t xml:space="preserve">Type </w:t>
            </w:r>
            <w:proofErr w:type="spellStart"/>
            <w:r w:rsidRPr="00DF22B2">
              <w:rPr>
                <w:sz w:val="21"/>
                <w:lang w:val="cs-CZ"/>
              </w:rPr>
              <w:t>of</w:t>
            </w:r>
            <w:proofErr w:type="spellEnd"/>
            <w:r w:rsidRPr="00DF22B2">
              <w:rPr>
                <w:sz w:val="21"/>
                <w:lang w:val="cs-CZ"/>
              </w:rPr>
              <w:t xml:space="preserve"> </w:t>
            </w:r>
            <w:proofErr w:type="spellStart"/>
            <w:r w:rsidRPr="00DF22B2">
              <w:rPr>
                <w:sz w:val="21"/>
                <w:lang w:val="cs-CZ"/>
              </w:rPr>
              <w:t>research</w:t>
            </w:r>
            <w:proofErr w:type="spellEnd"/>
            <w:r w:rsidRPr="00DF22B2">
              <w:rPr>
                <w:sz w:val="21"/>
                <w:lang w:val="cs-CZ"/>
              </w:rPr>
              <w:t xml:space="preserve"> and </w:t>
            </w:r>
            <w:proofErr w:type="spellStart"/>
            <w:r w:rsidRPr="00DF22B2">
              <w:rPr>
                <w:sz w:val="21"/>
                <w:lang w:val="cs-CZ"/>
              </w:rPr>
              <w:t>research</w:t>
            </w:r>
            <w:proofErr w:type="spellEnd"/>
            <w:r w:rsidRPr="00DF22B2">
              <w:rPr>
                <w:sz w:val="21"/>
                <w:lang w:val="cs-CZ"/>
              </w:rPr>
              <w:t xml:space="preserve"> design.</w:t>
            </w:r>
          </w:p>
          <w:p w14:paraId="5BF5A5E1" w14:textId="4A4A398B" w:rsidR="00DF22B2" w:rsidRPr="00DF22B2" w:rsidRDefault="00DF22B2" w:rsidP="00DF22B2">
            <w:pPr>
              <w:pStyle w:val="Odstavecseseznamem"/>
              <w:numPr>
                <w:ilvl w:val="0"/>
                <w:numId w:val="21"/>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Characteristics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examined</w:t>
            </w:r>
            <w:proofErr w:type="spellEnd"/>
            <w:r w:rsidRPr="00DF22B2">
              <w:rPr>
                <w:rFonts w:ascii="Times New Roman" w:hAnsi="Times New Roman" w:cs="Times New Roman"/>
                <w:sz w:val="21"/>
                <w:lang w:val="cs-CZ"/>
              </w:rPr>
              <w:t xml:space="preserve"> environment and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research</w:t>
            </w:r>
            <w:proofErr w:type="spellEnd"/>
            <w:r w:rsidRPr="00DF22B2">
              <w:rPr>
                <w:rFonts w:ascii="Times New Roman" w:hAnsi="Times New Roman" w:cs="Times New Roman"/>
                <w:sz w:val="21"/>
                <w:lang w:val="cs-CZ"/>
              </w:rPr>
              <w:t xml:space="preserve"> sample.</w:t>
            </w:r>
          </w:p>
          <w:p w14:paraId="79E9A065" w14:textId="1C8E7459" w:rsidR="00DF22B2" w:rsidRPr="00DF22B2" w:rsidRDefault="00DF22B2" w:rsidP="00DF22B2">
            <w:pPr>
              <w:pStyle w:val="Odstavecseseznamem"/>
              <w:numPr>
                <w:ilvl w:val="0"/>
                <w:numId w:val="21"/>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Selection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criteria</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participants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respondents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data </w:t>
            </w:r>
            <w:proofErr w:type="spellStart"/>
            <w:r w:rsidRPr="00DF22B2">
              <w:rPr>
                <w:rFonts w:ascii="Times New Roman" w:hAnsi="Times New Roman" w:cs="Times New Roman"/>
                <w:sz w:val="21"/>
                <w:lang w:val="cs-CZ"/>
              </w:rPr>
              <w:t>units</w:t>
            </w:r>
            <w:proofErr w:type="spellEnd"/>
            <w:r w:rsidRPr="00DF22B2">
              <w:rPr>
                <w:rFonts w:ascii="Times New Roman" w:hAnsi="Times New Roman" w:cs="Times New Roman"/>
                <w:sz w:val="21"/>
                <w:lang w:val="cs-CZ"/>
              </w:rPr>
              <w:t>.</w:t>
            </w:r>
          </w:p>
          <w:p w14:paraId="12BB45F8" w14:textId="20122E8F" w:rsidR="00DF22B2" w:rsidRPr="00DF22B2" w:rsidRDefault="00DF22B2" w:rsidP="00DF22B2">
            <w:pPr>
              <w:pStyle w:val="Odstavecseseznamem"/>
              <w:numPr>
                <w:ilvl w:val="0"/>
                <w:numId w:val="21"/>
              </w:numPr>
              <w:spacing w:after="40"/>
              <w:rPr>
                <w:rFonts w:ascii="Times New Roman" w:hAnsi="Times New Roman" w:cs="Times New Roman"/>
                <w:sz w:val="21"/>
                <w:lang w:val="cs-CZ"/>
              </w:rPr>
            </w:pPr>
            <w:r w:rsidRPr="00DF22B2">
              <w:rPr>
                <w:rFonts w:ascii="Times New Roman" w:hAnsi="Times New Roman" w:cs="Times New Roman"/>
                <w:sz w:val="21"/>
                <w:lang w:val="cs-CZ"/>
              </w:rPr>
              <w:t xml:space="preserve">Data </w:t>
            </w:r>
            <w:proofErr w:type="spellStart"/>
            <w:r w:rsidRPr="00DF22B2">
              <w:rPr>
                <w:rFonts w:ascii="Times New Roman" w:hAnsi="Times New Roman" w:cs="Times New Roman"/>
                <w:sz w:val="21"/>
                <w:lang w:val="cs-CZ"/>
              </w:rPr>
              <w:t>collection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methods</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their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justification</w:t>
            </w:r>
            <w:proofErr w:type="spellEnd"/>
            <w:r w:rsidRPr="00DF22B2">
              <w:rPr>
                <w:rFonts w:ascii="Times New Roman" w:hAnsi="Times New Roman" w:cs="Times New Roman"/>
                <w:sz w:val="21"/>
                <w:lang w:val="cs-CZ"/>
              </w:rPr>
              <w:t>.</w:t>
            </w:r>
          </w:p>
          <w:p w14:paraId="3577F790" w14:textId="7490EE93" w:rsidR="00DF22B2" w:rsidRPr="00DF22B2" w:rsidRDefault="00DF22B2" w:rsidP="00DF22B2">
            <w:pPr>
              <w:pStyle w:val="Odstavecseseznamem"/>
              <w:numPr>
                <w:ilvl w:val="0"/>
                <w:numId w:val="21"/>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Used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tools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variables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indicators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analytical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categories</w:t>
            </w:r>
            <w:proofErr w:type="spellEnd"/>
            <w:r w:rsidRPr="00DF22B2">
              <w:rPr>
                <w:rFonts w:ascii="Times New Roman" w:hAnsi="Times New Roman" w:cs="Times New Roman"/>
                <w:sz w:val="21"/>
                <w:lang w:val="cs-CZ"/>
              </w:rPr>
              <w:t>.</w:t>
            </w:r>
          </w:p>
          <w:p w14:paraId="56611931" w14:textId="771D7A4E" w:rsidR="00DF22B2" w:rsidRPr="00DF22B2" w:rsidRDefault="00DF22B2" w:rsidP="00DF22B2">
            <w:pPr>
              <w:pStyle w:val="Odstavecseseznamem"/>
              <w:numPr>
                <w:ilvl w:val="0"/>
                <w:numId w:val="21"/>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Methods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data </w:t>
            </w:r>
            <w:proofErr w:type="spellStart"/>
            <w:r w:rsidRPr="00DF22B2">
              <w:rPr>
                <w:rFonts w:ascii="Times New Roman" w:hAnsi="Times New Roman" w:cs="Times New Roman"/>
                <w:sz w:val="21"/>
                <w:lang w:val="cs-CZ"/>
              </w:rPr>
              <w:t>processing</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analysis</w:t>
            </w:r>
            <w:proofErr w:type="spellEnd"/>
            <w:r w:rsidRPr="00DF22B2">
              <w:rPr>
                <w:rFonts w:ascii="Times New Roman" w:hAnsi="Times New Roman" w:cs="Times New Roman"/>
                <w:sz w:val="21"/>
                <w:lang w:val="cs-CZ"/>
              </w:rPr>
              <w:t>.</w:t>
            </w:r>
          </w:p>
          <w:p w14:paraId="66104A62" w14:textId="40E9FABF" w:rsidR="00DF22B2" w:rsidRPr="00DF22B2" w:rsidRDefault="00DF22B2" w:rsidP="00DF22B2">
            <w:pPr>
              <w:pStyle w:val="Odstavecseseznamem"/>
              <w:numPr>
                <w:ilvl w:val="0"/>
                <w:numId w:val="21"/>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Ethical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aspects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potential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limits</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risks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implementation</w:t>
            </w:r>
            <w:proofErr w:type="spellEnd"/>
            <w:r w:rsidRPr="00DF22B2">
              <w:rPr>
                <w:rFonts w:ascii="Times New Roman" w:hAnsi="Times New Roman" w:cs="Times New Roman"/>
                <w:sz w:val="21"/>
                <w:lang w:val="cs-CZ"/>
              </w:rPr>
              <w:t>.</w:t>
            </w:r>
          </w:p>
          <w:p w14:paraId="6A23F80E" w14:textId="1A028CC9" w:rsidR="00A50BA5" w:rsidRPr="00DF22B2" w:rsidRDefault="00A50BA5" w:rsidP="00DF22B2">
            <w:pPr>
              <w:spacing w:after="40"/>
              <w:rPr>
                <w:rFonts w:ascii="Times New Roman" w:hAnsi="Times New Roman" w:cs="Times New Roman"/>
              </w:rPr>
            </w:pPr>
          </w:p>
        </w:tc>
      </w:tr>
    </w:tbl>
    <w:p w14:paraId="19327A79"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3CD054C8"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4B5D9BCF" w14:textId="7D310412" w:rsidR="00DF22B2" w:rsidRDefault="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 xml:space="preserve">Fill in </w:t>
            </w:r>
            <w:r>
              <w:rPr>
                <w:rFonts w:ascii="Times New Roman" w:hAnsi="Times New Roman" w:cs="Times New Roman"/>
                <w:b/>
                <w:color w:val="184955"/>
                <w:sz w:val="21"/>
              </w:rPr>
              <w:t>A</w:t>
            </w:r>
            <w:r w:rsidRPr="00DF22B2">
              <w:rPr>
                <w:rFonts w:ascii="Times New Roman" w:hAnsi="Times New Roman" w:cs="Times New Roman"/>
                <w:b/>
                <w:color w:val="184955"/>
                <w:sz w:val="21"/>
              </w:rPr>
              <w:t xml:space="preserve">ccording to the </w:t>
            </w:r>
            <w:r>
              <w:rPr>
                <w:rFonts w:ascii="Times New Roman" w:hAnsi="Times New Roman" w:cs="Times New Roman"/>
                <w:b/>
                <w:color w:val="184955"/>
                <w:sz w:val="21"/>
              </w:rPr>
              <w:t>T</w:t>
            </w:r>
            <w:r w:rsidRPr="00DF22B2">
              <w:rPr>
                <w:rFonts w:ascii="Times New Roman" w:hAnsi="Times New Roman" w:cs="Times New Roman"/>
                <w:b/>
                <w:color w:val="184955"/>
                <w:sz w:val="21"/>
              </w:rPr>
              <w:t xml:space="preserve">ype of </w:t>
            </w:r>
            <w:r>
              <w:rPr>
                <w:rFonts w:ascii="Times New Roman" w:hAnsi="Times New Roman" w:cs="Times New Roman"/>
                <w:b/>
                <w:color w:val="184955"/>
                <w:sz w:val="21"/>
              </w:rPr>
              <w:t>R</w:t>
            </w:r>
            <w:r w:rsidRPr="00DF22B2">
              <w:rPr>
                <w:rFonts w:ascii="Times New Roman" w:hAnsi="Times New Roman" w:cs="Times New Roman"/>
                <w:b/>
                <w:color w:val="184955"/>
                <w:sz w:val="21"/>
              </w:rPr>
              <w:t>esearch</w:t>
            </w:r>
          </w:p>
          <w:p w14:paraId="5E007CED" w14:textId="328ACCBE" w:rsidR="00DF22B2" w:rsidRPr="00DF22B2" w:rsidRDefault="00DF22B2" w:rsidP="00DF22B2">
            <w:p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a </w:t>
            </w:r>
            <w:proofErr w:type="spellStart"/>
            <w:r w:rsidRPr="00DF22B2">
              <w:rPr>
                <w:rFonts w:ascii="Times New Roman" w:hAnsi="Times New Roman" w:cs="Times New Roman"/>
                <w:b/>
                <w:bCs/>
                <w:sz w:val="21"/>
                <w:lang w:val="cs-CZ"/>
              </w:rPr>
              <w:t>quantitative</w:t>
            </w:r>
            <w:proofErr w:type="spellEnd"/>
            <w:r w:rsidRPr="00DF22B2">
              <w:rPr>
                <w:rFonts w:ascii="Times New Roman" w:hAnsi="Times New Roman" w:cs="Times New Roman"/>
                <w:b/>
                <w:bCs/>
                <w:sz w:val="21"/>
                <w:lang w:val="cs-CZ"/>
              </w:rPr>
              <w:t xml:space="preserve"> </w:t>
            </w:r>
            <w:proofErr w:type="spellStart"/>
            <w:r w:rsidRPr="00DF22B2">
              <w:rPr>
                <w:rFonts w:ascii="Times New Roman" w:hAnsi="Times New Roman" w:cs="Times New Roman"/>
                <w:b/>
                <w:bCs/>
                <w:sz w:val="21"/>
                <w:lang w:val="cs-CZ"/>
              </w:rPr>
              <w:t>project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state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variables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statistical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analysis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plan</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reason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choosing</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them</w:t>
            </w:r>
            <w:proofErr w:type="spellEnd"/>
            <w:r w:rsidRPr="00DF22B2">
              <w:rPr>
                <w:rFonts w:ascii="Times New Roman" w:hAnsi="Times New Roman" w:cs="Times New Roman"/>
                <w:sz w:val="21"/>
                <w:lang w:val="cs-CZ"/>
              </w:rPr>
              <w:t>.</w:t>
            </w:r>
          </w:p>
          <w:p w14:paraId="53C579AC" w14:textId="11DD56AA" w:rsidR="00DF22B2" w:rsidRPr="00DF22B2" w:rsidRDefault="00DF22B2" w:rsidP="00DF22B2">
            <w:p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a </w:t>
            </w:r>
            <w:proofErr w:type="spellStart"/>
            <w:r w:rsidRPr="00DF22B2">
              <w:rPr>
                <w:rFonts w:ascii="Times New Roman" w:hAnsi="Times New Roman" w:cs="Times New Roman"/>
                <w:b/>
                <w:bCs/>
                <w:sz w:val="21"/>
                <w:lang w:val="cs-CZ"/>
              </w:rPr>
              <w:t>qualitative</w:t>
            </w:r>
            <w:proofErr w:type="spellEnd"/>
            <w:r w:rsidRPr="00DF22B2">
              <w:rPr>
                <w:rFonts w:ascii="Times New Roman" w:hAnsi="Times New Roman" w:cs="Times New Roman"/>
                <w:b/>
                <w:bCs/>
                <w:sz w:val="21"/>
                <w:lang w:val="cs-CZ"/>
              </w:rPr>
              <w:t xml:space="preserve"> </w:t>
            </w:r>
            <w:proofErr w:type="spellStart"/>
            <w:r w:rsidRPr="00DF22B2">
              <w:rPr>
                <w:rFonts w:ascii="Times New Roman" w:hAnsi="Times New Roman" w:cs="Times New Roman"/>
                <w:b/>
                <w:bCs/>
                <w:sz w:val="21"/>
                <w:lang w:val="cs-CZ"/>
              </w:rPr>
              <w:t>project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describe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logic</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behind</w:t>
            </w:r>
            <w:proofErr w:type="spellEnd"/>
            <w:r w:rsidRPr="00DF22B2">
              <w:rPr>
                <w:rFonts w:ascii="Times New Roman" w:hAnsi="Times New Roman" w:cs="Times New Roman"/>
                <w:sz w:val="21"/>
                <w:lang w:val="cs-CZ"/>
              </w:rPr>
              <w:t xml:space="preserve"> case </w:t>
            </w:r>
            <w:proofErr w:type="spellStart"/>
            <w:r w:rsidRPr="00DF22B2">
              <w:rPr>
                <w:rFonts w:ascii="Times New Roman" w:hAnsi="Times New Roman" w:cs="Times New Roman"/>
                <w:sz w:val="21"/>
                <w:lang w:val="cs-CZ"/>
              </w:rPr>
              <w:t>selection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process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coding</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categorization</w:t>
            </w:r>
            <w:proofErr w:type="spellEnd"/>
            <w:r w:rsidRPr="00DF22B2">
              <w:rPr>
                <w:rFonts w:ascii="Times New Roman" w:hAnsi="Times New Roman" w:cs="Times New Roman"/>
                <w:sz w:val="21"/>
                <w:lang w:val="cs-CZ"/>
              </w:rPr>
              <w:t xml:space="preserve">, and data </w:t>
            </w:r>
            <w:proofErr w:type="spellStart"/>
            <w:r w:rsidRPr="00DF22B2">
              <w:rPr>
                <w:rFonts w:ascii="Times New Roman" w:hAnsi="Times New Roman" w:cs="Times New Roman"/>
                <w:sz w:val="21"/>
                <w:lang w:val="cs-CZ"/>
              </w:rPr>
              <w:t>interpretation</w:t>
            </w:r>
            <w:proofErr w:type="spellEnd"/>
            <w:r w:rsidRPr="00DF22B2">
              <w:rPr>
                <w:rFonts w:ascii="Times New Roman" w:hAnsi="Times New Roman" w:cs="Times New Roman"/>
                <w:sz w:val="21"/>
                <w:lang w:val="cs-CZ"/>
              </w:rPr>
              <w:t>.</w:t>
            </w:r>
          </w:p>
          <w:p w14:paraId="59D992B3" w14:textId="73526FBA" w:rsidR="00DF22B2" w:rsidRPr="00DF22B2" w:rsidRDefault="00DF22B2" w:rsidP="00DF22B2">
            <w:p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a </w:t>
            </w:r>
            <w:proofErr w:type="spellStart"/>
            <w:r w:rsidRPr="00DF22B2">
              <w:rPr>
                <w:rFonts w:ascii="Times New Roman" w:hAnsi="Times New Roman" w:cs="Times New Roman"/>
                <w:b/>
                <w:bCs/>
                <w:sz w:val="21"/>
                <w:lang w:val="cs-CZ"/>
              </w:rPr>
              <w:t>mixed-methods</w:t>
            </w:r>
            <w:proofErr w:type="spellEnd"/>
            <w:r w:rsidRPr="00DF22B2">
              <w:rPr>
                <w:rFonts w:ascii="Times New Roman" w:hAnsi="Times New Roman" w:cs="Times New Roman"/>
                <w:b/>
                <w:bCs/>
                <w:sz w:val="21"/>
                <w:lang w:val="cs-CZ"/>
              </w:rPr>
              <w:t xml:space="preserve"> design</w:t>
            </w:r>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explain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how</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qualitative</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quantitative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components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will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connect</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at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which</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stage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research</w:t>
            </w:r>
            <w:proofErr w:type="spellEnd"/>
            <w:r w:rsidRPr="00DF22B2">
              <w:rPr>
                <w:rFonts w:ascii="Times New Roman" w:hAnsi="Times New Roman" w:cs="Times New Roman"/>
                <w:sz w:val="21"/>
                <w:lang w:val="cs-CZ"/>
              </w:rPr>
              <w:t>.</w:t>
            </w:r>
          </w:p>
          <w:p w14:paraId="4A410E59" w14:textId="308E4BD8" w:rsidR="00A50BA5" w:rsidRPr="005014BE" w:rsidRDefault="00AE10D3">
            <w:pPr>
              <w:spacing w:after="40"/>
              <w:rPr>
                <w:rFonts w:ascii="Times New Roman" w:hAnsi="Times New Roman" w:cs="Times New Roman"/>
              </w:rPr>
            </w:pPr>
            <w:r w:rsidRPr="005014BE">
              <w:rPr>
                <w:rFonts w:ascii="Times New Roman" w:hAnsi="Times New Roman" w:cs="Times New Roman"/>
                <w:sz w:val="21"/>
              </w:rPr>
              <w:t>.</w:t>
            </w:r>
          </w:p>
        </w:tc>
      </w:tr>
    </w:tbl>
    <w:p w14:paraId="1F515E71" w14:textId="77777777" w:rsidR="00A50BA5" w:rsidRPr="005014BE" w:rsidRDefault="00A50BA5">
      <w:pPr>
        <w:rPr>
          <w:rFonts w:ascii="Times New Roman" w:hAnsi="Times New Roman" w:cs="Times New Roman"/>
        </w:rPr>
      </w:pPr>
    </w:p>
    <w:p w14:paraId="0FA0CA1A" w14:textId="4458B6FF"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DF22B2" w:rsidRPr="00DF22B2">
        <w:rPr>
          <w:rFonts w:ascii="Times New Roman" w:hAnsi="Times New Roman" w:cs="Times New Roman"/>
        </w:rPr>
        <w:t>Insert your own text for this chapter here. Approximately 1.5–2.5 standard pages</w:t>
      </w:r>
      <w:r w:rsidRPr="005014BE">
        <w:rPr>
          <w:rFonts w:ascii="Times New Roman" w:hAnsi="Times New Roman" w:cs="Times New Roman"/>
        </w:rPr>
        <w:t>.]</w:t>
      </w:r>
    </w:p>
    <w:p w14:paraId="26761200" w14:textId="77777777" w:rsidR="00A50BA5" w:rsidRDefault="00A50BA5">
      <w:pPr>
        <w:rPr>
          <w:rFonts w:ascii="Times New Roman" w:hAnsi="Times New Roman" w:cs="Times New Roman"/>
        </w:rPr>
      </w:pPr>
    </w:p>
    <w:p w14:paraId="1A9D5994" w14:textId="77777777" w:rsidR="00FD15D9" w:rsidRDefault="00FD15D9">
      <w:pPr>
        <w:rPr>
          <w:rFonts w:ascii="Times New Roman" w:hAnsi="Times New Roman" w:cs="Times New Roman"/>
        </w:rPr>
      </w:pPr>
    </w:p>
    <w:p w14:paraId="2182327F" w14:textId="77777777" w:rsidR="00FD15D9" w:rsidRDefault="00FD15D9">
      <w:pPr>
        <w:rPr>
          <w:rFonts w:ascii="Times New Roman" w:hAnsi="Times New Roman" w:cs="Times New Roman"/>
        </w:rPr>
      </w:pPr>
    </w:p>
    <w:p w14:paraId="1AD800AA" w14:textId="77777777" w:rsidR="00FD15D9" w:rsidRDefault="00FD15D9">
      <w:pPr>
        <w:rPr>
          <w:rFonts w:ascii="Times New Roman" w:hAnsi="Times New Roman" w:cs="Times New Roman"/>
        </w:rPr>
      </w:pPr>
    </w:p>
    <w:p w14:paraId="6B9E3B05" w14:textId="77777777" w:rsidR="00FD15D9" w:rsidRDefault="00FD15D9">
      <w:pPr>
        <w:rPr>
          <w:rFonts w:ascii="Times New Roman" w:hAnsi="Times New Roman" w:cs="Times New Roman"/>
        </w:rPr>
      </w:pPr>
    </w:p>
    <w:p w14:paraId="304B10AD" w14:textId="77777777" w:rsidR="00FD15D9" w:rsidRDefault="00FD15D9">
      <w:pPr>
        <w:rPr>
          <w:rFonts w:ascii="Times New Roman" w:hAnsi="Times New Roman" w:cs="Times New Roman"/>
        </w:rPr>
      </w:pPr>
    </w:p>
    <w:p w14:paraId="4ACB7904" w14:textId="77777777" w:rsidR="00FD15D9" w:rsidRDefault="00FD15D9">
      <w:pPr>
        <w:rPr>
          <w:rFonts w:ascii="Times New Roman" w:hAnsi="Times New Roman" w:cs="Times New Roman"/>
        </w:rPr>
      </w:pPr>
    </w:p>
    <w:p w14:paraId="7AEE62D2" w14:textId="77777777" w:rsidR="00FD15D9" w:rsidRDefault="00FD15D9">
      <w:pPr>
        <w:rPr>
          <w:rFonts w:ascii="Times New Roman" w:hAnsi="Times New Roman" w:cs="Times New Roman"/>
        </w:rPr>
      </w:pPr>
    </w:p>
    <w:p w14:paraId="2652005C" w14:textId="77777777" w:rsidR="00FD15D9" w:rsidRDefault="00FD15D9">
      <w:pPr>
        <w:rPr>
          <w:rFonts w:ascii="Times New Roman" w:hAnsi="Times New Roman" w:cs="Times New Roman"/>
        </w:rPr>
      </w:pPr>
    </w:p>
    <w:p w14:paraId="32E49CD1" w14:textId="77777777" w:rsidR="00FD15D9" w:rsidRDefault="00FD15D9">
      <w:pPr>
        <w:rPr>
          <w:rFonts w:ascii="Times New Roman" w:hAnsi="Times New Roman" w:cs="Times New Roman"/>
        </w:rPr>
      </w:pPr>
    </w:p>
    <w:p w14:paraId="0760DE23" w14:textId="77777777" w:rsidR="00FD15D9" w:rsidRDefault="00FD15D9">
      <w:pPr>
        <w:rPr>
          <w:rFonts w:ascii="Times New Roman" w:hAnsi="Times New Roman" w:cs="Times New Roman"/>
        </w:rPr>
      </w:pPr>
    </w:p>
    <w:p w14:paraId="2A36A0E2" w14:textId="77777777" w:rsidR="00FD15D9" w:rsidRDefault="00FD15D9">
      <w:pPr>
        <w:rPr>
          <w:rFonts w:ascii="Times New Roman" w:hAnsi="Times New Roman" w:cs="Times New Roman"/>
        </w:rPr>
      </w:pPr>
    </w:p>
    <w:p w14:paraId="0CC6D279" w14:textId="77777777" w:rsidR="00FD15D9" w:rsidRDefault="00FD15D9">
      <w:pPr>
        <w:rPr>
          <w:rFonts w:ascii="Times New Roman" w:hAnsi="Times New Roman" w:cs="Times New Roman"/>
        </w:rPr>
      </w:pPr>
    </w:p>
    <w:p w14:paraId="428533AA" w14:textId="77777777" w:rsidR="00FD15D9" w:rsidRDefault="00FD15D9">
      <w:pPr>
        <w:rPr>
          <w:rFonts w:ascii="Times New Roman" w:hAnsi="Times New Roman" w:cs="Times New Roman"/>
        </w:rPr>
      </w:pPr>
    </w:p>
    <w:p w14:paraId="0B1BD415" w14:textId="77777777" w:rsidR="00FD15D9" w:rsidRDefault="00FD15D9">
      <w:pPr>
        <w:rPr>
          <w:rFonts w:ascii="Times New Roman" w:hAnsi="Times New Roman" w:cs="Times New Roman"/>
        </w:rPr>
      </w:pPr>
    </w:p>
    <w:p w14:paraId="45A3DC81" w14:textId="77777777" w:rsidR="00FD15D9" w:rsidRPr="005014BE" w:rsidRDefault="00FD15D9">
      <w:pPr>
        <w:rPr>
          <w:rFonts w:ascii="Times New Roman" w:hAnsi="Times New Roman" w:cs="Times New Roman"/>
        </w:rPr>
      </w:pPr>
    </w:p>
    <w:p w14:paraId="3A4F2784" w14:textId="5E280F5E" w:rsidR="00A50BA5" w:rsidRPr="005014BE" w:rsidRDefault="00AE10D3">
      <w:pPr>
        <w:pStyle w:val="Heading2Custom"/>
        <w:rPr>
          <w:rFonts w:ascii="Times New Roman" w:hAnsi="Times New Roman" w:cs="Times New Roman"/>
        </w:rPr>
      </w:pPr>
      <w:r w:rsidRPr="005014BE">
        <w:rPr>
          <w:rFonts w:ascii="Times New Roman" w:hAnsi="Times New Roman" w:cs="Times New Roman"/>
        </w:rPr>
        <w:t xml:space="preserve">2.6 </w:t>
      </w:r>
      <w:r w:rsidR="00DF22B2" w:rsidRPr="00DF22B2">
        <w:rPr>
          <w:rFonts w:ascii="Times New Roman" w:hAnsi="Times New Roman" w:cs="Times New Roman"/>
        </w:rPr>
        <w:t>Expected Results and Academic Contribution</w:t>
      </w:r>
    </w:p>
    <w:tbl>
      <w:tblPr>
        <w:tblW w:w="0" w:type="auto"/>
        <w:jc w:val="center"/>
        <w:tblLook w:val="04A0" w:firstRow="1" w:lastRow="0" w:firstColumn="1" w:lastColumn="0" w:noHBand="0" w:noVBand="1"/>
      </w:tblPr>
      <w:tblGrid>
        <w:gridCol w:w="9071"/>
      </w:tblGrid>
      <w:tr w:rsidR="00A50BA5" w:rsidRPr="005014BE" w14:paraId="0C9763C1"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481F15EF" w14:textId="77777777" w:rsidR="00DF22B2" w:rsidRDefault="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Academic Function of the Chapter</w:t>
            </w:r>
          </w:p>
          <w:p w14:paraId="6CEAF3C9" w14:textId="1E37A9AC" w:rsidR="00A50BA5" w:rsidRPr="005014BE" w:rsidRDefault="00DF22B2">
            <w:pPr>
              <w:spacing w:after="40"/>
              <w:rPr>
                <w:rFonts w:ascii="Times New Roman" w:hAnsi="Times New Roman" w:cs="Times New Roman"/>
              </w:rPr>
            </w:pPr>
            <w:r w:rsidRPr="00DF22B2">
              <w:rPr>
                <w:rFonts w:ascii="Times New Roman" w:hAnsi="Times New Roman" w:cs="Times New Roman"/>
                <w:sz w:val="21"/>
              </w:rPr>
              <w:t>In an admissions proposal, this is not about actual results, but about a qualified anticipation of what kind of knowledge the project can bring and how it can be beneficial. A well-written section shows that the project is not only feasible but also relevant and has potential for publication.</w:t>
            </w:r>
          </w:p>
        </w:tc>
      </w:tr>
    </w:tbl>
    <w:p w14:paraId="26DA8ECC"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218B5CEE"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6018ECFA" w14:textId="77777777" w:rsidR="00DF22B2" w:rsidRPr="00DF22B2" w:rsidRDefault="00DF22B2" w:rsidP="00DF22B2">
            <w:pPr>
              <w:spacing w:after="40"/>
              <w:rPr>
                <w:rFonts w:ascii="Times New Roman" w:hAnsi="Times New Roman" w:cs="Times New Roman"/>
              </w:rPr>
            </w:pPr>
            <w:r w:rsidRPr="00DF22B2">
              <w:rPr>
                <w:rFonts w:ascii="Times New Roman" w:hAnsi="Times New Roman" w:cs="Times New Roman"/>
                <w:b/>
                <w:color w:val="184955"/>
                <w:sz w:val="21"/>
              </w:rPr>
              <w:t>What the Chapter Should Contain</w:t>
            </w:r>
          </w:p>
          <w:p w14:paraId="7F29EA03" w14:textId="42836C4E" w:rsidR="00DF22B2" w:rsidRPr="00DF22B2" w:rsidRDefault="00DF22B2" w:rsidP="00DF22B2">
            <w:pPr>
              <w:pStyle w:val="Odstavecseseznamem"/>
              <w:numPr>
                <w:ilvl w:val="0"/>
                <w:numId w:val="14"/>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What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types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findings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project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likely</w:t>
            </w:r>
            <w:proofErr w:type="spellEnd"/>
            <w:r w:rsidRPr="00DF22B2">
              <w:rPr>
                <w:rFonts w:ascii="Times New Roman" w:hAnsi="Times New Roman" w:cs="Times New Roman"/>
                <w:sz w:val="21"/>
                <w:lang w:val="cs-CZ"/>
              </w:rPr>
              <w:t xml:space="preserve"> to </w:t>
            </w:r>
            <w:proofErr w:type="spellStart"/>
            <w:r w:rsidRPr="00DF22B2">
              <w:rPr>
                <w:rFonts w:ascii="Times New Roman" w:hAnsi="Times New Roman" w:cs="Times New Roman"/>
                <w:sz w:val="21"/>
                <w:lang w:val="cs-CZ"/>
              </w:rPr>
              <w:t>yield</w:t>
            </w:r>
            <w:proofErr w:type="spellEnd"/>
            <w:r w:rsidRPr="00DF22B2">
              <w:rPr>
                <w:rFonts w:ascii="Times New Roman" w:hAnsi="Times New Roman" w:cs="Times New Roman"/>
                <w:sz w:val="21"/>
                <w:lang w:val="cs-CZ"/>
              </w:rPr>
              <w:t>.</w:t>
            </w:r>
          </w:p>
          <w:p w14:paraId="060379B7" w14:textId="597844E4" w:rsidR="00DF22B2" w:rsidRPr="00DF22B2" w:rsidRDefault="00DF22B2" w:rsidP="00DF22B2">
            <w:pPr>
              <w:pStyle w:val="Odstavecseseznamem"/>
              <w:numPr>
                <w:ilvl w:val="0"/>
                <w:numId w:val="14"/>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How</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can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extend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current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knowledge</w:t>
            </w:r>
            <w:proofErr w:type="spellEnd"/>
            <w:r w:rsidRPr="00DF22B2">
              <w:rPr>
                <w:rFonts w:ascii="Times New Roman" w:hAnsi="Times New Roman" w:cs="Times New Roman"/>
                <w:sz w:val="21"/>
                <w:lang w:val="cs-CZ"/>
              </w:rPr>
              <w:t>.</w:t>
            </w:r>
          </w:p>
          <w:p w14:paraId="4E612870" w14:textId="5332A888" w:rsidR="00DF22B2" w:rsidRPr="00DF22B2" w:rsidRDefault="00DF22B2" w:rsidP="00DF22B2">
            <w:pPr>
              <w:pStyle w:val="Odstavecseseznamem"/>
              <w:numPr>
                <w:ilvl w:val="0"/>
                <w:numId w:val="14"/>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What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methodological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applied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contribution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might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be</w:t>
            </w:r>
            <w:proofErr w:type="spellEnd"/>
            <w:r w:rsidRPr="00DF22B2">
              <w:rPr>
                <w:rFonts w:ascii="Times New Roman" w:hAnsi="Times New Roman" w:cs="Times New Roman"/>
                <w:sz w:val="21"/>
                <w:lang w:val="cs-CZ"/>
              </w:rPr>
              <w:t>.</w:t>
            </w:r>
          </w:p>
          <w:p w14:paraId="24671488" w14:textId="5FAF0142" w:rsidR="00A50BA5" w:rsidRPr="00DF22B2" w:rsidRDefault="00DF22B2" w:rsidP="00DF22B2">
            <w:pPr>
              <w:pStyle w:val="Odstavecseseznamem"/>
              <w:numPr>
                <w:ilvl w:val="0"/>
                <w:numId w:val="14"/>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What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outputs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could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be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applicable</w:t>
            </w:r>
            <w:proofErr w:type="spellEnd"/>
            <w:r w:rsidRPr="00DF22B2">
              <w:rPr>
                <w:rFonts w:ascii="Times New Roman" w:hAnsi="Times New Roman" w:cs="Times New Roman"/>
                <w:sz w:val="21"/>
                <w:lang w:val="cs-CZ"/>
              </w:rPr>
              <w:t xml:space="preserve"> to </w:t>
            </w:r>
            <w:proofErr w:type="spellStart"/>
            <w:r w:rsidRPr="00DF22B2">
              <w:rPr>
                <w:rFonts w:ascii="Times New Roman" w:hAnsi="Times New Roman" w:cs="Times New Roman"/>
                <w:sz w:val="21"/>
                <w:lang w:val="cs-CZ"/>
              </w:rPr>
              <w:t>healthcare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organizations</w:t>
            </w:r>
            <w:proofErr w:type="spellEnd"/>
            <w:r w:rsidRPr="00DF22B2">
              <w:rPr>
                <w:rFonts w:ascii="Times New Roman" w:hAnsi="Times New Roman" w:cs="Times New Roman"/>
                <w:sz w:val="21"/>
                <w:lang w:val="cs-CZ"/>
              </w:rPr>
              <w:t xml:space="preserve">, management,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health</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policy</w:t>
            </w:r>
            <w:proofErr w:type="spellEnd"/>
            <w:r w:rsidRPr="00DF22B2">
              <w:rPr>
                <w:rFonts w:ascii="Times New Roman" w:hAnsi="Times New Roman" w:cs="Times New Roman"/>
                <w:sz w:val="21"/>
                <w:lang w:val="cs-CZ"/>
              </w:rPr>
              <w:t>.</w:t>
            </w:r>
          </w:p>
        </w:tc>
      </w:tr>
    </w:tbl>
    <w:p w14:paraId="7A78E0C9"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19BB872A"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71024414" w14:textId="77777777" w:rsidR="00DF22B2" w:rsidRDefault="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Suitable Phrasing</w:t>
            </w:r>
          </w:p>
          <w:p w14:paraId="0A14E6FB" w14:textId="59DD672D" w:rsidR="00DF22B2" w:rsidRPr="00DF22B2" w:rsidRDefault="00DF22B2" w:rsidP="00DF22B2">
            <w:p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expected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contribution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project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is</w:t>
            </w:r>
            <w:proofErr w:type="spellEnd"/>
            <w:r w:rsidRPr="00DF22B2">
              <w:rPr>
                <w:rFonts w:ascii="Times New Roman" w:hAnsi="Times New Roman" w:cs="Times New Roman"/>
                <w:sz w:val="21"/>
                <w:lang w:val="cs-CZ"/>
              </w:rPr>
              <w:t>…</w:t>
            </w:r>
          </w:p>
          <w:p w14:paraId="5EEDE5ED" w14:textId="1DCC1A91" w:rsidR="00DF22B2" w:rsidRPr="00DF22B2" w:rsidRDefault="00DF22B2" w:rsidP="00DF22B2">
            <w:p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project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can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contribute</w:t>
            </w:r>
            <w:proofErr w:type="spellEnd"/>
            <w:r w:rsidRPr="00DF22B2">
              <w:rPr>
                <w:rFonts w:ascii="Times New Roman" w:hAnsi="Times New Roman" w:cs="Times New Roman"/>
                <w:sz w:val="21"/>
                <w:lang w:val="cs-CZ"/>
              </w:rPr>
              <w:t xml:space="preserve"> to a more </w:t>
            </w:r>
            <w:proofErr w:type="spellStart"/>
            <w:r w:rsidRPr="00DF22B2">
              <w:rPr>
                <w:rFonts w:ascii="Times New Roman" w:hAnsi="Times New Roman" w:cs="Times New Roman"/>
                <w:sz w:val="21"/>
                <w:lang w:val="cs-CZ"/>
              </w:rPr>
              <w:t>precise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understanding</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w:t>
            </w:r>
          </w:p>
          <w:p w14:paraId="679A9E85" w14:textId="3A23F1C3" w:rsidR="00DF22B2" w:rsidRPr="00DF22B2" w:rsidRDefault="00DF22B2" w:rsidP="00DF22B2">
            <w:p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results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may</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form</w:t>
            </w:r>
            <w:proofErr w:type="spellEnd"/>
            <w:r w:rsidRPr="00DF22B2">
              <w:rPr>
                <w:rFonts w:ascii="Times New Roman" w:hAnsi="Times New Roman" w:cs="Times New Roman"/>
                <w:sz w:val="21"/>
                <w:lang w:val="cs-CZ"/>
              </w:rPr>
              <w:t xml:space="preserve"> a </w:t>
            </w:r>
            <w:proofErr w:type="spellStart"/>
            <w:r w:rsidRPr="00DF22B2">
              <w:rPr>
                <w:rFonts w:ascii="Times New Roman" w:hAnsi="Times New Roman" w:cs="Times New Roman"/>
                <w:sz w:val="21"/>
                <w:lang w:val="cs-CZ"/>
              </w:rPr>
              <w:t>basis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w:t>
            </w:r>
          </w:p>
          <w:p w14:paraId="31C043F6" w14:textId="0FFE8B74" w:rsidR="00DF22B2" w:rsidRPr="00DF22B2" w:rsidRDefault="00DF22B2" w:rsidP="00DF22B2">
            <w:pPr>
              <w:spacing w:after="40"/>
              <w:rPr>
                <w:rFonts w:ascii="Times New Roman" w:hAnsi="Times New Roman" w:cs="Times New Roman"/>
                <w:sz w:val="21"/>
                <w:lang w:val="cs-CZ"/>
              </w:rPr>
            </w:pPr>
            <w:r w:rsidRPr="00DF22B2">
              <w:rPr>
                <w:rFonts w:ascii="Times New Roman" w:hAnsi="Times New Roman" w:cs="Times New Roman"/>
                <w:sz w:val="21"/>
                <w:lang w:val="cs-CZ"/>
              </w:rPr>
              <w:t xml:space="preserve">It </w:t>
            </w:r>
            <w:proofErr w:type="spellStart"/>
            <w:r w:rsidRPr="00DF22B2">
              <w:rPr>
                <w:rFonts w:ascii="Times New Roman" w:hAnsi="Times New Roman" w:cs="Times New Roman"/>
                <w:sz w:val="21"/>
                <w:lang w:val="cs-CZ"/>
              </w:rPr>
              <w:t>is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anticipated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that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results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will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be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applicable</w:t>
            </w:r>
            <w:proofErr w:type="spellEnd"/>
            <w:r w:rsidRPr="00DF22B2">
              <w:rPr>
                <w:rFonts w:ascii="Times New Roman" w:hAnsi="Times New Roman" w:cs="Times New Roman"/>
                <w:sz w:val="21"/>
                <w:lang w:val="cs-CZ"/>
              </w:rPr>
              <w:t xml:space="preserve"> in…</w:t>
            </w:r>
          </w:p>
          <w:p w14:paraId="69BD2EDB" w14:textId="668EA9CC" w:rsidR="00A50BA5" w:rsidRPr="005014BE" w:rsidRDefault="00A50BA5">
            <w:pPr>
              <w:spacing w:after="40"/>
              <w:rPr>
                <w:rFonts w:ascii="Times New Roman" w:hAnsi="Times New Roman" w:cs="Times New Roman"/>
              </w:rPr>
            </w:pPr>
          </w:p>
        </w:tc>
      </w:tr>
    </w:tbl>
    <w:p w14:paraId="4A3D168C" w14:textId="77777777" w:rsidR="00A50BA5" w:rsidRPr="005014BE" w:rsidRDefault="00A50BA5">
      <w:pPr>
        <w:rPr>
          <w:rFonts w:ascii="Times New Roman" w:hAnsi="Times New Roman" w:cs="Times New Roman"/>
        </w:rPr>
      </w:pPr>
    </w:p>
    <w:p w14:paraId="2496CCDB" w14:textId="2A4BEBB9"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DF22B2" w:rsidRPr="00DF22B2">
        <w:rPr>
          <w:rFonts w:ascii="Times New Roman" w:hAnsi="Times New Roman" w:cs="Times New Roman"/>
        </w:rPr>
        <w:t>Insert your own text for this chapter here. Approximately 0.75–1 standard page</w:t>
      </w:r>
      <w:r w:rsidRPr="005014BE">
        <w:rPr>
          <w:rFonts w:ascii="Times New Roman" w:hAnsi="Times New Roman" w:cs="Times New Roman"/>
        </w:rPr>
        <w:t>.]</w:t>
      </w:r>
    </w:p>
    <w:p w14:paraId="483DB8C9" w14:textId="77777777" w:rsidR="00A50BA5" w:rsidRDefault="00A50BA5">
      <w:pPr>
        <w:rPr>
          <w:rFonts w:ascii="Times New Roman" w:hAnsi="Times New Roman" w:cs="Times New Roman"/>
        </w:rPr>
      </w:pPr>
    </w:p>
    <w:p w14:paraId="02E6DEF3" w14:textId="77777777" w:rsidR="00FD15D9" w:rsidRDefault="00FD15D9">
      <w:pPr>
        <w:rPr>
          <w:rFonts w:ascii="Times New Roman" w:hAnsi="Times New Roman" w:cs="Times New Roman"/>
        </w:rPr>
      </w:pPr>
    </w:p>
    <w:p w14:paraId="6E03C147" w14:textId="77777777" w:rsidR="00FD15D9" w:rsidRDefault="00FD15D9">
      <w:pPr>
        <w:rPr>
          <w:rFonts w:ascii="Times New Roman" w:hAnsi="Times New Roman" w:cs="Times New Roman"/>
        </w:rPr>
      </w:pPr>
    </w:p>
    <w:p w14:paraId="211AB90F" w14:textId="77777777" w:rsidR="00FD15D9" w:rsidRDefault="00FD15D9">
      <w:pPr>
        <w:rPr>
          <w:rFonts w:ascii="Times New Roman" w:hAnsi="Times New Roman" w:cs="Times New Roman"/>
        </w:rPr>
      </w:pPr>
    </w:p>
    <w:p w14:paraId="193A2D06" w14:textId="77777777" w:rsidR="00FD15D9" w:rsidRDefault="00FD15D9">
      <w:pPr>
        <w:rPr>
          <w:rFonts w:ascii="Times New Roman" w:hAnsi="Times New Roman" w:cs="Times New Roman"/>
        </w:rPr>
      </w:pPr>
    </w:p>
    <w:p w14:paraId="67DDF7F9" w14:textId="77777777" w:rsidR="00FD15D9" w:rsidRDefault="00FD15D9">
      <w:pPr>
        <w:rPr>
          <w:rFonts w:ascii="Times New Roman" w:hAnsi="Times New Roman" w:cs="Times New Roman"/>
        </w:rPr>
      </w:pPr>
    </w:p>
    <w:p w14:paraId="497EFF85" w14:textId="77777777" w:rsidR="00FD15D9" w:rsidRDefault="00FD15D9">
      <w:pPr>
        <w:rPr>
          <w:rFonts w:ascii="Times New Roman" w:hAnsi="Times New Roman" w:cs="Times New Roman"/>
        </w:rPr>
      </w:pPr>
    </w:p>
    <w:p w14:paraId="281D7905" w14:textId="77777777" w:rsidR="00FD15D9" w:rsidRDefault="00FD15D9">
      <w:pPr>
        <w:rPr>
          <w:rFonts w:ascii="Times New Roman" w:hAnsi="Times New Roman" w:cs="Times New Roman"/>
        </w:rPr>
      </w:pPr>
    </w:p>
    <w:p w14:paraId="0DB87748" w14:textId="77777777" w:rsidR="00FD15D9" w:rsidRDefault="00FD15D9">
      <w:pPr>
        <w:rPr>
          <w:rFonts w:ascii="Times New Roman" w:hAnsi="Times New Roman" w:cs="Times New Roman"/>
        </w:rPr>
      </w:pPr>
    </w:p>
    <w:p w14:paraId="78C4BD0D" w14:textId="77777777" w:rsidR="00FD15D9" w:rsidRDefault="00FD15D9">
      <w:pPr>
        <w:rPr>
          <w:rFonts w:ascii="Times New Roman" w:hAnsi="Times New Roman" w:cs="Times New Roman"/>
        </w:rPr>
      </w:pPr>
    </w:p>
    <w:p w14:paraId="2E9588E5" w14:textId="77777777" w:rsidR="00FD15D9" w:rsidRDefault="00FD15D9">
      <w:pPr>
        <w:rPr>
          <w:rFonts w:ascii="Times New Roman" w:hAnsi="Times New Roman" w:cs="Times New Roman"/>
        </w:rPr>
      </w:pPr>
    </w:p>
    <w:p w14:paraId="39B185B2" w14:textId="77777777" w:rsidR="00FD15D9" w:rsidRDefault="00FD15D9">
      <w:pPr>
        <w:rPr>
          <w:rFonts w:ascii="Times New Roman" w:hAnsi="Times New Roman" w:cs="Times New Roman"/>
        </w:rPr>
      </w:pPr>
    </w:p>
    <w:p w14:paraId="6A62C299" w14:textId="77777777" w:rsidR="00FD15D9" w:rsidRDefault="00FD15D9">
      <w:pPr>
        <w:rPr>
          <w:rFonts w:ascii="Times New Roman" w:hAnsi="Times New Roman" w:cs="Times New Roman"/>
        </w:rPr>
      </w:pPr>
    </w:p>
    <w:p w14:paraId="69D0459D" w14:textId="77777777" w:rsidR="00FD15D9" w:rsidRDefault="00FD15D9">
      <w:pPr>
        <w:rPr>
          <w:rFonts w:ascii="Times New Roman" w:hAnsi="Times New Roman" w:cs="Times New Roman"/>
        </w:rPr>
      </w:pPr>
    </w:p>
    <w:p w14:paraId="760B96A9" w14:textId="77777777" w:rsidR="00FD15D9" w:rsidRDefault="00FD15D9">
      <w:pPr>
        <w:rPr>
          <w:rFonts w:ascii="Times New Roman" w:hAnsi="Times New Roman" w:cs="Times New Roman"/>
        </w:rPr>
      </w:pPr>
    </w:p>
    <w:p w14:paraId="359FD08C" w14:textId="77777777" w:rsidR="00FD15D9" w:rsidRDefault="00FD15D9">
      <w:pPr>
        <w:rPr>
          <w:rFonts w:ascii="Times New Roman" w:hAnsi="Times New Roman" w:cs="Times New Roman"/>
        </w:rPr>
      </w:pPr>
    </w:p>
    <w:p w14:paraId="4F106E24" w14:textId="77777777" w:rsidR="00FD15D9" w:rsidRDefault="00FD15D9">
      <w:pPr>
        <w:rPr>
          <w:rFonts w:ascii="Times New Roman" w:hAnsi="Times New Roman" w:cs="Times New Roman"/>
        </w:rPr>
      </w:pPr>
    </w:p>
    <w:p w14:paraId="445E2867" w14:textId="77777777" w:rsidR="00FD15D9" w:rsidRPr="005014BE" w:rsidRDefault="00FD15D9">
      <w:pPr>
        <w:rPr>
          <w:rFonts w:ascii="Times New Roman" w:hAnsi="Times New Roman" w:cs="Times New Roman"/>
        </w:rPr>
      </w:pPr>
    </w:p>
    <w:p w14:paraId="6B40E2A3" w14:textId="17FE445A" w:rsidR="00A50BA5" w:rsidRPr="00DF22B2" w:rsidRDefault="00AE10D3">
      <w:pPr>
        <w:pStyle w:val="Heading2Custom"/>
        <w:rPr>
          <w:rFonts w:ascii="Times New Roman" w:hAnsi="Times New Roman" w:cs="Times New Roman"/>
          <w:bCs/>
          <w:lang w:val="cs-CZ"/>
        </w:rPr>
      </w:pPr>
      <w:r w:rsidRPr="005014BE">
        <w:rPr>
          <w:rFonts w:ascii="Times New Roman" w:hAnsi="Times New Roman" w:cs="Times New Roman"/>
        </w:rPr>
        <w:t xml:space="preserve">2.7 </w:t>
      </w:r>
      <w:proofErr w:type="spellStart"/>
      <w:r w:rsidR="00DF22B2" w:rsidRPr="00DF22B2">
        <w:rPr>
          <w:rFonts w:ascii="Times New Roman" w:hAnsi="Times New Roman" w:cs="Times New Roman"/>
          <w:bCs/>
          <w:lang w:val="cs-CZ"/>
        </w:rPr>
        <w:t>Practical</w:t>
      </w:r>
      <w:proofErr w:type="spellEnd"/>
      <w:r w:rsidR="00DF22B2" w:rsidRPr="00DF22B2">
        <w:rPr>
          <w:rFonts w:ascii="Times New Roman" w:hAnsi="Times New Roman" w:cs="Times New Roman"/>
          <w:bCs/>
          <w:lang w:val="cs-CZ"/>
        </w:rPr>
        <w:t xml:space="preserve"> Relevance and </w:t>
      </w:r>
      <w:proofErr w:type="spellStart"/>
      <w:r w:rsidR="00DF22B2" w:rsidRPr="00DF22B2">
        <w:rPr>
          <w:rFonts w:ascii="Times New Roman" w:hAnsi="Times New Roman" w:cs="Times New Roman"/>
          <w:bCs/>
          <w:lang w:val="cs-CZ"/>
        </w:rPr>
        <w:t>Applicability</w:t>
      </w:r>
      <w:proofErr w:type="spellEnd"/>
      <w:r w:rsidR="00DF22B2" w:rsidRPr="00DF22B2">
        <w:rPr>
          <w:rFonts w:ascii="Times New Roman" w:hAnsi="Times New Roman" w:cs="Times New Roman"/>
          <w:bCs/>
          <w:lang w:val="cs-CZ"/>
        </w:rPr>
        <w:t xml:space="preserve"> </w:t>
      </w:r>
      <w:proofErr w:type="spellStart"/>
      <w:r w:rsidR="00DF22B2" w:rsidRPr="00DF22B2">
        <w:rPr>
          <w:rFonts w:ascii="Times New Roman" w:hAnsi="Times New Roman" w:cs="Times New Roman"/>
          <w:bCs/>
          <w:lang w:val="cs-CZ"/>
        </w:rPr>
        <w:t>of</w:t>
      </w:r>
      <w:proofErr w:type="spellEnd"/>
      <w:r w:rsidR="00DF22B2" w:rsidRPr="00DF22B2">
        <w:rPr>
          <w:rFonts w:ascii="Times New Roman" w:hAnsi="Times New Roman" w:cs="Times New Roman"/>
          <w:bCs/>
          <w:lang w:val="cs-CZ"/>
        </w:rPr>
        <w:t xml:space="preserve"> </w:t>
      </w:r>
      <w:proofErr w:type="spellStart"/>
      <w:r w:rsidR="00DF22B2" w:rsidRPr="00DF22B2">
        <w:rPr>
          <w:rFonts w:ascii="Times New Roman" w:hAnsi="Times New Roman" w:cs="Times New Roman"/>
          <w:bCs/>
          <w:lang w:val="cs-CZ"/>
        </w:rPr>
        <w:t>Results</w:t>
      </w:r>
      <w:proofErr w:type="spellEnd"/>
    </w:p>
    <w:tbl>
      <w:tblPr>
        <w:tblW w:w="0" w:type="auto"/>
        <w:jc w:val="center"/>
        <w:tblLook w:val="04A0" w:firstRow="1" w:lastRow="0" w:firstColumn="1" w:lastColumn="0" w:noHBand="0" w:noVBand="1"/>
      </w:tblPr>
      <w:tblGrid>
        <w:gridCol w:w="9071"/>
      </w:tblGrid>
      <w:tr w:rsidR="00A50BA5" w:rsidRPr="005014BE" w14:paraId="208150AD"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609A18DA" w14:textId="77777777" w:rsidR="00DF22B2" w:rsidRDefault="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Academic Function of the Chapter</w:t>
            </w:r>
          </w:p>
          <w:p w14:paraId="40448A7A" w14:textId="07596768" w:rsidR="00A50BA5" w:rsidRPr="005014BE" w:rsidRDefault="00DF22B2">
            <w:pPr>
              <w:spacing w:after="40"/>
              <w:rPr>
                <w:rFonts w:ascii="Times New Roman" w:hAnsi="Times New Roman" w:cs="Times New Roman"/>
              </w:rPr>
            </w:pPr>
            <w:r w:rsidRPr="00DF22B2">
              <w:rPr>
                <w:rFonts w:ascii="Times New Roman" w:hAnsi="Times New Roman" w:cs="Times New Roman"/>
                <w:sz w:val="21"/>
              </w:rPr>
              <w:t xml:space="preserve">Show here where the results could be used in practice and whom they can serve. In a </w:t>
            </w:r>
            <w:proofErr w:type="spellStart"/>
            <w:r w:rsidRPr="00DF22B2">
              <w:rPr>
                <w:rFonts w:ascii="Times New Roman" w:hAnsi="Times New Roman" w:cs="Times New Roman"/>
                <w:sz w:val="21"/>
              </w:rPr>
              <w:t>programme</w:t>
            </w:r>
            <w:proofErr w:type="spellEnd"/>
            <w:r w:rsidRPr="00DF22B2">
              <w:rPr>
                <w:rFonts w:ascii="Times New Roman" w:hAnsi="Times New Roman" w:cs="Times New Roman"/>
                <w:sz w:val="21"/>
              </w:rPr>
              <w:t xml:space="preserve"> focused on healthcare management and efficiency, this link is particularly important.</w:t>
            </w:r>
          </w:p>
        </w:tc>
      </w:tr>
    </w:tbl>
    <w:p w14:paraId="1C00B4F9"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3FAA5A1E"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75997B68" w14:textId="77777777" w:rsidR="00DF22B2" w:rsidRPr="00DF22B2" w:rsidRDefault="00DF22B2" w:rsidP="00DF22B2">
            <w:pPr>
              <w:spacing w:after="40"/>
              <w:rPr>
                <w:rFonts w:ascii="Times New Roman" w:hAnsi="Times New Roman" w:cs="Times New Roman"/>
              </w:rPr>
            </w:pPr>
            <w:r w:rsidRPr="00DF22B2">
              <w:rPr>
                <w:rFonts w:ascii="Times New Roman" w:hAnsi="Times New Roman" w:cs="Times New Roman"/>
                <w:b/>
                <w:color w:val="184955"/>
                <w:sz w:val="21"/>
              </w:rPr>
              <w:t>What the Chapter Should Contain</w:t>
            </w:r>
          </w:p>
          <w:p w14:paraId="5C911D2F" w14:textId="57B5F50B" w:rsidR="00DF22B2" w:rsidRPr="00DF22B2" w:rsidRDefault="00DF22B2" w:rsidP="00DF22B2">
            <w:pPr>
              <w:pStyle w:val="Odstavecseseznamem"/>
              <w:numPr>
                <w:ilvl w:val="0"/>
                <w:numId w:val="15"/>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Benefits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healthcare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facilities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their</w:t>
            </w:r>
            <w:proofErr w:type="spellEnd"/>
            <w:r w:rsidRPr="00DF22B2">
              <w:rPr>
                <w:rFonts w:ascii="Times New Roman" w:hAnsi="Times New Roman" w:cs="Times New Roman"/>
                <w:sz w:val="21"/>
                <w:lang w:val="cs-CZ"/>
              </w:rPr>
              <w:t xml:space="preserve"> leadership,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middle</w:t>
            </w:r>
            <w:proofErr w:type="spellEnd"/>
            <w:r w:rsidRPr="00DF22B2">
              <w:rPr>
                <w:rFonts w:ascii="Times New Roman" w:hAnsi="Times New Roman" w:cs="Times New Roman"/>
                <w:sz w:val="21"/>
                <w:lang w:val="cs-CZ"/>
              </w:rPr>
              <w:t xml:space="preserve"> management.</w:t>
            </w:r>
          </w:p>
          <w:p w14:paraId="46196D2A" w14:textId="0F4111A3" w:rsidR="00DF22B2" w:rsidRPr="00DF22B2" w:rsidRDefault="00DF22B2" w:rsidP="00DF22B2">
            <w:pPr>
              <w:pStyle w:val="Odstavecseseznamem"/>
              <w:numPr>
                <w:ilvl w:val="0"/>
                <w:numId w:val="15"/>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Benefits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health</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policy</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quality</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care, </w:t>
            </w:r>
            <w:proofErr w:type="spellStart"/>
            <w:r w:rsidRPr="00DF22B2">
              <w:rPr>
                <w:rFonts w:ascii="Times New Roman" w:hAnsi="Times New Roman" w:cs="Times New Roman"/>
                <w:sz w:val="21"/>
                <w:lang w:val="cs-CZ"/>
              </w:rPr>
              <w:t>safety</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financing</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personnel</w:t>
            </w:r>
            <w:proofErr w:type="spellEnd"/>
            <w:r w:rsidRPr="00DF22B2">
              <w:rPr>
                <w:rFonts w:ascii="Times New Roman" w:hAnsi="Times New Roman" w:cs="Times New Roman"/>
                <w:sz w:val="21"/>
                <w:lang w:val="cs-CZ"/>
              </w:rPr>
              <w:t xml:space="preserve"> management.</w:t>
            </w:r>
          </w:p>
          <w:p w14:paraId="5AA9D056" w14:textId="5CA70BC9" w:rsidR="00A50BA5" w:rsidRPr="00DF22B2" w:rsidRDefault="00DF22B2" w:rsidP="00DF22B2">
            <w:pPr>
              <w:pStyle w:val="Odstavecseseznamem"/>
              <w:numPr>
                <w:ilvl w:val="0"/>
                <w:numId w:val="15"/>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Potential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recommendations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implementation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evaluation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further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research</w:t>
            </w:r>
            <w:proofErr w:type="spellEnd"/>
            <w:r w:rsidRPr="00DF22B2">
              <w:rPr>
                <w:rFonts w:ascii="Times New Roman" w:hAnsi="Times New Roman" w:cs="Times New Roman"/>
                <w:sz w:val="21"/>
                <w:lang w:val="cs-CZ"/>
              </w:rPr>
              <w:t>.</w:t>
            </w:r>
          </w:p>
        </w:tc>
      </w:tr>
    </w:tbl>
    <w:p w14:paraId="055019CD"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45D31233"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6CFA8C56" w14:textId="77777777" w:rsidR="00A50BA5" w:rsidRPr="005014BE" w:rsidRDefault="00AE10D3">
            <w:pPr>
              <w:spacing w:after="40"/>
              <w:rPr>
                <w:rFonts w:ascii="Times New Roman" w:hAnsi="Times New Roman" w:cs="Times New Roman"/>
              </w:rPr>
            </w:pPr>
            <w:r w:rsidRPr="005014BE">
              <w:rPr>
                <w:rFonts w:ascii="Times New Roman" w:hAnsi="Times New Roman" w:cs="Times New Roman"/>
                <w:b/>
                <w:color w:val="184955"/>
                <w:sz w:val="21"/>
              </w:rPr>
              <w:t>Tip</w:t>
            </w:r>
          </w:p>
          <w:p w14:paraId="62E6A84A" w14:textId="38CFC763" w:rsidR="00A50BA5" w:rsidRPr="005014BE" w:rsidRDefault="00DF22B2">
            <w:pPr>
              <w:spacing w:after="40"/>
              <w:rPr>
                <w:rFonts w:ascii="Times New Roman" w:hAnsi="Times New Roman" w:cs="Times New Roman"/>
              </w:rPr>
            </w:pPr>
            <w:r w:rsidRPr="00DF22B2">
              <w:rPr>
                <w:rFonts w:ascii="Times New Roman" w:hAnsi="Times New Roman" w:cs="Times New Roman"/>
                <w:sz w:val="21"/>
              </w:rPr>
              <w:t>A general sentence stating that the results can be used in practice is not enough. Specify where, by whom, and for what decision-making or improvement they could serve.</w:t>
            </w:r>
          </w:p>
        </w:tc>
      </w:tr>
    </w:tbl>
    <w:p w14:paraId="4D6DF6E8" w14:textId="77777777" w:rsidR="00A50BA5" w:rsidRPr="005014BE" w:rsidRDefault="00A50BA5">
      <w:pPr>
        <w:rPr>
          <w:rFonts w:ascii="Times New Roman" w:hAnsi="Times New Roman" w:cs="Times New Roman"/>
        </w:rPr>
      </w:pPr>
    </w:p>
    <w:p w14:paraId="0EA60DF5" w14:textId="34F93F70"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DF22B2" w:rsidRPr="00DF22B2">
        <w:rPr>
          <w:rFonts w:ascii="Times New Roman" w:hAnsi="Times New Roman" w:cs="Times New Roman"/>
        </w:rPr>
        <w:t>Insert your own text for this chapter here. Approximately 0.5–0.75 standard page</w:t>
      </w:r>
      <w:r w:rsidRPr="005014BE">
        <w:rPr>
          <w:rFonts w:ascii="Times New Roman" w:hAnsi="Times New Roman" w:cs="Times New Roman"/>
        </w:rPr>
        <w:t>.]</w:t>
      </w:r>
    </w:p>
    <w:p w14:paraId="13722428" w14:textId="77777777" w:rsidR="00A50BA5" w:rsidRDefault="00A50BA5">
      <w:pPr>
        <w:rPr>
          <w:rFonts w:ascii="Times New Roman" w:hAnsi="Times New Roman" w:cs="Times New Roman"/>
        </w:rPr>
      </w:pPr>
    </w:p>
    <w:p w14:paraId="1CE1D632" w14:textId="77777777" w:rsidR="00FD15D9" w:rsidRDefault="00FD15D9">
      <w:pPr>
        <w:rPr>
          <w:rFonts w:ascii="Times New Roman" w:hAnsi="Times New Roman" w:cs="Times New Roman"/>
        </w:rPr>
      </w:pPr>
    </w:p>
    <w:p w14:paraId="1EE2F077" w14:textId="77777777" w:rsidR="00FD15D9" w:rsidRDefault="00FD15D9">
      <w:pPr>
        <w:rPr>
          <w:rFonts w:ascii="Times New Roman" w:hAnsi="Times New Roman" w:cs="Times New Roman"/>
        </w:rPr>
      </w:pPr>
    </w:p>
    <w:p w14:paraId="032FD6D5" w14:textId="77777777" w:rsidR="00FD15D9" w:rsidRDefault="00FD15D9">
      <w:pPr>
        <w:rPr>
          <w:rFonts w:ascii="Times New Roman" w:hAnsi="Times New Roman" w:cs="Times New Roman"/>
        </w:rPr>
      </w:pPr>
    </w:p>
    <w:p w14:paraId="5D51556F" w14:textId="77777777" w:rsidR="00FD15D9" w:rsidRDefault="00FD15D9">
      <w:pPr>
        <w:rPr>
          <w:rFonts w:ascii="Times New Roman" w:hAnsi="Times New Roman" w:cs="Times New Roman"/>
        </w:rPr>
      </w:pPr>
    </w:p>
    <w:p w14:paraId="14477C0A" w14:textId="77777777" w:rsidR="00FD15D9" w:rsidRDefault="00FD15D9">
      <w:pPr>
        <w:rPr>
          <w:rFonts w:ascii="Times New Roman" w:hAnsi="Times New Roman" w:cs="Times New Roman"/>
        </w:rPr>
      </w:pPr>
    </w:p>
    <w:p w14:paraId="156E47A7" w14:textId="77777777" w:rsidR="00FD15D9" w:rsidRDefault="00FD15D9">
      <w:pPr>
        <w:rPr>
          <w:rFonts w:ascii="Times New Roman" w:hAnsi="Times New Roman" w:cs="Times New Roman"/>
        </w:rPr>
      </w:pPr>
    </w:p>
    <w:p w14:paraId="42BF981A" w14:textId="77777777" w:rsidR="00FD15D9" w:rsidRDefault="00FD15D9">
      <w:pPr>
        <w:rPr>
          <w:rFonts w:ascii="Times New Roman" w:hAnsi="Times New Roman" w:cs="Times New Roman"/>
        </w:rPr>
      </w:pPr>
    </w:p>
    <w:p w14:paraId="4B3AED65" w14:textId="77777777" w:rsidR="00FD15D9" w:rsidRDefault="00FD15D9">
      <w:pPr>
        <w:rPr>
          <w:rFonts w:ascii="Times New Roman" w:hAnsi="Times New Roman" w:cs="Times New Roman"/>
        </w:rPr>
      </w:pPr>
    </w:p>
    <w:p w14:paraId="2EB20E44" w14:textId="77777777" w:rsidR="00FD15D9" w:rsidRDefault="00FD15D9">
      <w:pPr>
        <w:rPr>
          <w:rFonts w:ascii="Times New Roman" w:hAnsi="Times New Roman" w:cs="Times New Roman"/>
        </w:rPr>
      </w:pPr>
    </w:p>
    <w:p w14:paraId="7FDA009E" w14:textId="77777777" w:rsidR="00FD15D9" w:rsidRDefault="00FD15D9">
      <w:pPr>
        <w:rPr>
          <w:rFonts w:ascii="Times New Roman" w:hAnsi="Times New Roman" w:cs="Times New Roman"/>
        </w:rPr>
      </w:pPr>
    </w:p>
    <w:p w14:paraId="6956BD42" w14:textId="77777777" w:rsidR="00FD15D9" w:rsidRDefault="00FD15D9">
      <w:pPr>
        <w:rPr>
          <w:rFonts w:ascii="Times New Roman" w:hAnsi="Times New Roman" w:cs="Times New Roman"/>
        </w:rPr>
      </w:pPr>
    </w:p>
    <w:p w14:paraId="3FA78397" w14:textId="77777777" w:rsidR="00FD15D9" w:rsidRDefault="00FD15D9">
      <w:pPr>
        <w:rPr>
          <w:rFonts w:ascii="Times New Roman" w:hAnsi="Times New Roman" w:cs="Times New Roman"/>
        </w:rPr>
      </w:pPr>
    </w:p>
    <w:p w14:paraId="186FFFF0" w14:textId="77777777" w:rsidR="00FD15D9" w:rsidRDefault="00FD15D9">
      <w:pPr>
        <w:rPr>
          <w:rFonts w:ascii="Times New Roman" w:hAnsi="Times New Roman" w:cs="Times New Roman"/>
        </w:rPr>
      </w:pPr>
    </w:p>
    <w:p w14:paraId="1BBA69FD" w14:textId="77777777" w:rsidR="00FD15D9" w:rsidRDefault="00FD15D9">
      <w:pPr>
        <w:rPr>
          <w:rFonts w:ascii="Times New Roman" w:hAnsi="Times New Roman" w:cs="Times New Roman"/>
        </w:rPr>
      </w:pPr>
    </w:p>
    <w:p w14:paraId="5980D38B" w14:textId="77777777" w:rsidR="00FD15D9" w:rsidRDefault="00FD15D9">
      <w:pPr>
        <w:rPr>
          <w:rFonts w:ascii="Times New Roman" w:hAnsi="Times New Roman" w:cs="Times New Roman"/>
        </w:rPr>
      </w:pPr>
    </w:p>
    <w:p w14:paraId="3E406406" w14:textId="77777777" w:rsidR="00FD15D9" w:rsidRDefault="00FD15D9">
      <w:pPr>
        <w:rPr>
          <w:rFonts w:ascii="Times New Roman" w:hAnsi="Times New Roman" w:cs="Times New Roman"/>
        </w:rPr>
      </w:pPr>
    </w:p>
    <w:p w14:paraId="4749FC91" w14:textId="77777777" w:rsidR="00FD15D9" w:rsidRDefault="00FD15D9">
      <w:pPr>
        <w:rPr>
          <w:rFonts w:ascii="Times New Roman" w:hAnsi="Times New Roman" w:cs="Times New Roman"/>
        </w:rPr>
      </w:pPr>
    </w:p>
    <w:p w14:paraId="7C6B1DF7" w14:textId="77777777" w:rsidR="00FD15D9" w:rsidRDefault="00FD15D9">
      <w:pPr>
        <w:rPr>
          <w:rFonts w:ascii="Times New Roman" w:hAnsi="Times New Roman" w:cs="Times New Roman"/>
        </w:rPr>
      </w:pPr>
    </w:p>
    <w:p w14:paraId="34697E06" w14:textId="77777777" w:rsidR="00FD15D9" w:rsidRDefault="00FD15D9">
      <w:pPr>
        <w:rPr>
          <w:rFonts w:ascii="Times New Roman" w:hAnsi="Times New Roman" w:cs="Times New Roman"/>
        </w:rPr>
      </w:pPr>
    </w:p>
    <w:p w14:paraId="4E14783B" w14:textId="77777777" w:rsidR="00FD15D9" w:rsidRPr="005014BE" w:rsidRDefault="00FD15D9">
      <w:pPr>
        <w:rPr>
          <w:rFonts w:ascii="Times New Roman" w:hAnsi="Times New Roman" w:cs="Times New Roman"/>
        </w:rPr>
      </w:pPr>
    </w:p>
    <w:p w14:paraId="0255574A" w14:textId="5D27CB61" w:rsidR="00A50BA5" w:rsidRPr="005014BE" w:rsidRDefault="00AE10D3">
      <w:pPr>
        <w:pStyle w:val="Heading2Custom"/>
        <w:rPr>
          <w:rFonts w:ascii="Times New Roman" w:hAnsi="Times New Roman" w:cs="Times New Roman"/>
        </w:rPr>
      </w:pPr>
      <w:r w:rsidRPr="005014BE">
        <w:rPr>
          <w:rFonts w:ascii="Times New Roman" w:hAnsi="Times New Roman" w:cs="Times New Roman"/>
        </w:rPr>
        <w:lastRenderedPageBreak/>
        <w:t xml:space="preserve">2.8 </w:t>
      </w:r>
      <w:r w:rsidR="00DF22B2" w:rsidRPr="00DF22B2">
        <w:rPr>
          <w:rFonts w:ascii="Times New Roman" w:hAnsi="Times New Roman" w:cs="Times New Roman"/>
        </w:rPr>
        <w:t>Preliminary Timeline of the Project</w:t>
      </w:r>
    </w:p>
    <w:tbl>
      <w:tblPr>
        <w:tblW w:w="0" w:type="auto"/>
        <w:jc w:val="center"/>
        <w:tblLook w:val="04A0" w:firstRow="1" w:lastRow="0" w:firstColumn="1" w:lastColumn="0" w:noHBand="0" w:noVBand="1"/>
      </w:tblPr>
      <w:tblGrid>
        <w:gridCol w:w="9071"/>
      </w:tblGrid>
      <w:tr w:rsidR="00A50BA5" w:rsidRPr="005014BE" w14:paraId="188706E4"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16BE3F94" w14:textId="77777777" w:rsidR="00DF22B2" w:rsidRDefault="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Academic Function of the Chapter</w:t>
            </w:r>
          </w:p>
          <w:p w14:paraId="388D1C64" w14:textId="137B276C" w:rsidR="00A50BA5" w:rsidRPr="005014BE" w:rsidRDefault="00DF22B2">
            <w:pPr>
              <w:spacing w:after="40"/>
              <w:rPr>
                <w:rFonts w:ascii="Times New Roman" w:hAnsi="Times New Roman" w:cs="Times New Roman"/>
              </w:rPr>
            </w:pPr>
            <w:r w:rsidRPr="00DF22B2">
              <w:rPr>
                <w:rFonts w:ascii="Times New Roman" w:hAnsi="Times New Roman" w:cs="Times New Roman"/>
                <w:sz w:val="21"/>
              </w:rPr>
              <w:t>The purpose of this section is to demonstrate the feasibility of the project within the standard duration of doctoral studies and a basic understanding of the research stages.</w:t>
            </w:r>
          </w:p>
        </w:tc>
      </w:tr>
    </w:tbl>
    <w:p w14:paraId="0F201526"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7137783F"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1B233DC6" w14:textId="77777777" w:rsidR="00DF22B2" w:rsidRPr="00DF22B2" w:rsidRDefault="00DF22B2" w:rsidP="00DF22B2">
            <w:pPr>
              <w:spacing w:after="40"/>
              <w:rPr>
                <w:rFonts w:ascii="Times New Roman" w:hAnsi="Times New Roman" w:cs="Times New Roman"/>
              </w:rPr>
            </w:pPr>
            <w:r w:rsidRPr="00DF22B2">
              <w:rPr>
                <w:rFonts w:ascii="Times New Roman" w:hAnsi="Times New Roman" w:cs="Times New Roman"/>
                <w:b/>
                <w:color w:val="184955"/>
                <w:sz w:val="21"/>
              </w:rPr>
              <w:t>What the Chapter Should Contain</w:t>
            </w:r>
          </w:p>
          <w:p w14:paraId="4A822092" w14:textId="40E06877" w:rsidR="00DF22B2" w:rsidRPr="00DF22B2" w:rsidRDefault="00DF22B2" w:rsidP="00DF22B2">
            <w:pPr>
              <w:pStyle w:val="Odstavecseseznamem"/>
              <w:numPr>
                <w:ilvl w:val="0"/>
                <w:numId w:val="16"/>
              </w:numPr>
              <w:spacing w:after="40"/>
              <w:rPr>
                <w:rFonts w:ascii="Times New Roman" w:hAnsi="Times New Roman" w:cs="Times New Roman"/>
                <w:sz w:val="21"/>
                <w:lang w:val="cs-CZ"/>
              </w:rPr>
            </w:pPr>
            <w:r w:rsidRPr="00DF22B2">
              <w:rPr>
                <w:rFonts w:ascii="Times New Roman" w:hAnsi="Times New Roman" w:cs="Times New Roman"/>
                <w:sz w:val="21"/>
                <w:lang w:val="cs-CZ"/>
              </w:rPr>
              <w:t xml:space="preserve">A </w:t>
            </w:r>
            <w:proofErr w:type="spellStart"/>
            <w:r w:rsidRPr="00DF22B2">
              <w:rPr>
                <w:rFonts w:ascii="Times New Roman" w:hAnsi="Times New Roman" w:cs="Times New Roman"/>
                <w:sz w:val="21"/>
                <w:lang w:val="cs-CZ"/>
              </w:rPr>
              <w:t>brief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division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project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into</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phases</w:t>
            </w:r>
            <w:proofErr w:type="spellEnd"/>
            <w:r w:rsidRPr="00DF22B2">
              <w:rPr>
                <w:rFonts w:ascii="Times New Roman" w:hAnsi="Times New Roman" w:cs="Times New Roman"/>
                <w:sz w:val="21"/>
                <w:lang w:val="cs-CZ"/>
              </w:rPr>
              <w:t>/</w:t>
            </w:r>
            <w:proofErr w:type="spellStart"/>
            <w:r w:rsidRPr="00DF22B2">
              <w:rPr>
                <w:rFonts w:ascii="Times New Roman" w:hAnsi="Times New Roman" w:cs="Times New Roman"/>
                <w:sz w:val="21"/>
                <w:lang w:val="cs-CZ"/>
              </w:rPr>
              <w:t>stages</w:t>
            </w:r>
            <w:proofErr w:type="spellEnd"/>
            <w:r w:rsidRPr="00DF22B2">
              <w:rPr>
                <w:rFonts w:ascii="Times New Roman" w:hAnsi="Times New Roman" w:cs="Times New Roman"/>
                <w:sz w:val="21"/>
                <w:lang w:val="cs-CZ"/>
              </w:rPr>
              <w:t>.</w:t>
            </w:r>
          </w:p>
          <w:p w14:paraId="7D2862F8" w14:textId="6DF1D294" w:rsidR="00DF22B2" w:rsidRPr="00DF22B2" w:rsidRDefault="00DF22B2" w:rsidP="00DF22B2">
            <w:pPr>
              <w:pStyle w:val="Odstavecseseznamem"/>
              <w:numPr>
                <w:ilvl w:val="0"/>
                <w:numId w:val="16"/>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Expected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time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for</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preparation</w:t>
            </w:r>
            <w:proofErr w:type="spellEnd"/>
            <w:r w:rsidRPr="00DF22B2">
              <w:rPr>
                <w:rFonts w:ascii="Times New Roman" w:hAnsi="Times New Roman" w:cs="Times New Roman"/>
                <w:sz w:val="21"/>
                <w:lang w:val="cs-CZ"/>
              </w:rPr>
              <w:t xml:space="preserve">, data </w:t>
            </w:r>
            <w:proofErr w:type="spellStart"/>
            <w:r w:rsidRPr="00DF22B2">
              <w:rPr>
                <w:rFonts w:ascii="Times New Roman" w:hAnsi="Times New Roman" w:cs="Times New Roman"/>
                <w:sz w:val="21"/>
                <w:lang w:val="cs-CZ"/>
              </w:rPr>
              <w:t>collection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analysis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publication</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completion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dissertation</w:t>
            </w:r>
            <w:proofErr w:type="spellEnd"/>
            <w:r w:rsidRPr="00DF22B2">
              <w:rPr>
                <w:rFonts w:ascii="Times New Roman" w:hAnsi="Times New Roman" w:cs="Times New Roman"/>
                <w:sz w:val="21"/>
                <w:lang w:val="cs-CZ"/>
              </w:rPr>
              <w:t>.</w:t>
            </w:r>
          </w:p>
          <w:p w14:paraId="6D5501EB" w14:textId="4A874FD9" w:rsidR="00A50BA5" w:rsidRPr="00DF22B2" w:rsidRDefault="00DF22B2" w:rsidP="00DF22B2">
            <w:pPr>
              <w:pStyle w:val="Odstavecseseznamem"/>
              <w:numPr>
                <w:ilvl w:val="0"/>
                <w:numId w:val="16"/>
              </w:numPr>
              <w:spacing w:after="40"/>
              <w:rPr>
                <w:rFonts w:ascii="Times New Roman" w:hAnsi="Times New Roman" w:cs="Times New Roman"/>
                <w:sz w:val="21"/>
                <w:lang w:val="cs-CZ"/>
              </w:rPr>
            </w:pPr>
            <w:r w:rsidRPr="00DF22B2">
              <w:rPr>
                <w:rFonts w:ascii="Times New Roman" w:hAnsi="Times New Roman" w:cs="Times New Roman"/>
                <w:sz w:val="21"/>
                <w:lang w:val="cs-CZ"/>
              </w:rPr>
              <w:t xml:space="preserve">A </w:t>
            </w:r>
            <w:proofErr w:type="spellStart"/>
            <w:r w:rsidRPr="00DF22B2">
              <w:rPr>
                <w:rFonts w:ascii="Times New Roman" w:hAnsi="Times New Roman" w:cs="Times New Roman"/>
                <w:sz w:val="21"/>
                <w:lang w:val="cs-CZ"/>
              </w:rPr>
              <w:t>realistic</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distribution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of</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key</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milestones</w:t>
            </w:r>
            <w:proofErr w:type="spellEnd"/>
            <w:r w:rsidRPr="00DF22B2">
              <w:rPr>
                <w:rFonts w:ascii="Times New Roman" w:hAnsi="Times New Roman" w:cs="Times New Roman"/>
                <w:sz w:val="21"/>
                <w:lang w:val="cs-CZ"/>
              </w:rPr>
              <w:t>.</w:t>
            </w:r>
          </w:p>
        </w:tc>
      </w:tr>
    </w:tbl>
    <w:p w14:paraId="780D0E08"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37735832"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27E04092" w14:textId="77777777" w:rsidR="00A50BA5" w:rsidRPr="005014BE" w:rsidRDefault="00AE10D3">
            <w:pPr>
              <w:spacing w:after="40"/>
              <w:rPr>
                <w:rFonts w:ascii="Times New Roman" w:hAnsi="Times New Roman" w:cs="Times New Roman"/>
              </w:rPr>
            </w:pPr>
            <w:r w:rsidRPr="005014BE">
              <w:rPr>
                <w:rFonts w:ascii="Times New Roman" w:hAnsi="Times New Roman" w:cs="Times New Roman"/>
                <w:b/>
                <w:color w:val="184955"/>
                <w:sz w:val="21"/>
              </w:rPr>
              <w:t>Tip</w:t>
            </w:r>
          </w:p>
          <w:p w14:paraId="6119D7A9" w14:textId="241BEE83" w:rsidR="00A50BA5" w:rsidRPr="005014BE" w:rsidRDefault="00DF22B2">
            <w:pPr>
              <w:spacing w:after="40"/>
              <w:rPr>
                <w:rFonts w:ascii="Times New Roman" w:hAnsi="Times New Roman" w:cs="Times New Roman"/>
              </w:rPr>
            </w:pPr>
            <w:r w:rsidRPr="00DF22B2">
              <w:rPr>
                <w:rFonts w:ascii="Times New Roman" w:hAnsi="Times New Roman" w:cs="Times New Roman"/>
                <w:sz w:val="21"/>
              </w:rPr>
              <w:t>The timeline should be realistic with respect to the scope of the project, data availability, and the duties of doctoral study.</w:t>
            </w:r>
          </w:p>
        </w:tc>
      </w:tr>
    </w:tbl>
    <w:p w14:paraId="5F0B3BEC" w14:textId="77777777" w:rsidR="00A50BA5" w:rsidRPr="005014BE" w:rsidRDefault="00A50BA5">
      <w:pPr>
        <w:rPr>
          <w:rFonts w:ascii="Times New Roman" w:hAnsi="Times New Roman" w:cs="Times New Roman"/>
        </w:rPr>
      </w:pPr>
    </w:p>
    <w:p w14:paraId="4D06AAB2" w14:textId="0CF7966F"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DF22B2" w:rsidRPr="00DF22B2">
        <w:rPr>
          <w:rFonts w:ascii="Times New Roman" w:hAnsi="Times New Roman" w:cs="Times New Roman"/>
        </w:rPr>
        <w:t>Insert your own text for this chapter here. It is recommended to also add a table structured by semesters or years</w:t>
      </w:r>
      <w:r w:rsidRPr="005014BE">
        <w:rPr>
          <w:rFonts w:ascii="Times New Roman" w:hAnsi="Times New Roman" w:cs="Times New Roman"/>
        </w:rPr>
        <w:t>.]</w:t>
      </w:r>
    </w:p>
    <w:p w14:paraId="13CF3FF7" w14:textId="77777777" w:rsidR="00A50BA5" w:rsidRDefault="00A50BA5">
      <w:pPr>
        <w:rPr>
          <w:rFonts w:ascii="Times New Roman" w:hAnsi="Times New Roman" w:cs="Times New Roman"/>
        </w:rPr>
      </w:pPr>
    </w:p>
    <w:p w14:paraId="10D59D48" w14:textId="77777777" w:rsidR="00FD15D9" w:rsidRDefault="00FD15D9">
      <w:pPr>
        <w:rPr>
          <w:rFonts w:ascii="Times New Roman" w:hAnsi="Times New Roman" w:cs="Times New Roman"/>
        </w:rPr>
      </w:pPr>
    </w:p>
    <w:p w14:paraId="6DFF8F9F" w14:textId="77777777" w:rsidR="00FD15D9" w:rsidRDefault="00FD15D9">
      <w:pPr>
        <w:rPr>
          <w:rFonts w:ascii="Times New Roman" w:hAnsi="Times New Roman" w:cs="Times New Roman"/>
        </w:rPr>
      </w:pPr>
    </w:p>
    <w:p w14:paraId="0035B702" w14:textId="77777777" w:rsidR="00FD15D9" w:rsidRDefault="00FD15D9">
      <w:pPr>
        <w:rPr>
          <w:rFonts w:ascii="Times New Roman" w:hAnsi="Times New Roman" w:cs="Times New Roman"/>
        </w:rPr>
      </w:pPr>
    </w:p>
    <w:p w14:paraId="27BA7F1A" w14:textId="77777777" w:rsidR="00FD15D9" w:rsidRDefault="00FD15D9">
      <w:pPr>
        <w:rPr>
          <w:rFonts w:ascii="Times New Roman" w:hAnsi="Times New Roman" w:cs="Times New Roman"/>
        </w:rPr>
      </w:pPr>
    </w:p>
    <w:p w14:paraId="38AAC4D7" w14:textId="77777777" w:rsidR="00FD15D9" w:rsidRDefault="00FD15D9">
      <w:pPr>
        <w:rPr>
          <w:rFonts w:ascii="Times New Roman" w:hAnsi="Times New Roman" w:cs="Times New Roman"/>
        </w:rPr>
      </w:pPr>
    </w:p>
    <w:p w14:paraId="0A4E3D68" w14:textId="77777777" w:rsidR="00FD15D9" w:rsidRDefault="00FD15D9">
      <w:pPr>
        <w:rPr>
          <w:rFonts w:ascii="Times New Roman" w:hAnsi="Times New Roman" w:cs="Times New Roman"/>
        </w:rPr>
      </w:pPr>
    </w:p>
    <w:p w14:paraId="76967553" w14:textId="77777777" w:rsidR="00FD15D9" w:rsidRDefault="00FD15D9">
      <w:pPr>
        <w:rPr>
          <w:rFonts w:ascii="Times New Roman" w:hAnsi="Times New Roman" w:cs="Times New Roman"/>
        </w:rPr>
      </w:pPr>
    </w:p>
    <w:p w14:paraId="051FFA5A" w14:textId="77777777" w:rsidR="00FD15D9" w:rsidRDefault="00FD15D9">
      <w:pPr>
        <w:rPr>
          <w:rFonts w:ascii="Times New Roman" w:hAnsi="Times New Roman" w:cs="Times New Roman"/>
        </w:rPr>
      </w:pPr>
    </w:p>
    <w:p w14:paraId="36D3F24A" w14:textId="77777777" w:rsidR="00FD15D9" w:rsidRDefault="00FD15D9">
      <w:pPr>
        <w:rPr>
          <w:rFonts w:ascii="Times New Roman" w:hAnsi="Times New Roman" w:cs="Times New Roman"/>
        </w:rPr>
      </w:pPr>
    </w:p>
    <w:p w14:paraId="7C02BF12" w14:textId="77777777" w:rsidR="00FD15D9" w:rsidRDefault="00FD15D9">
      <w:pPr>
        <w:rPr>
          <w:rFonts w:ascii="Times New Roman" w:hAnsi="Times New Roman" w:cs="Times New Roman"/>
        </w:rPr>
      </w:pPr>
    </w:p>
    <w:p w14:paraId="10690C9A" w14:textId="77777777" w:rsidR="00FD15D9" w:rsidRDefault="00FD15D9">
      <w:pPr>
        <w:rPr>
          <w:rFonts w:ascii="Times New Roman" w:hAnsi="Times New Roman" w:cs="Times New Roman"/>
        </w:rPr>
      </w:pPr>
    </w:p>
    <w:p w14:paraId="29153B8D" w14:textId="77777777" w:rsidR="00FD15D9" w:rsidRDefault="00FD15D9">
      <w:pPr>
        <w:rPr>
          <w:rFonts w:ascii="Times New Roman" w:hAnsi="Times New Roman" w:cs="Times New Roman"/>
        </w:rPr>
      </w:pPr>
    </w:p>
    <w:p w14:paraId="2E9A4E44" w14:textId="77777777" w:rsidR="00FD15D9" w:rsidRDefault="00FD15D9">
      <w:pPr>
        <w:rPr>
          <w:rFonts w:ascii="Times New Roman" w:hAnsi="Times New Roman" w:cs="Times New Roman"/>
        </w:rPr>
      </w:pPr>
    </w:p>
    <w:p w14:paraId="70B94976" w14:textId="77777777" w:rsidR="00FD15D9" w:rsidRDefault="00FD15D9">
      <w:pPr>
        <w:rPr>
          <w:rFonts w:ascii="Times New Roman" w:hAnsi="Times New Roman" w:cs="Times New Roman"/>
        </w:rPr>
      </w:pPr>
    </w:p>
    <w:p w14:paraId="0F442E01" w14:textId="77777777" w:rsidR="00FD15D9" w:rsidRDefault="00FD15D9">
      <w:pPr>
        <w:rPr>
          <w:rFonts w:ascii="Times New Roman" w:hAnsi="Times New Roman" w:cs="Times New Roman"/>
        </w:rPr>
      </w:pPr>
    </w:p>
    <w:p w14:paraId="45A592D6" w14:textId="77777777" w:rsidR="00FD15D9" w:rsidRDefault="00FD15D9">
      <w:pPr>
        <w:rPr>
          <w:rFonts w:ascii="Times New Roman" w:hAnsi="Times New Roman" w:cs="Times New Roman"/>
        </w:rPr>
      </w:pPr>
    </w:p>
    <w:p w14:paraId="7BFEF79A" w14:textId="77777777" w:rsidR="00FD15D9" w:rsidRDefault="00FD15D9">
      <w:pPr>
        <w:rPr>
          <w:rFonts w:ascii="Times New Roman" w:hAnsi="Times New Roman" w:cs="Times New Roman"/>
        </w:rPr>
      </w:pPr>
    </w:p>
    <w:p w14:paraId="7F6DC34E" w14:textId="77777777" w:rsidR="00FD15D9" w:rsidRDefault="00FD15D9">
      <w:pPr>
        <w:rPr>
          <w:rFonts w:ascii="Times New Roman" w:hAnsi="Times New Roman" w:cs="Times New Roman"/>
        </w:rPr>
      </w:pPr>
    </w:p>
    <w:p w14:paraId="30EA8AFC" w14:textId="77777777" w:rsidR="00FD15D9" w:rsidRDefault="00FD15D9">
      <w:pPr>
        <w:rPr>
          <w:rFonts w:ascii="Times New Roman" w:hAnsi="Times New Roman" w:cs="Times New Roman"/>
        </w:rPr>
      </w:pPr>
    </w:p>
    <w:p w14:paraId="30E2C4EF" w14:textId="77777777" w:rsidR="00FD15D9" w:rsidRDefault="00FD15D9">
      <w:pPr>
        <w:rPr>
          <w:rFonts w:ascii="Times New Roman" w:hAnsi="Times New Roman" w:cs="Times New Roman"/>
        </w:rPr>
      </w:pPr>
    </w:p>
    <w:p w14:paraId="06A9C112" w14:textId="77777777" w:rsidR="00FD15D9" w:rsidRPr="005014BE" w:rsidRDefault="00FD15D9">
      <w:pPr>
        <w:rPr>
          <w:rFonts w:ascii="Times New Roman" w:hAnsi="Times New Roman" w:cs="Times New Roman"/>
        </w:rPr>
      </w:pPr>
    </w:p>
    <w:p w14:paraId="39608484" w14:textId="73DC8E7F" w:rsidR="00A50BA5" w:rsidRPr="005014BE" w:rsidRDefault="00AE10D3">
      <w:pPr>
        <w:pStyle w:val="Heading2Custom"/>
        <w:rPr>
          <w:rFonts w:ascii="Times New Roman" w:hAnsi="Times New Roman" w:cs="Times New Roman"/>
        </w:rPr>
      </w:pPr>
      <w:r w:rsidRPr="005014BE">
        <w:rPr>
          <w:rFonts w:ascii="Times New Roman" w:hAnsi="Times New Roman" w:cs="Times New Roman"/>
        </w:rPr>
        <w:lastRenderedPageBreak/>
        <w:t xml:space="preserve">2.9 </w:t>
      </w:r>
      <w:r w:rsidR="00DF22B2" w:rsidRPr="00DF22B2">
        <w:rPr>
          <w:rFonts w:ascii="Times New Roman" w:hAnsi="Times New Roman" w:cs="Times New Roman"/>
        </w:rPr>
        <w:t>Preliminary Publication and Internationalization Plan</w:t>
      </w:r>
    </w:p>
    <w:tbl>
      <w:tblPr>
        <w:tblW w:w="0" w:type="auto"/>
        <w:jc w:val="center"/>
        <w:tblLook w:val="04A0" w:firstRow="1" w:lastRow="0" w:firstColumn="1" w:lastColumn="0" w:noHBand="0" w:noVBand="1"/>
      </w:tblPr>
      <w:tblGrid>
        <w:gridCol w:w="9071"/>
      </w:tblGrid>
      <w:tr w:rsidR="00A50BA5" w:rsidRPr="005014BE" w14:paraId="49AD2EBC"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1EF63A8F" w14:textId="77777777" w:rsidR="00DF22B2" w:rsidRDefault="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Academic Function of the Chapter</w:t>
            </w:r>
          </w:p>
          <w:p w14:paraId="14D1A4D5" w14:textId="7AD9902D" w:rsidR="00A50BA5" w:rsidRPr="005014BE" w:rsidRDefault="00DF22B2">
            <w:pPr>
              <w:spacing w:after="40"/>
              <w:rPr>
                <w:rFonts w:ascii="Times New Roman" w:hAnsi="Times New Roman" w:cs="Times New Roman"/>
              </w:rPr>
            </w:pPr>
            <w:r w:rsidRPr="00DF22B2">
              <w:rPr>
                <w:rFonts w:ascii="Times New Roman" w:hAnsi="Times New Roman" w:cs="Times New Roman"/>
                <w:sz w:val="21"/>
              </w:rPr>
              <w:t>This section is not always explicitly required, but it is highly appropriate within the context of a DSP. It shows that you are thinking about the project in connection with the course of your doctoral studies and the expected outputs</w:t>
            </w:r>
            <w:r w:rsidR="00AE10D3" w:rsidRPr="005014BE">
              <w:rPr>
                <w:rFonts w:ascii="Times New Roman" w:hAnsi="Times New Roman" w:cs="Times New Roman"/>
                <w:sz w:val="21"/>
              </w:rPr>
              <w:t>.</w:t>
            </w:r>
          </w:p>
        </w:tc>
      </w:tr>
    </w:tbl>
    <w:p w14:paraId="13E6B459"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1560A724"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60B566F7" w14:textId="77777777" w:rsidR="00DF22B2" w:rsidRPr="00DF22B2" w:rsidRDefault="00DF22B2" w:rsidP="00DF22B2">
            <w:pPr>
              <w:spacing w:after="40"/>
              <w:rPr>
                <w:rFonts w:ascii="Times New Roman" w:hAnsi="Times New Roman" w:cs="Times New Roman"/>
              </w:rPr>
            </w:pPr>
            <w:r w:rsidRPr="00DF22B2">
              <w:rPr>
                <w:rFonts w:ascii="Times New Roman" w:hAnsi="Times New Roman" w:cs="Times New Roman"/>
                <w:b/>
                <w:color w:val="184955"/>
                <w:sz w:val="21"/>
              </w:rPr>
              <w:t>What Can Be Briefly Stated</w:t>
            </w:r>
          </w:p>
          <w:p w14:paraId="60112A10" w14:textId="6774E662" w:rsidR="00DF22B2" w:rsidRPr="00DF22B2" w:rsidRDefault="00DF22B2" w:rsidP="00DF22B2">
            <w:pPr>
              <w:pStyle w:val="Odstavecseseznamem"/>
              <w:numPr>
                <w:ilvl w:val="0"/>
                <w:numId w:val="17"/>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Preliminary</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ideas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regarding</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publication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outputs</w:t>
            </w:r>
            <w:proofErr w:type="spellEnd"/>
            <w:r w:rsidRPr="00DF22B2">
              <w:rPr>
                <w:rFonts w:ascii="Times New Roman" w:hAnsi="Times New Roman" w:cs="Times New Roman"/>
                <w:sz w:val="21"/>
                <w:lang w:val="cs-CZ"/>
              </w:rPr>
              <w:t>.</w:t>
            </w:r>
          </w:p>
          <w:p w14:paraId="0D87A4A5" w14:textId="0AB71E0A" w:rsidR="00DF22B2" w:rsidRPr="00DF22B2" w:rsidRDefault="00DF22B2" w:rsidP="00DF22B2">
            <w:pPr>
              <w:pStyle w:val="Odstavecseseznamem"/>
              <w:numPr>
                <w:ilvl w:val="0"/>
                <w:numId w:val="17"/>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Potential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academic</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conferences</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international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collaborations</w:t>
            </w:r>
            <w:proofErr w:type="spellEnd"/>
            <w:r w:rsidRPr="00DF22B2">
              <w:rPr>
                <w:rFonts w:ascii="Times New Roman" w:hAnsi="Times New Roman" w:cs="Times New Roman"/>
                <w:sz w:val="21"/>
                <w:lang w:val="cs-CZ"/>
              </w:rPr>
              <w:t>.</w:t>
            </w:r>
          </w:p>
          <w:p w14:paraId="61EE7DE5" w14:textId="1EC62060" w:rsidR="00A50BA5" w:rsidRPr="00DF22B2" w:rsidRDefault="00DF22B2" w:rsidP="00DF22B2">
            <w:pPr>
              <w:pStyle w:val="Odstavecseseznamem"/>
              <w:numPr>
                <w:ilvl w:val="0"/>
                <w:numId w:val="17"/>
              </w:num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Considerations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regarding</w:t>
            </w:r>
            <w:proofErr w:type="spellEnd"/>
            <w:r w:rsidRPr="00DF22B2">
              <w:rPr>
                <w:rFonts w:ascii="Times New Roman" w:hAnsi="Times New Roman" w:cs="Times New Roman"/>
                <w:sz w:val="21"/>
                <w:lang w:val="cs-CZ"/>
              </w:rPr>
              <w:t xml:space="preserve"> a </w:t>
            </w:r>
            <w:proofErr w:type="spellStart"/>
            <w:r w:rsidRPr="00DF22B2">
              <w:rPr>
                <w:rFonts w:ascii="Times New Roman" w:hAnsi="Times New Roman" w:cs="Times New Roman"/>
                <w:sz w:val="21"/>
                <w:lang w:val="cs-CZ"/>
              </w:rPr>
              <w:t>research</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stay</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abroad</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institution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or</w:t>
            </w:r>
            <w:proofErr w:type="spellEnd"/>
            <w:r w:rsidRPr="00DF22B2">
              <w:rPr>
                <w:rFonts w:ascii="Times New Roman" w:hAnsi="Times New Roman" w:cs="Times New Roman"/>
                <w:sz w:val="21"/>
                <w:lang w:val="cs-CZ"/>
              </w:rPr>
              <w:t xml:space="preserve"> a partner </w:t>
            </w:r>
            <w:proofErr w:type="spellStart"/>
            <w:r w:rsidRPr="00DF22B2">
              <w:rPr>
                <w:rFonts w:ascii="Times New Roman" w:hAnsi="Times New Roman" w:cs="Times New Roman"/>
                <w:sz w:val="21"/>
                <w:lang w:val="cs-CZ"/>
              </w:rPr>
              <w:t>workplace</w:t>
            </w:r>
            <w:proofErr w:type="spellEnd"/>
            <w:r w:rsidRPr="00DF22B2">
              <w:rPr>
                <w:rFonts w:ascii="Times New Roman" w:hAnsi="Times New Roman" w:cs="Times New Roman"/>
                <w:sz w:val="21"/>
                <w:lang w:val="cs-CZ"/>
              </w:rPr>
              <w:t>.</w:t>
            </w:r>
          </w:p>
        </w:tc>
      </w:tr>
    </w:tbl>
    <w:p w14:paraId="37F8C79A"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4EF2E853"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5E0E2946" w14:textId="77777777" w:rsidR="00A50BA5" w:rsidRPr="005014BE" w:rsidRDefault="00AE10D3">
            <w:pPr>
              <w:spacing w:after="40"/>
              <w:rPr>
                <w:rFonts w:ascii="Times New Roman" w:hAnsi="Times New Roman" w:cs="Times New Roman"/>
              </w:rPr>
            </w:pPr>
            <w:r w:rsidRPr="005014BE">
              <w:rPr>
                <w:rFonts w:ascii="Times New Roman" w:hAnsi="Times New Roman" w:cs="Times New Roman"/>
                <w:b/>
                <w:color w:val="184955"/>
                <w:sz w:val="21"/>
              </w:rPr>
              <w:t>Tip</w:t>
            </w:r>
          </w:p>
          <w:p w14:paraId="60524376" w14:textId="293F4F36" w:rsidR="00A50BA5" w:rsidRPr="005014BE" w:rsidRDefault="00DF22B2">
            <w:pPr>
              <w:spacing w:after="40"/>
              <w:rPr>
                <w:rFonts w:ascii="Times New Roman" w:hAnsi="Times New Roman" w:cs="Times New Roman"/>
              </w:rPr>
            </w:pPr>
            <w:r w:rsidRPr="00DF22B2">
              <w:rPr>
                <w:rFonts w:ascii="Times New Roman" w:hAnsi="Times New Roman" w:cs="Times New Roman"/>
                <w:sz w:val="21"/>
              </w:rPr>
              <w:t>Be realistic. It is not necessary to promise specific journals, but it is advisable to show that the project has publication and international potential.</w:t>
            </w:r>
          </w:p>
        </w:tc>
      </w:tr>
    </w:tbl>
    <w:p w14:paraId="57C7858D" w14:textId="77777777" w:rsidR="00A50BA5" w:rsidRPr="005014BE" w:rsidRDefault="00A50BA5">
      <w:pPr>
        <w:rPr>
          <w:rFonts w:ascii="Times New Roman" w:hAnsi="Times New Roman" w:cs="Times New Roman"/>
        </w:rPr>
      </w:pPr>
    </w:p>
    <w:p w14:paraId="1C5B646A" w14:textId="7C6C2F33"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DF22B2" w:rsidRPr="00DF22B2">
        <w:rPr>
          <w:rFonts w:ascii="Times New Roman" w:hAnsi="Times New Roman" w:cs="Times New Roman"/>
        </w:rPr>
        <w:t>Insert your own text for this chapter here. Approximately 0.5 standard page</w:t>
      </w:r>
      <w:r w:rsidRPr="005014BE">
        <w:rPr>
          <w:rFonts w:ascii="Times New Roman" w:hAnsi="Times New Roman" w:cs="Times New Roman"/>
        </w:rPr>
        <w:t>.]</w:t>
      </w:r>
    </w:p>
    <w:p w14:paraId="79280973" w14:textId="77777777" w:rsidR="00A50BA5" w:rsidRDefault="00A50BA5">
      <w:pPr>
        <w:rPr>
          <w:rFonts w:ascii="Times New Roman" w:hAnsi="Times New Roman" w:cs="Times New Roman"/>
        </w:rPr>
      </w:pPr>
    </w:p>
    <w:p w14:paraId="0FFF83E8" w14:textId="77777777" w:rsidR="00FD15D9" w:rsidRDefault="00FD15D9">
      <w:pPr>
        <w:rPr>
          <w:rFonts w:ascii="Times New Roman" w:hAnsi="Times New Roman" w:cs="Times New Roman"/>
        </w:rPr>
      </w:pPr>
    </w:p>
    <w:p w14:paraId="587409F6" w14:textId="77777777" w:rsidR="00FD15D9" w:rsidRDefault="00FD15D9">
      <w:pPr>
        <w:rPr>
          <w:rFonts w:ascii="Times New Roman" w:hAnsi="Times New Roman" w:cs="Times New Roman"/>
        </w:rPr>
      </w:pPr>
    </w:p>
    <w:p w14:paraId="76AF026C" w14:textId="77777777" w:rsidR="00FD15D9" w:rsidRDefault="00FD15D9">
      <w:pPr>
        <w:rPr>
          <w:rFonts w:ascii="Times New Roman" w:hAnsi="Times New Roman" w:cs="Times New Roman"/>
        </w:rPr>
      </w:pPr>
    </w:p>
    <w:p w14:paraId="32FCE431" w14:textId="77777777" w:rsidR="00FD15D9" w:rsidRDefault="00FD15D9">
      <w:pPr>
        <w:rPr>
          <w:rFonts w:ascii="Times New Roman" w:hAnsi="Times New Roman" w:cs="Times New Roman"/>
        </w:rPr>
      </w:pPr>
    </w:p>
    <w:p w14:paraId="2ACB087D" w14:textId="77777777" w:rsidR="00FD15D9" w:rsidRDefault="00FD15D9">
      <w:pPr>
        <w:rPr>
          <w:rFonts w:ascii="Times New Roman" w:hAnsi="Times New Roman" w:cs="Times New Roman"/>
        </w:rPr>
      </w:pPr>
    </w:p>
    <w:p w14:paraId="4A117156" w14:textId="77777777" w:rsidR="00FD15D9" w:rsidRDefault="00FD15D9">
      <w:pPr>
        <w:rPr>
          <w:rFonts w:ascii="Times New Roman" w:hAnsi="Times New Roman" w:cs="Times New Roman"/>
        </w:rPr>
      </w:pPr>
    </w:p>
    <w:p w14:paraId="1A35C67D" w14:textId="77777777" w:rsidR="00FD15D9" w:rsidRDefault="00FD15D9">
      <w:pPr>
        <w:rPr>
          <w:rFonts w:ascii="Times New Roman" w:hAnsi="Times New Roman" w:cs="Times New Roman"/>
        </w:rPr>
      </w:pPr>
    </w:p>
    <w:p w14:paraId="1C0C5F83" w14:textId="77777777" w:rsidR="00FD15D9" w:rsidRDefault="00FD15D9">
      <w:pPr>
        <w:rPr>
          <w:rFonts w:ascii="Times New Roman" w:hAnsi="Times New Roman" w:cs="Times New Roman"/>
        </w:rPr>
      </w:pPr>
    </w:p>
    <w:p w14:paraId="21B8DD9D" w14:textId="77777777" w:rsidR="00FD15D9" w:rsidRDefault="00FD15D9">
      <w:pPr>
        <w:rPr>
          <w:rFonts w:ascii="Times New Roman" w:hAnsi="Times New Roman" w:cs="Times New Roman"/>
        </w:rPr>
      </w:pPr>
    </w:p>
    <w:p w14:paraId="4C1A8C47" w14:textId="77777777" w:rsidR="00FD15D9" w:rsidRDefault="00FD15D9">
      <w:pPr>
        <w:rPr>
          <w:rFonts w:ascii="Times New Roman" w:hAnsi="Times New Roman" w:cs="Times New Roman"/>
        </w:rPr>
      </w:pPr>
    </w:p>
    <w:p w14:paraId="31845B22" w14:textId="77777777" w:rsidR="00FD15D9" w:rsidRDefault="00FD15D9">
      <w:pPr>
        <w:rPr>
          <w:rFonts w:ascii="Times New Roman" w:hAnsi="Times New Roman" w:cs="Times New Roman"/>
        </w:rPr>
      </w:pPr>
    </w:p>
    <w:p w14:paraId="3DA8EAF0" w14:textId="77777777" w:rsidR="00FD15D9" w:rsidRDefault="00FD15D9">
      <w:pPr>
        <w:rPr>
          <w:rFonts w:ascii="Times New Roman" w:hAnsi="Times New Roman" w:cs="Times New Roman"/>
        </w:rPr>
      </w:pPr>
    </w:p>
    <w:p w14:paraId="1449CCE3" w14:textId="77777777" w:rsidR="00FD15D9" w:rsidRDefault="00FD15D9">
      <w:pPr>
        <w:rPr>
          <w:rFonts w:ascii="Times New Roman" w:hAnsi="Times New Roman" w:cs="Times New Roman"/>
        </w:rPr>
      </w:pPr>
    </w:p>
    <w:p w14:paraId="6E45CFD1" w14:textId="77777777" w:rsidR="00FD15D9" w:rsidRDefault="00FD15D9">
      <w:pPr>
        <w:rPr>
          <w:rFonts w:ascii="Times New Roman" w:hAnsi="Times New Roman" w:cs="Times New Roman"/>
        </w:rPr>
      </w:pPr>
    </w:p>
    <w:p w14:paraId="07427D57" w14:textId="77777777" w:rsidR="00FD15D9" w:rsidRDefault="00FD15D9">
      <w:pPr>
        <w:rPr>
          <w:rFonts w:ascii="Times New Roman" w:hAnsi="Times New Roman" w:cs="Times New Roman"/>
        </w:rPr>
      </w:pPr>
    </w:p>
    <w:p w14:paraId="1CCF2230" w14:textId="77777777" w:rsidR="00FD15D9" w:rsidRDefault="00FD15D9">
      <w:pPr>
        <w:rPr>
          <w:rFonts w:ascii="Times New Roman" w:hAnsi="Times New Roman" w:cs="Times New Roman"/>
        </w:rPr>
      </w:pPr>
    </w:p>
    <w:p w14:paraId="515F4C06" w14:textId="77777777" w:rsidR="00FD15D9" w:rsidRDefault="00FD15D9">
      <w:pPr>
        <w:rPr>
          <w:rFonts w:ascii="Times New Roman" w:hAnsi="Times New Roman" w:cs="Times New Roman"/>
        </w:rPr>
      </w:pPr>
    </w:p>
    <w:p w14:paraId="4FF4720C" w14:textId="77777777" w:rsidR="00FD15D9" w:rsidRDefault="00FD15D9">
      <w:pPr>
        <w:rPr>
          <w:rFonts w:ascii="Times New Roman" w:hAnsi="Times New Roman" w:cs="Times New Roman"/>
        </w:rPr>
      </w:pPr>
    </w:p>
    <w:p w14:paraId="6FC81777" w14:textId="77777777" w:rsidR="00FD15D9" w:rsidRDefault="00FD15D9">
      <w:pPr>
        <w:rPr>
          <w:rFonts w:ascii="Times New Roman" w:hAnsi="Times New Roman" w:cs="Times New Roman"/>
        </w:rPr>
      </w:pPr>
    </w:p>
    <w:p w14:paraId="6A3919A7" w14:textId="77777777" w:rsidR="00FD15D9" w:rsidRPr="005014BE" w:rsidRDefault="00FD15D9">
      <w:pPr>
        <w:rPr>
          <w:rFonts w:ascii="Times New Roman" w:hAnsi="Times New Roman" w:cs="Times New Roman"/>
        </w:rPr>
      </w:pPr>
    </w:p>
    <w:p w14:paraId="2B9A0B63" w14:textId="677B6636" w:rsidR="00A50BA5" w:rsidRPr="005014BE" w:rsidRDefault="00AE10D3">
      <w:pPr>
        <w:pStyle w:val="Heading2Custom"/>
        <w:rPr>
          <w:rFonts w:ascii="Times New Roman" w:hAnsi="Times New Roman" w:cs="Times New Roman"/>
        </w:rPr>
      </w:pPr>
      <w:r w:rsidRPr="005014BE">
        <w:rPr>
          <w:rFonts w:ascii="Times New Roman" w:hAnsi="Times New Roman" w:cs="Times New Roman"/>
        </w:rPr>
        <w:lastRenderedPageBreak/>
        <w:t xml:space="preserve">2.10 </w:t>
      </w:r>
      <w:r w:rsidR="00DF22B2" w:rsidRPr="00DF22B2">
        <w:rPr>
          <w:rFonts w:ascii="Times New Roman" w:hAnsi="Times New Roman" w:cs="Times New Roman"/>
        </w:rPr>
        <w:t xml:space="preserve">Bibliography </w:t>
      </w:r>
    </w:p>
    <w:tbl>
      <w:tblPr>
        <w:tblW w:w="0" w:type="auto"/>
        <w:jc w:val="center"/>
        <w:tblLook w:val="04A0" w:firstRow="1" w:lastRow="0" w:firstColumn="1" w:lastColumn="0" w:noHBand="0" w:noVBand="1"/>
      </w:tblPr>
      <w:tblGrid>
        <w:gridCol w:w="9071"/>
      </w:tblGrid>
      <w:tr w:rsidR="00A50BA5" w:rsidRPr="005014BE" w14:paraId="2D2E1259"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6F8F9"/>
            <w:vAlign w:val="center"/>
          </w:tcPr>
          <w:p w14:paraId="33DC2FF5" w14:textId="77777777" w:rsidR="00DF22B2" w:rsidRDefault="00DF22B2">
            <w:pPr>
              <w:spacing w:after="40"/>
              <w:rPr>
                <w:rFonts w:ascii="Times New Roman" w:hAnsi="Times New Roman" w:cs="Times New Roman"/>
                <w:b/>
                <w:color w:val="184955"/>
                <w:sz w:val="21"/>
              </w:rPr>
            </w:pPr>
            <w:r w:rsidRPr="00DF22B2">
              <w:rPr>
                <w:rFonts w:ascii="Times New Roman" w:hAnsi="Times New Roman" w:cs="Times New Roman"/>
                <w:b/>
                <w:color w:val="184955"/>
                <w:sz w:val="21"/>
              </w:rPr>
              <w:t>Academic Function of the Chapter</w:t>
            </w:r>
          </w:p>
          <w:p w14:paraId="3A461205" w14:textId="187CE935" w:rsidR="00A50BA5" w:rsidRPr="005014BE" w:rsidRDefault="00DF22B2">
            <w:pPr>
              <w:spacing w:after="40"/>
              <w:rPr>
                <w:rFonts w:ascii="Times New Roman" w:hAnsi="Times New Roman" w:cs="Times New Roman"/>
              </w:rPr>
            </w:pPr>
            <w:r w:rsidRPr="00DF22B2">
              <w:rPr>
                <w:rFonts w:ascii="Times New Roman" w:hAnsi="Times New Roman" w:cs="Times New Roman"/>
                <w:sz w:val="21"/>
              </w:rPr>
              <w:t xml:space="preserve">The reference list should document the academic preparedness of the applicant. Prefer peer-reviewed sources, monographs, methodological literature, and relevant domestic and international articles. </w:t>
            </w:r>
            <w:r w:rsidRPr="00DF22B2">
              <w:rPr>
                <w:rFonts w:ascii="Times New Roman" w:hAnsi="Times New Roman" w:cs="Times New Roman"/>
                <w:b/>
                <w:bCs/>
                <w:sz w:val="21"/>
              </w:rPr>
              <w:t>Cite exclusively according to APA 7th edition.</w:t>
            </w:r>
          </w:p>
        </w:tc>
      </w:tr>
    </w:tbl>
    <w:p w14:paraId="5B82B393"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4C94E8F3"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FFFFF"/>
            <w:vAlign w:val="center"/>
          </w:tcPr>
          <w:p w14:paraId="4030070A" w14:textId="2FB6EB0A" w:rsidR="00A50BA5" w:rsidRPr="005014BE" w:rsidRDefault="00DF22B2">
            <w:pPr>
              <w:spacing w:after="40"/>
              <w:rPr>
                <w:rFonts w:ascii="Times New Roman" w:hAnsi="Times New Roman" w:cs="Times New Roman"/>
              </w:rPr>
            </w:pPr>
            <w:r w:rsidRPr="00DF22B2">
              <w:rPr>
                <w:rFonts w:ascii="Times New Roman" w:hAnsi="Times New Roman" w:cs="Times New Roman"/>
                <w:b/>
                <w:color w:val="184955"/>
                <w:sz w:val="21"/>
              </w:rPr>
              <w:t>Recommendations</w:t>
            </w:r>
          </w:p>
          <w:p w14:paraId="52CD833E" w14:textId="3E464E50" w:rsidR="00DF22B2" w:rsidRPr="00DF22B2" w:rsidRDefault="00DF22B2" w:rsidP="00DF22B2">
            <w:pPr>
              <w:spacing w:after="40"/>
              <w:rPr>
                <w:rFonts w:ascii="Times New Roman" w:hAnsi="Times New Roman" w:cs="Times New Roman"/>
                <w:sz w:val="21"/>
                <w:lang w:val="cs-CZ"/>
              </w:rPr>
            </w:pPr>
            <w:r w:rsidRPr="00DF22B2">
              <w:rPr>
                <w:rFonts w:ascii="Times New Roman" w:hAnsi="Times New Roman" w:cs="Times New Roman"/>
                <w:sz w:val="21"/>
                <w:lang w:val="cs-CZ"/>
              </w:rPr>
              <w:t xml:space="preserve">Use a </w:t>
            </w:r>
            <w:proofErr w:type="spellStart"/>
            <w:r w:rsidRPr="00DF22B2">
              <w:rPr>
                <w:rFonts w:ascii="Times New Roman" w:hAnsi="Times New Roman" w:cs="Times New Roman"/>
                <w:sz w:val="21"/>
                <w:lang w:val="cs-CZ"/>
              </w:rPr>
              <w:t>consistent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citation</w:t>
            </w:r>
            <w:proofErr w:type="spellEnd"/>
            <w:r w:rsidRPr="00DF22B2">
              <w:rPr>
                <w:rFonts w:ascii="Times New Roman" w:hAnsi="Times New Roman" w:cs="Times New Roman"/>
                <w:sz w:val="21"/>
                <w:lang w:val="cs-CZ"/>
              </w:rPr>
              <w:t xml:space="preserve"> style </w:t>
            </w:r>
            <w:proofErr w:type="spellStart"/>
            <w:r w:rsidRPr="00DF22B2">
              <w:rPr>
                <w:rFonts w:ascii="Times New Roman" w:hAnsi="Times New Roman" w:cs="Times New Roman"/>
                <w:sz w:val="21"/>
                <w:lang w:val="cs-CZ"/>
              </w:rPr>
              <w:t>throughout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entire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document</w:t>
            </w:r>
            <w:proofErr w:type="spellEnd"/>
            <w:r w:rsidRPr="00DF22B2">
              <w:rPr>
                <w:rFonts w:ascii="Times New Roman" w:hAnsi="Times New Roman" w:cs="Times New Roman"/>
                <w:sz w:val="21"/>
                <w:lang w:val="cs-CZ"/>
              </w:rPr>
              <w:t>.</w:t>
            </w:r>
          </w:p>
          <w:p w14:paraId="3130B06D" w14:textId="569F7487" w:rsidR="00DF22B2" w:rsidRPr="00DF22B2" w:rsidRDefault="00DF22B2" w:rsidP="00DF22B2">
            <w:pPr>
              <w:spacing w:after="40"/>
              <w:rPr>
                <w:rFonts w:ascii="Times New Roman" w:hAnsi="Times New Roman" w:cs="Times New Roman"/>
                <w:sz w:val="21"/>
                <w:lang w:val="cs-CZ"/>
              </w:rPr>
            </w:pPr>
            <w:proofErr w:type="spellStart"/>
            <w:r w:rsidRPr="00DF22B2">
              <w:rPr>
                <w:rFonts w:ascii="Times New Roman" w:hAnsi="Times New Roman" w:cs="Times New Roman"/>
                <w:sz w:val="21"/>
                <w:lang w:val="cs-CZ"/>
              </w:rPr>
              <w:t>Rely</w:t>
            </w:r>
            <w:proofErr w:type="spellEnd"/>
            <w:r w:rsidRPr="00DF22B2">
              <w:rPr>
                <w:rFonts w:ascii="Times New Roman" w:hAnsi="Times New Roman" w:cs="Times New Roman"/>
                <w:sz w:val="21"/>
                <w:lang w:val="cs-CZ"/>
              </w:rPr>
              <w:t xml:space="preserve"> on </w:t>
            </w:r>
            <w:proofErr w:type="spellStart"/>
            <w:r w:rsidRPr="00DF22B2">
              <w:rPr>
                <w:rFonts w:ascii="Times New Roman" w:hAnsi="Times New Roman" w:cs="Times New Roman"/>
                <w:sz w:val="21"/>
                <w:lang w:val="cs-CZ"/>
              </w:rPr>
              <w:t>recent</w:t>
            </w:r>
            <w:proofErr w:type="spellEnd"/>
            <w:r w:rsidRPr="00DF22B2">
              <w:rPr>
                <w:rFonts w:ascii="Times New Roman" w:hAnsi="Times New Roman" w:cs="Times New Roman"/>
                <w:sz w:val="21"/>
                <w:lang w:val="cs-CZ"/>
              </w:rPr>
              <w:t xml:space="preserve"> and </w:t>
            </w:r>
            <w:proofErr w:type="spellStart"/>
            <w:r w:rsidRPr="00DF22B2">
              <w:rPr>
                <w:rFonts w:ascii="Times New Roman" w:hAnsi="Times New Roman" w:cs="Times New Roman"/>
                <w:sz w:val="21"/>
                <w:lang w:val="cs-CZ"/>
              </w:rPr>
              <w:t>credible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sources</w:t>
            </w:r>
            <w:proofErr w:type="spellEnd"/>
            <w:r w:rsidRPr="00DF22B2">
              <w:rPr>
                <w:rFonts w:ascii="Times New Roman" w:hAnsi="Times New Roman" w:cs="Times New Roman"/>
                <w:sz w:val="21"/>
                <w:lang w:val="cs-CZ"/>
              </w:rPr>
              <w:t>.</w:t>
            </w:r>
          </w:p>
          <w:p w14:paraId="33ED0357" w14:textId="593EBB2C" w:rsidR="00DF22B2" w:rsidRPr="00DF22B2" w:rsidRDefault="00DF22B2" w:rsidP="00DF22B2">
            <w:pPr>
              <w:spacing w:after="40"/>
              <w:rPr>
                <w:rFonts w:ascii="Times New Roman" w:hAnsi="Times New Roman" w:cs="Times New Roman"/>
                <w:sz w:val="21"/>
                <w:lang w:val="cs-CZ"/>
              </w:rPr>
            </w:pPr>
            <w:r w:rsidRPr="00DF22B2">
              <w:rPr>
                <w:rFonts w:ascii="Times New Roman" w:hAnsi="Times New Roman" w:cs="Times New Roman"/>
                <w:sz w:val="21"/>
                <w:lang w:val="cs-CZ"/>
              </w:rPr>
              <w:t xml:space="preserve">In </w:t>
            </w:r>
            <w:proofErr w:type="spellStart"/>
            <w:r w:rsidRPr="00DF22B2">
              <w:rPr>
                <w:rFonts w:ascii="Times New Roman" w:hAnsi="Times New Roman" w:cs="Times New Roman"/>
                <w:sz w:val="21"/>
                <w:lang w:val="cs-CZ"/>
              </w:rPr>
              <w:t>the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methodological</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section</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it</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is</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appropriate</w:t>
            </w:r>
            <w:proofErr w:type="spellEnd"/>
            <w:r w:rsidRPr="00DF22B2">
              <w:rPr>
                <w:rFonts w:ascii="Times New Roman" w:hAnsi="Times New Roman" w:cs="Times New Roman"/>
                <w:sz w:val="21"/>
                <w:lang w:val="cs-CZ"/>
              </w:rPr>
              <w:t xml:space="preserve"> to </w:t>
            </w:r>
            <w:proofErr w:type="spellStart"/>
            <w:r w:rsidRPr="00DF22B2">
              <w:rPr>
                <w:rFonts w:ascii="Times New Roman" w:hAnsi="Times New Roman" w:cs="Times New Roman"/>
                <w:sz w:val="21"/>
                <w:lang w:val="cs-CZ"/>
              </w:rPr>
              <w:t>also</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include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literature</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regarding</w:t>
            </w:r>
            <w:proofErr w:type="spellEnd"/>
            <w:r w:rsidRPr="00DF22B2">
              <w:rPr>
                <w:rFonts w:ascii="Times New Roman" w:hAnsi="Times New Roman" w:cs="Times New Roman"/>
                <w:sz w:val="21"/>
                <w:lang w:val="cs-CZ"/>
              </w:rPr>
              <w:t xml:space="preserve"> </w:t>
            </w:r>
            <w:proofErr w:type="spellStart"/>
            <w:r w:rsidRPr="00DF22B2">
              <w:rPr>
                <w:rFonts w:ascii="Times New Roman" w:hAnsi="Times New Roman" w:cs="Times New Roman"/>
                <w:sz w:val="21"/>
                <w:lang w:val="cs-CZ"/>
              </w:rPr>
              <w:t>research</w:t>
            </w:r>
            <w:proofErr w:type="spellEnd"/>
            <w:r w:rsidRPr="00DF22B2">
              <w:rPr>
                <w:rFonts w:ascii="Times New Roman" w:hAnsi="Times New Roman" w:cs="Times New Roman"/>
                <w:sz w:val="21"/>
                <w:lang w:val="cs-CZ"/>
              </w:rPr>
              <w:t xml:space="preserve"> design and data </w:t>
            </w:r>
            <w:proofErr w:type="spellStart"/>
            <w:r w:rsidRPr="00DF22B2">
              <w:rPr>
                <w:rFonts w:ascii="Times New Roman" w:hAnsi="Times New Roman" w:cs="Times New Roman"/>
                <w:sz w:val="21"/>
                <w:lang w:val="cs-CZ"/>
              </w:rPr>
              <w:t>analysis</w:t>
            </w:r>
            <w:proofErr w:type="spellEnd"/>
            <w:r w:rsidRPr="00DF22B2">
              <w:rPr>
                <w:rFonts w:ascii="Times New Roman" w:hAnsi="Times New Roman" w:cs="Times New Roman"/>
                <w:sz w:val="21"/>
                <w:lang w:val="cs-CZ"/>
              </w:rPr>
              <w:t>.</w:t>
            </w:r>
          </w:p>
          <w:p w14:paraId="26A5EDDC" w14:textId="2A3722CA" w:rsidR="00DF22B2" w:rsidRPr="00DF22B2" w:rsidRDefault="00DF22B2" w:rsidP="00DF22B2">
            <w:pPr>
              <w:spacing w:after="40"/>
              <w:rPr>
                <w:rFonts w:ascii="Times New Roman" w:hAnsi="Times New Roman" w:cs="Times New Roman"/>
                <w:b/>
                <w:bCs/>
                <w:sz w:val="21"/>
                <w:lang w:val="cs-CZ"/>
              </w:rPr>
            </w:pPr>
            <w:r w:rsidRPr="00DF22B2">
              <w:rPr>
                <w:rFonts w:ascii="Times New Roman" w:hAnsi="Times New Roman" w:cs="Times New Roman"/>
                <w:b/>
                <w:bCs/>
                <w:sz w:val="21"/>
                <w:lang w:val="cs-CZ"/>
              </w:rPr>
              <w:t xml:space="preserve">Cite </w:t>
            </w:r>
            <w:proofErr w:type="spellStart"/>
            <w:r w:rsidRPr="00DF22B2">
              <w:rPr>
                <w:rFonts w:ascii="Times New Roman" w:hAnsi="Times New Roman" w:cs="Times New Roman"/>
                <w:b/>
                <w:bCs/>
                <w:sz w:val="21"/>
                <w:lang w:val="cs-CZ"/>
              </w:rPr>
              <w:t>according</w:t>
            </w:r>
            <w:proofErr w:type="spellEnd"/>
            <w:r w:rsidRPr="00DF22B2">
              <w:rPr>
                <w:rFonts w:ascii="Times New Roman" w:hAnsi="Times New Roman" w:cs="Times New Roman"/>
                <w:b/>
                <w:bCs/>
                <w:sz w:val="21"/>
                <w:lang w:val="cs-CZ"/>
              </w:rPr>
              <w:t xml:space="preserve"> to APA 7</w:t>
            </w:r>
          </w:p>
          <w:p w14:paraId="68DB9FF8" w14:textId="61173808" w:rsidR="00FD15D9" w:rsidRPr="00FD15D9" w:rsidRDefault="00FD15D9">
            <w:pPr>
              <w:spacing w:after="40"/>
              <w:rPr>
                <w:rFonts w:ascii="Times New Roman" w:hAnsi="Times New Roman" w:cs="Times New Roman"/>
                <w:b/>
                <w:bCs/>
              </w:rPr>
            </w:pPr>
          </w:p>
        </w:tc>
      </w:tr>
    </w:tbl>
    <w:p w14:paraId="07B995C9" w14:textId="77777777" w:rsidR="00A50BA5" w:rsidRPr="005014BE" w:rsidRDefault="00A50BA5">
      <w:pPr>
        <w:rPr>
          <w:rFonts w:ascii="Times New Roman" w:hAnsi="Times New Roman" w:cs="Times New Roman"/>
        </w:rPr>
      </w:pPr>
    </w:p>
    <w:tbl>
      <w:tblPr>
        <w:tblW w:w="0" w:type="auto"/>
        <w:jc w:val="center"/>
        <w:tblLook w:val="04A0" w:firstRow="1" w:lastRow="0" w:firstColumn="1" w:lastColumn="0" w:noHBand="0" w:noVBand="1"/>
      </w:tblPr>
      <w:tblGrid>
        <w:gridCol w:w="9071"/>
      </w:tblGrid>
      <w:tr w:rsidR="00A50BA5" w:rsidRPr="005014BE" w14:paraId="0072D27F" w14:textId="77777777">
        <w:trPr>
          <w:jc w:val="center"/>
        </w:trPr>
        <w:tc>
          <w:tcPr>
            <w:tcW w:w="9071" w:type="dxa"/>
            <w:tcBorders>
              <w:top w:val="single" w:sz="6" w:space="0" w:color="BFC8CC"/>
              <w:left w:val="single" w:sz="6" w:space="0" w:color="BFC8CC"/>
              <w:bottom w:val="single" w:sz="6" w:space="0" w:color="BFC8CC"/>
              <w:right w:val="single" w:sz="6" w:space="0" w:color="BFC8CC"/>
            </w:tcBorders>
            <w:shd w:val="clear" w:color="auto" w:fill="F3F0E6"/>
            <w:vAlign w:val="center"/>
          </w:tcPr>
          <w:p w14:paraId="75B3FBE2" w14:textId="77777777" w:rsidR="00A50BA5" w:rsidRPr="005014BE" w:rsidRDefault="00AE10D3">
            <w:pPr>
              <w:spacing w:after="40"/>
              <w:rPr>
                <w:rFonts w:ascii="Times New Roman" w:hAnsi="Times New Roman" w:cs="Times New Roman"/>
              </w:rPr>
            </w:pPr>
            <w:r w:rsidRPr="005014BE">
              <w:rPr>
                <w:rFonts w:ascii="Times New Roman" w:hAnsi="Times New Roman" w:cs="Times New Roman"/>
                <w:b/>
                <w:color w:val="184955"/>
                <w:sz w:val="21"/>
              </w:rPr>
              <w:t>Tip</w:t>
            </w:r>
          </w:p>
          <w:p w14:paraId="14D31254" w14:textId="74F698BE" w:rsidR="00A50BA5" w:rsidRPr="005014BE" w:rsidRDefault="00DF22B2">
            <w:pPr>
              <w:spacing w:after="40"/>
              <w:rPr>
                <w:rFonts w:ascii="Times New Roman" w:hAnsi="Times New Roman" w:cs="Times New Roman"/>
              </w:rPr>
            </w:pPr>
            <w:r w:rsidRPr="00DF22B2">
              <w:rPr>
                <w:rFonts w:ascii="Times New Roman" w:hAnsi="Times New Roman" w:cs="Times New Roman"/>
                <w:sz w:val="21"/>
              </w:rPr>
              <w:t xml:space="preserve">The bibliography should reflect what you </w:t>
            </w:r>
            <w:proofErr w:type="gramStart"/>
            <w:r w:rsidRPr="00DF22B2">
              <w:rPr>
                <w:rFonts w:ascii="Times New Roman" w:hAnsi="Times New Roman" w:cs="Times New Roman"/>
                <w:sz w:val="21"/>
              </w:rPr>
              <w:t>actually refer</w:t>
            </w:r>
            <w:proofErr w:type="gramEnd"/>
            <w:r w:rsidRPr="00DF22B2">
              <w:rPr>
                <w:rFonts w:ascii="Times New Roman" w:hAnsi="Times New Roman" w:cs="Times New Roman"/>
                <w:sz w:val="21"/>
              </w:rPr>
              <w:t xml:space="preserve"> to in the text, not merely serve as a formal appendix.</w:t>
            </w:r>
          </w:p>
        </w:tc>
      </w:tr>
    </w:tbl>
    <w:p w14:paraId="50020B88" w14:textId="77777777" w:rsidR="00A50BA5" w:rsidRPr="005014BE" w:rsidRDefault="00A50BA5">
      <w:pPr>
        <w:rPr>
          <w:rFonts w:ascii="Times New Roman" w:hAnsi="Times New Roman" w:cs="Times New Roman"/>
        </w:rPr>
      </w:pPr>
    </w:p>
    <w:p w14:paraId="79813F7D" w14:textId="578C2806" w:rsidR="00A50BA5" w:rsidRPr="005014BE" w:rsidRDefault="00AE10D3">
      <w:pPr>
        <w:pStyle w:val="Placeholder"/>
        <w:rPr>
          <w:rFonts w:ascii="Times New Roman" w:hAnsi="Times New Roman" w:cs="Times New Roman"/>
        </w:rPr>
      </w:pPr>
      <w:r w:rsidRPr="005014BE">
        <w:rPr>
          <w:rFonts w:ascii="Times New Roman" w:hAnsi="Times New Roman" w:cs="Times New Roman"/>
        </w:rPr>
        <w:t>[</w:t>
      </w:r>
      <w:r w:rsidR="00DF22B2" w:rsidRPr="00DF22B2">
        <w:rPr>
          <w:rFonts w:ascii="Times New Roman" w:hAnsi="Times New Roman" w:cs="Times New Roman"/>
        </w:rPr>
        <w:t>Insert the list of used sources here</w:t>
      </w:r>
      <w:r w:rsidRPr="005014BE">
        <w:rPr>
          <w:rFonts w:ascii="Times New Roman" w:hAnsi="Times New Roman" w:cs="Times New Roman"/>
        </w:rPr>
        <w:t>.]</w:t>
      </w:r>
    </w:p>
    <w:p w14:paraId="6E6D96F8" w14:textId="77777777" w:rsidR="00A50BA5" w:rsidRDefault="00A50BA5">
      <w:pPr>
        <w:rPr>
          <w:rFonts w:ascii="Times New Roman" w:hAnsi="Times New Roman" w:cs="Times New Roman"/>
        </w:rPr>
      </w:pPr>
    </w:p>
    <w:p w14:paraId="7D458BF8" w14:textId="77777777" w:rsidR="00FD15D9" w:rsidRDefault="00FD15D9">
      <w:pPr>
        <w:rPr>
          <w:rFonts w:ascii="Times New Roman" w:hAnsi="Times New Roman" w:cs="Times New Roman"/>
        </w:rPr>
      </w:pPr>
    </w:p>
    <w:p w14:paraId="7017AE3D" w14:textId="77777777" w:rsidR="00FD15D9" w:rsidRDefault="00FD15D9">
      <w:pPr>
        <w:rPr>
          <w:rFonts w:ascii="Times New Roman" w:hAnsi="Times New Roman" w:cs="Times New Roman"/>
        </w:rPr>
      </w:pPr>
    </w:p>
    <w:p w14:paraId="578451D2" w14:textId="77777777" w:rsidR="00FD15D9" w:rsidRDefault="00FD15D9">
      <w:pPr>
        <w:rPr>
          <w:rFonts w:ascii="Times New Roman" w:hAnsi="Times New Roman" w:cs="Times New Roman"/>
        </w:rPr>
      </w:pPr>
    </w:p>
    <w:p w14:paraId="0A43C247" w14:textId="77777777" w:rsidR="00FD15D9" w:rsidRDefault="00FD15D9">
      <w:pPr>
        <w:rPr>
          <w:rFonts w:ascii="Times New Roman" w:hAnsi="Times New Roman" w:cs="Times New Roman"/>
        </w:rPr>
      </w:pPr>
    </w:p>
    <w:p w14:paraId="6480E13A" w14:textId="77777777" w:rsidR="00FD15D9" w:rsidRDefault="00FD15D9">
      <w:pPr>
        <w:rPr>
          <w:rFonts w:ascii="Times New Roman" w:hAnsi="Times New Roman" w:cs="Times New Roman"/>
        </w:rPr>
      </w:pPr>
    </w:p>
    <w:p w14:paraId="3F4D5A31" w14:textId="77777777" w:rsidR="00FD15D9" w:rsidRDefault="00FD15D9">
      <w:pPr>
        <w:rPr>
          <w:rFonts w:ascii="Times New Roman" w:hAnsi="Times New Roman" w:cs="Times New Roman"/>
        </w:rPr>
      </w:pPr>
    </w:p>
    <w:p w14:paraId="1589E7C4" w14:textId="77777777" w:rsidR="00FD15D9" w:rsidRDefault="00FD15D9">
      <w:pPr>
        <w:rPr>
          <w:rFonts w:ascii="Times New Roman" w:hAnsi="Times New Roman" w:cs="Times New Roman"/>
        </w:rPr>
      </w:pPr>
    </w:p>
    <w:p w14:paraId="668CF523" w14:textId="77777777" w:rsidR="00FD15D9" w:rsidRDefault="00FD15D9">
      <w:pPr>
        <w:rPr>
          <w:rFonts w:ascii="Times New Roman" w:hAnsi="Times New Roman" w:cs="Times New Roman"/>
        </w:rPr>
      </w:pPr>
    </w:p>
    <w:p w14:paraId="48A51CA0" w14:textId="77777777" w:rsidR="00FD15D9" w:rsidRDefault="00FD15D9">
      <w:pPr>
        <w:rPr>
          <w:rFonts w:ascii="Times New Roman" w:hAnsi="Times New Roman" w:cs="Times New Roman"/>
        </w:rPr>
      </w:pPr>
    </w:p>
    <w:p w14:paraId="014808F6" w14:textId="77777777" w:rsidR="00FD15D9" w:rsidRDefault="00FD15D9">
      <w:pPr>
        <w:rPr>
          <w:rFonts w:ascii="Times New Roman" w:hAnsi="Times New Roman" w:cs="Times New Roman"/>
        </w:rPr>
      </w:pPr>
    </w:p>
    <w:p w14:paraId="438C68E2" w14:textId="77777777" w:rsidR="00FD15D9" w:rsidRDefault="00FD15D9">
      <w:pPr>
        <w:rPr>
          <w:rFonts w:ascii="Times New Roman" w:hAnsi="Times New Roman" w:cs="Times New Roman"/>
        </w:rPr>
      </w:pPr>
    </w:p>
    <w:p w14:paraId="7CA083AF" w14:textId="77777777" w:rsidR="00FD15D9" w:rsidRDefault="00FD15D9">
      <w:pPr>
        <w:rPr>
          <w:rFonts w:ascii="Times New Roman" w:hAnsi="Times New Roman" w:cs="Times New Roman"/>
        </w:rPr>
      </w:pPr>
    </w:p>
    <w:p w14:paraId="34E8D739" w14:textId="77777777" w:rsidR="00FD15D9" w:rsidRDefault="00FD15D9">
      <w:pPr>
        <w:rPr>
          <w:rFonts w:ascii="Times New Roman" w:hAnsi="Times New Roman" w:cs="Times New Roman"/>
        </w:rPr>
      </w:pPr>
    </w:p>
    <w:p w14:paraId="639568EA" w14:textId="77777777" w:rsidR="00FD15D9" w:rsidRDefault="00FD15D9">
      <w:pPr>
        <w:rPr>
          <w:rFonts w:ascii="Times New Roman" w:hAnsi="Times New Roman" w:cs="Times New Roman"/>
        </w:rPr>
      </w:pPr>
    </w:p>
    <w:p w14:paraId="75E6D696" w14:textId="77777777" w:rsidR="00FD15D9" w:rsidRDefault="00FD15D9">
      <w:pPr>
        <w:rPr>
          <w:rFonts w:ascii="Times New Roman" w:hAnsi="Times New Roman" w:cs="Times New Roman"/>
        </w:rPr>
      </w:pPr>
    </w:p>
    <w:p w14:paraId="33C322D1" w14:textId="77777777" w:rsidR="00FD15D9" w:rsidRDefault="00FD15D9">
      <w:pPr>
        <w:rPr>
          <w:rFonts w:ascii="Times New Roman" w:hAnsi="Times New Roman" w:cs="Times New Roman"/>
        </w:rPr>
      </w:pPr>
    </w:p>
    <w:p w14:paraId="601B7C2C" w14:textId="77777777" w:rsidR="00FD15D9" w:rsidRDefault="00FD15D9">
      <w:pPr>
        <w:rPr>
          <w:rFonts w:ascii="Times New Roman" w:hAnsi="Times New Roman" w:cs="Times New Roman"/>
        </w:rPr>
      </w:pPr>
    </w:p>
    <w:p w14:paraId="1977926E" w14:textId="77777777" w:rsidR="00FD15D9" w:rsidRDefault="00FD15D9">
      <w:pPr>
        <w:rPr>
          <w:rFonts w:ascii="Times New Roman" w:hAnsi="Times New Roman" w:cs="Times New Roman"/>
        </w:rPr>
      </w:pPr>
    </w:p>
    <w:p w14:paraId="1B3955C3" w14:textId="77777777" w:rsidR="00FD15D9" w:rsidRPr="005014BE" w:rsidRDefault="00FD15D9">
      <w:pPr>
        <w:rPr>
          <w:rFonts w:ascii="Times New Roman" w:hAnsi="Times New Roman" w:cs="Times New Roman"/>
        </w:rPr>
      </w:pPr>
    </w:p>
    <w:p w14:paraId="019BDE7A" w14:textId="42567DEC" w:rsidR="00A50BA5" w:rsidRPr="005014BE" w:rsidRDefault="00DF22B2">
      <w:pPr>
        <w:pStyle w:val="Heading2Custom"/>
        <w:rPr>
          <w:rFonts w:ascii="Times New Roman" w:hAnsi="Times New Roman" w:cs="Times New Roman"/>
        </w:rPr>
      </w:pPr>
      <w:r w:rsidRPr="00DF22B2">
        <w:rPr>
          <w:rFonts w:ascii="Times New Roman" w:hAnsi="Times New Roman" w:cs="Times New Roman"/>
        </w:rPr>
        <w:lastRenderedPageBreak/>
        <w:t>Recommended Auxiliary Table for the Timeline</w:t>
      </w:r>
    </w:p>
    <w:tbl>
      <w:tblPr>
        <w:tblW w:w="0" w:type="auto"/>
        <w:jc w:val="center"/>
        <w:tblLayout w:type="fixed"/>
        <w:tblLook w:val="04A0" w:firstRow="1" w:lastRow="0" w:firstColumn="1" w:lastColumn="0" w:noHBand="0" w:noVBand="1"/>
      </w:tblPr>
      <w:tblGrid>
        <w:gridCol w:w="1814"/>
        <w:gridCol w:w="2268"/>
        <w:gridCol w:w="3969"/>
        <w:gridCol w:w="1474"/>
      </w:tblGrid>
      <w:tr w:rsidR="00A50BA5" w:rsidRPr="005014BE" w14:paraId="0EFDA7D8" w14:textId="77777777">
        <w:trPr>
          <w:jc w:val="center"/>
        </w:trPr>
        <w:tc>
          <w:tcPr>
            <w:tcW w:w="1814"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53B2B07B" w14:textId="42A4A354" w:rsidR="00A50BA5" w:rsidRPr="005014BE" w:rsidRDefault="00DF22B2">
            <w:pPr>
              <w:jc w:val="center"/>
              <w:rPr>
                <w:rFonts w:ascii="Times New Roman" w:hAnsi="Times New Roman" w:cs="Times New Roman"/>
              </w:rPr>
            </w:pPr>
            <w:r>
              <w:rPr>
                <w:rFonts w:ascii="Times New Roman" w:hAnsi="Times New Roman" w:cs="Times New Roman"/>
                <w:b/>
                <w:color w:val="184955"/>
                <w:sz w:val="21"/>
              </w:rPr>
              <w:t>Stage</w:t>
            </w:r>
          </w:p>
        </w:tc>
        <w:tc>
          <w:tcPr>
            <w:tcW w:w="2268"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09294770" w14:textId="71DD5EEB" w:rsidR="00A50BA5" w:rsidRPr="005014BE" w:rsidRDefault="00DF22B2">
            <w:pPr>
              <w:jc w:val="center"/>
              <w:rPr>
                <w:rFonts w:ascii="Times New Roman" w:hAnsi="Times New Roman" w:cs="Times New Roman"/>
              </w:rPr>
            </w:pPr>
            <w:r>
              <w:rPr>
                <w:rFonts w:ascii="Times New Roman" w:hAnsi="Times New Roman" w:cs="Times New Roman"/>
                <w:b/>
                <w:color w:val="184955"/>
                <w:sz w:val="21"/>
              </w:rPr>
              <w:t>Expected Period</w:t>
            </w:r>
          </w:p>
        </w:tc>
        <w:tc>
          <w:tcPr>
            <w:tcW w:w="3969"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0FA65015" w14:textId="0C6166BF" w:rsidR="00A50BA5" w:rsidRPr="005014BE" w:rsidRDefault="00DF22B2">
            <w:pPr>
              <w:jc w:val="center"/>
              <w:rPr>
                <w:rFonts w:ascii="Times New Roman" w:hAnsi="Times New Roman" w:cs="Times New Roman"/>
              </w:rPr>
            </w:pPr>
            <w:r>
              <w:rPr>
                <w:rFonts w:ascii="Times New Roman" w:hAnsi="Times New Roman" w:cs="Times New Roman"/>
                <w:b/>
                <w:color w:val="184955"/>
                <w:sz w:val="21"/>
              </w:rPr>
              <w:t>Key Activities</w:t>
            </w:r>
          </w:p>
        </w:tc>
        <w:tc>
          <w:tcPr>
            <w:tcW w:w="1474"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7A5AF889" w14:textId="09FAB896" w:rsidR="00A50BA5" w:rsidRPr="005014BE" w:rsidRDefault="00DF22B2">
            <w:pPr>
              <w:jc w:val="center"/>
              <w:rPr>
                <w:rFonts w:ascii="Times New Roman" w:hAnsi="Times New Roman" w:cs="Times New Roman"/>
              </w:rPr>
            </w:pPr>
            <w:r>
              <w:rPr>
                <w:rFonts w:ascii="Times New Roman" w:hAnsi="Times New Roman" w:cs="Times New Roman"/>
                <w:b/>
                <w:color w:val="184955"/>
                <w:sz w:val="21"/>
              </w:rPr>
              <w:t>Output</w:t>
            </w:r>
          </w:p>
        </w:tc>
      </w:tr>
      <w:tr w:rsidR="00A50BA5" w:rsidRPr="005014BE" w14:paraId="25D35BB4" w14:textId="77777777">
        <w:trPr>
          <w:jc w:val="center"/>
        </w:trPr>
        <w:tc>
          <w:tcPr>
            <w:tcW w:w="1814" w:type="dxa"/>
            <w:tcBorders>
              <w:top w:val="single" w:sz="6" w:space="0" w:color="BFC8CC"/>
              <w:left w:val="single" w:sz="6" w:space="0" w:color="BFC8CC"/>
              <w:bottom w:val="single" w:sz="6" w:space="0" w:color="BFC8CC"/>
              <w:right w:val="single" w:sz="6" w:space="0" w:color="BFC8CC"/>
            </w:tcBorders>
            <w:vAlign w:val="center"/>
          </w:tcPr>
          <w:p w14:paraId="341CB78D" w14:textId="3160F15A"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2268" w:type="dxa"/>
            <w:tcBorders>
              <w:top w:val="single" w:sz="6" w:space="0" w:color="BFC8CC"/>
              <w:left w:val="single" w:sz="6" w:space="0" w:color="BFC8CC"/>
              <w:bottom w:val="single" w:sz="6" w:space="0" w:color="BFC8CC"/>
              <w:right w:val="single" w:sz="6" w:space="0" w:color="BFC8CC"/>
            </w:tcBorders>
            <w:vAlign w:val="center"/>
          </w:tcPr>
          <w:p w14:paraId="4CBA6AE6" w14:textId="48327010"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3969" w:type="dxa"/>
            <w:tcBorders>
              <w:top w:val="single" w:sz="6" w:space="0" w:color="BFC8CC"/>
              <w:left w:val="single" w:sz="6" w:space="0" w:color="BFC8CC"/>
              <w:bottom w:val="single" w:sz="6" w:space="0" w:color="BFC8CC"/>
              <w:right w:val="single" w:sz="6" w:space="0" w:color="BFC8CC"/>
            </w:tcBorders>
            <w:vAlign w:val="center"/>
          </w:tcPr>
          <w:p w14:paraId="26A3C8C1" w14:textId="4B44C71D"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1474" w:type="dxa"/>
            <w:tcBorders>
              <w:top w:val="single" w:sz="6" w:space="0" w:color="BFC8CC"/>
              <w:left w:val="single" w:sz="6" w:space="0" w:color="BFC8CC"/>
              <w:bottom w:val="single" w:sz="6" w:space="0" w:color="BFC8CC"/>
              <w:right w:val="single" w:sz="6" w:space="0" w:color="BFC8CC"/>
            </w:tcBorders>
            <w:vAlign w:val="center"/>
          </w:tcPr>
          <w:p w14:paraId="74596DBA" w14:textId="68C9E5A9"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r>
      <w:tr w:rsidR="00A50BA5" w:rsidRPr="005014BE" w14:paraId="570BA9A2" w14:textId="77777777">
        <w:trPr>
          <w:jc w:val="center"/>
        </w:trPr>
        <w:tc>
          <w:tcPr>
            <w:tcW w:w="1814" w:type="dxa"/>
            <w:tcBorders>
              <w:top w:val="single" w:sz="6" w:space="0" w:color="BFC8CC"/>
              <w:left w:val="single" w:sz="6" w:space="0" w:color="BFC8CC"/>
              <w:bottom w:val="single" w:sz="6" w:space="0" w:color="BFC8CC"/>
              <w:right w:val="single" w:sz="6" w:space="0" w:color="BFC8CC"/>
            </w:tcBorders>
            <w:vAlign w:val="center"/>
          </w:tcPr>
          <w:p w14:paraId="3871C7DB" w14:textId="6A380B23"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2268" w:type="dxa"/>
            <w:tcBorders>
              <w:top w:val="single" w:sz="6" w:space="0" w:color="BFC8CC"/>
              <w:left w:val="single" w:sz="6" w:space="0" w:color="BFC8CC"/>
              <w:bottom w:val="single" w:sz="6" w:space="0" w:color="BFC8CC"/>
              <w:right w:val="single" w:sz="6" w:space="0" w:color="BFC8CC"/>
            </w:tcBorders>
            <w:vAlign w:val="center"/>
          </w:tcPr>
          <w:p w14:paraId="000CF0A2" w14:textId="32646809"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3969" w:type="dxa"/>
            <w:tcBorders>
              <w:top w:val="single" w:sz="6" w:space="0" w:color="BFC8CC"/>
              <w:left w:val="single" w:sz="6" w:space="0" w:color="BFC8CC"/>
              <w:bottom w:val="single" w:sz="6" w:space="0" w:color="BFC8CC"/>
              <w:right w:val="single" w:sz="6" w:space="0" w:color="BFC8CC"/>
            </w:tcBorders>
            <w:vAlign w:val="center"/>
          </w:tcPr>
          <w:p w14:paraId="0B7822B0" w14:textId="552D8F01"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1474" w:type="dxa"/>
            <w:tcBorders>
              <w:top w:val="single" w:sz="6" w:space="0" w:color="BFC8CC"/>
              <w:left w:val="single" w:sz="6" w:space="0" w:color="BFC8CC"/>
              <w:bottom w:val="single" w:sz="6" w:space="0" w:color="BFC8CC"/>
              <w:right w:val="single" w:sz="6" w:space="0" w:color="BFC8CC"/>
            </w:tcBorders>
            <w:vAlign w:val="center"/>
          </w:tcPr>
          <w:p w14:paraId="1AD77762" w14:textId="54C1983D"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r>
      <w:tr w:rsidR="00A50BA5" w:rsidRPr="005014BE" w14:paraId="7B4E6BC6" w14:textId="77777777">
        <w:trPr>
          <w:jc w:val="center"/>
        </w:trPr>
        <w:tc>
          <w:tcPr>
            <w:tcW w:w="1814" w:type="dxa"/>
            <w:tcBorders>
              <w:top w:val="single" w:sz="6" w:space="0" w:color="BFC8CC"/>
              <w:left w:val="single" w:sz="6" w:space="0" w:color="BFC8CC"/>
              <w:bottom w:val="single" w:sz="6" w:space="0" w:color="BFC8CC"/>
              <w:right w:val="single" w:sz="6" w:space="0" w:color="BFC8CC"/>
            </w:tcBorders>
            <w:vAlign w:val="center"/>
          </w:tcPr>
          <w:p w14:paraId="75779AF8" w14:textId="1DC5D8D8"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2268" w:type="dxa"/>
            <w:tcBorders>
              <w:top w:val="single" w:sz="6" w:space="0" w:color="BFC8CC"/>
              <w:left w:val="single" w:sz="6" w:space="0" w:color="BFC8CC"/>
              <w:bottom w:val="single" w:sz="6" w:space="0" w:color="BFC8CC"/>
              <w:right w:val="single" w:sz="6" w:space="0" w:color="BFC8CC"/>
            </w:tcBorders>
            <w:vAlign w:val="center"/>
          </w:tcPr>
          <w:p w14:paraId="0881043F" w14:textId="5277E937"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3969" w:type="dxa"/>
            <w:tcBorders>
              <w:top w:val="single" w:sz="6" w:space="0" w:color="BFC8CC"/>
              <w:left w:val="single" w:sz="6" w:space="0" w:color="BFC8CC"/>
              <w:bottom w:val="single" w:sz="6" w:space="0" w:color="BFC8CC"/>
              <w:right w:val="single" w:sz="6" w:space="0" w:color="BFC8CC"/>
            </w:tcBorders>
            <w:vAlign w:val="center"/>
          </w:tcPr>
          <w:p w14:paraId="588CAAF2" w14:textId="13F7631B"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1474" w:type="dxa"/>
            <w:tcBorders>
              <w:top w:val="single" w:sz="6" w:space="0" w:color="BFC8CC"/>
              <w:left w:val="single" w:sz="6" w:space="0" w:color="BFC8CC"/>
              <w:bottom w:val="single" w:sz="6" w:space="0" w:color="BFC8CC"/>
              <w:right w:val="single" w:sz="6" w:space="0" w:color="BFC8CC"/>
            </w:tcBorders>
            <w:vAlign w:val="center"/>
          </w:tcPr>
          <w:p w14:paraId="2786D963" w14:textId="1B0CC09A"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r>
      <w:tr w:rsidR="00A50BA5" w:rsidRPr="005014BE" w14:paraId="4B2CE4F7" w14:textId="77777777">
        <w:trPr>
          <w:jc w:val="center"/>
        </w:trPr>
        <w:tc>
          <w:tcPr>
            <w:tcW w:w="1814" w:type="dxa"/>
            <w:tcBorders>
              <w:top w:val="single" w:sz="6" w:space="0" w:color="BFC8CC"/>
              <w:left w:val="single" w:sz="6" w:space="0" w:color="BFC8CC"/>
              <w:bottom w:val="single" w:sz="6" w:space="0" w:color="BFC8CC"/>
              <w:right w:val="single" w:sz="6" w:space="0" w:color="BFC8CC"/>
            </w:tcBorders>
            <w:vAlign w:val="center"/>
          </w:tcPr>
          <w:p w14:paraId="0A898FB5" w14:textId="4521235D"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2268" w:type="dxa"/>
            <w:tcBorders>
              <w:top w:val="single" w:sz="6" w:space="0" w:color="BFC8CC"/>
              <w:left w:val="single" w:sz="6" w:space="0" w:color="BFC8CC"/>
              <w:bottom w:val="single" w:sz="6" w:space="0" w:color="BFC8CC"/>
              <w:right w:val="single" w:sz="6" w:space="0" w:color="BFC8CC"/>
            </w:tcBorders>
            <w:vAlign w:val="center"/>
          </w:tcPr>
          <w:p w14:paraId="5A5AC122" w14:textId="34B4D012"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3969" w:type="dxa"/>
            <w:tcBorders>
              <w:top w:val="single" w:sz="6" w:space="0" w:color="BFC8CC"/>
              <w:left w:val="single" w:sz="6" w:space="0" w:color="BFC8CC"/>
              <w:bottom w:val="single" w:sz="6" w:space="0" w:color="BFC8CC"/>
              <w:right w:val="single" w:sz="6" w:space="0" w:color="BFC8CC"/>
            </w:tcBorders>
            <w:vAlign w:val="center"/>
          </w:tcPr>
          <w:p w14:paraId="66B01FE6" w14:textId="1B003E83"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c>
          <w:tcPr>
            <w:tcW w:w="1474" w:type="dxa"/>
            <w:tcBorders>
              <w:top w:val="single" w:sz="6" w:space="0" w:color="BFC8CC"/>
              <w:left w:val="single" w:sz="6" w:space="0" w:color="BFC8CC"/>
              <w:bottom w:val="single" w:sz="6" w:space="0" w:color="BFC8CC"/>
              <w:right w:val="single" w:sz="6" w:space="0" w:color="BFC8CC"/>
            </w:tcBorders>
            <w:vAlign w:val="center"/>
          </w:tcPr>
          <w:p w14:paraId="0DC49FA3" w14:textId="2CC25369" w:rsidR="00A50BA5" w:rsidRPr="005014BE" w:rsidRDefault="00AE10D3">
            <w:pPr>
              <w:rPr>
                <w:rFonts w:ascii="Times New Roman" w:hAnsi="Times New Roman" w:cs="Times New Roman"/>
              </w:rPr>
            </w:pPr>
            <w:r w:rsidRPr="005014BE">
              <w:rPr>
                <w:rFonts w:ascii="Times New Roman" w:hAnsi="Times New Roman" w:cs="Times New Roman"/>
                <w:i/>
                <w:color w:val="5A5A5A"/>
                <w:sz w:val="21"/>
              </w:rPr>
              <w:t>[</w:t>
            </w:r>
            <w:r w:rsidR="00DF22B2">
              <w:rPr>
                <w:rFonts w:ascii="Times New Roman" w:hAnsi="Times New Roman" w:cs="Times New Roman"/>
                <w:i/>
                <w:color w:val="5A5A5A"/>
                <w:sz w:val="21"/>
              </w:rPr>
              <w:t>fill in</w:t>
            </w:r>
            <w:r w:rsidRPr="005014BE">
              <w:rPr>
                <w:rFonts w:ascii="Times New Roman" w:hAnsi="Times New Roman" w:cs="Times New Roman"/>
                <w:i/>
                <w:color w:val="5A5A5A"/>
                <w:sz w:val="21"/>
              </w:rPr>
              <w:t>]</w:t>
            </w:r>
          </w:p>
        </w:tc>
      </w:tr>
    </w:tbl>
    <w:p w14:paraId="1458ACC7" w14:textId="77777777" w:rsidR="00A50BA5" w:rsidRPr="005014BE" w:rsidRDefault="00A50BA5">
      <w:pPr>
        <w:rPr>
          <w:rFonts w:ascii="Times New Roman" w:hAnsi="Times New Roman" w:cs="Times New Roman"/>
        </w:rPr>
      </w:pPr>
    </w:p>
    <w:p w14:paraId="28E907FD" w14:textId="694E03FE" w:rsidR="00A50BA5" w:rsidRPr="005014BE" w:rsidRDefault="00AE10D3">
      <w:pPr>
        <w:pStyle w:val="Heading1Custom"/>
        <w:rPr>
          <w:rFonts w:ascii="Times New Roman" w:hAnsi="Times New Roman" w:cs="Times New Roman"/>
        </w:rPr>
      </w:pPr>
      <w:r w:rsidRPr="005014BE">
        <w:rPr>
          <w:rFonts w:ascii="Times New Roman" w:hAnsi="Times New Roman" w:cs="Times New Roman"/>
        </w:rPr>
        <w:t xml:space="preserve">3. </w:t>
      </w:r>
      <w:r w:rsidR="00F36203" w:rsidRPr="00F36203">
        <w:rPr>
          <w:rFonts w:ascii="Times New Roman" w:hAnsi="Times New Roman" w:cs="Times New Roman"/>
        </w:rPr>
        <w:t>Applicant's Final Self-Check</w:t>
      </w:r>
    </w:p>
    <w:p w14:paraId="0EE44982" w14:textId="1ED7C73A" w:rsidR="00A50BA5" w:rsidRPr="005014BE" w:rsidRDefault="00F36203">
      <w:pPr>
        <w:pStyle w:val="Heading2Custom"/>
        <w:rPr>
          <w:rFonts w:ascii="Times New Roman" w:hAnsi="Times New Roman" w:cs="Times New Roman"/>
        </w:rPr>
      </w:pPr>
      <w:r w:rsidRPr="00F36203">
        <w:rPr>
          <w:rFonts w:ascii="Times New Roman" w:hAnsi="Times New Roman" w:cs="Times New Roman"/>
        </w:rPr>
        <w:t>Before final submission, please check particularly the following</w:t>
      </w:r>
      <w:r w:rsidR="002B5AE1">
        <w:rPr>
          <w:rFonts w:ascii="Times New Roman" w:hAnsi="Times New Roman" w:cs="Times New Roman"/>
        </w:rPr>
        <w:t>:</w:t>
      </w:r>
    </w:p>
    <w:tbl>
      <w:tblPr>
        <w:tblW w:w="9637" w:type="dxa"/>
        <w:jc w:val="center"/>
        <w:tblLayout w:type="fixed"/>
        <w:tblLook w:val="04A0" w:firstRow="1" w:lastRow="0" w:firstColumn="1" w:lastColumn="0" w:noHBand="0" w:noVBand="1"/>
      </w:tblPr>
      <w:tblGrid>
        <w:gridCol w:w="680"/>
        <w:gridCol w:w="8957"/>
      </w:tblGrid>
      <w:tr w:rsidR="00F36203" w:rsidRPr="005014BE" w14:paraId="7F8AD727"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66E4B679"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6F392D46" w14:textId="6E938F64"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Is it clear from the text after the first two pages exactly what I want to research and why?</w:t>
            </w:r>
          </w:p>
        </w:tc>
      </w:tr>
      <w:tr w:rsidR="00F36203" w:rsidRPr="005014BE" w14:paraId="3EBDE1D6"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0C6CF5C5"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4B1D511F" w14:textId="0CB52217"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Do the theoretical frameworks function as an academic synthesis rather than just a list of authors?</w:t>
            </w:r>
          </w:p>
        </w:tc>
      </w:tr>
      <w:tr w:rsidR="00F36203" w:rsidRPr="005014BE" w14:paraId="7DEE3C53"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158DA4D6"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75F97444" w14:textId="69FEE759"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Do the objective, research questions, and methodology truly build upon one another?</w:t>
            </w:r>
          </w:p>
        </w:tc>
      </w:tr>
      <w:tr w:rsidR="00F36203" w:rsidRPr="005014BE" w14:paraId="0DE4AB64"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378D4473"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4187B2D7" w14:textId="1C19F97E"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Is the research design realistic given the availability of data, respondents, and the timeframe of the doctoral studies?</w:t>
            </w:r>
          </w:p>
        </w:tc>
      </w:tr>
      <w:tr w:rsidR="00F36203" w:rsidRPr="005014BE" w14:paraId="360EBA84"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188FC12B"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5DF25E0B" w14:textId="2A7C8433"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Does the proposal include an international context and potential for publication outputs?</w:t>
            </w:r>
          </w:p>
        </w:tc>
      </w:tr>
      <w:tr w:rsidR="00F36203" w:rsidRPr="005014BE" w14:paraId="1BAE20D2"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6E1630B8"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6457E9B8" w14:textId="3E08B965"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Is the text stylistically academic, precise, factual, and free of vague formulations?</w:t>
            </w:r>
          </w:p>
        </w:tc>
      </w:tr>
      <w:tr w:rsidR="00F36203" w:rsidRPr="005014BE" w14:paraId="3FD894FB"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022DDE20"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34AF3031" w14:textId="47530964"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Have I removed all instructional brackets and working notes from the final version?</w:t>
            </w:r>
          </w:p>
        </w:tc>
      </w:tr>
      <w:tr w:rsidR="00F36203" w:rsidRPr="005014BE" w14:paraId="4EEC8E0B"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72D82F1B"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6A941B69" w14:textId="1938A467"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The literature used is academic, up-to-date, and includes international sources.</w:t>
            </w:r>
          </w:p>
        </w:tc>
      </w:tr>
      <w:tr w:rsidR="00F36203" w:rsidRPr="005014BE" w14:paraId="2ABFC3A4"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64122259"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26BC8ED2" w14:textId="1C287F0E"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The topic falls within the field of public health, prevention, or healthcare management.</w:t>
            </w:r>
          </w:p>
        </w:tc>
      </w:tr>
      <w:tr w:rsidR="00F36203" w:rsidRPr="005014BE" w14:paraId="324CF980"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19C12AA5"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228DBB08" w14:textId="672218E9"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The project title is precise, professional, and reflects the subject of the research.</w:t>
            </w:r>
          </w:p>
        </w:tc>
      </w:tr>
      <w:tr w:rsidR="00F36203" w:rsidRPr="005014BE" w14:paraId="05D6F840"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4E0C63F0"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4C62D01E" w14:textId="220E1BB3"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The main objective, specific objectives, and their alignment with research questions or hypotheses are clearly formulated in the text.</w:t>
            </w:r>
          </w:p>
        </w:tc>
      </w:tr>
      <w:tr w:rsidR="00F36203" w:rsidRPr="005014BE" w14:paraId="33AF4944"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22FE7190"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165771A3" w14:textId="275E4E1E"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The methodological section does not merely list methods but explains the logic of the design, sample selection, and data analysis method.</w:t>
            </w:r>
          </w:p>
        </w:tc>
      </w:tr>
      <w:tr w:rsidR="00F36203" w:rsidRPr="005014BE" w14:paraId="66E1B2AC"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669A8161" w14:textId="77777777" w:rsidR="00F36203" w:rsidRPr="005014BE" w:rsidRDefault="00F36203" w:rsidP="00F36203">
            <w:pPr>
              <w:jc w:val="center"/>
              <w:rPr>
                <w:rFonts w:ascii="Times New Roman" w:hAnsi="Times New Roman" w:cs="Times New Roman"/>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5062519C" w14:textId="3A16C926"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It is clear what the project's contribution is to theory, practice, and healthcare management or health policy.</w:t>
            </w:r>
          </w:p>
        </w:tc>
      </w:tr>
      <w:tr w:rsidR="00F36203" w:rsidRPr="005014BE" w14:paraId="43D78785" w14:textId="77777777" w:rsidTr="00971D63">
        <w:trPr>
          <w:trHeight w:val="397"/>
          <w:jc w:val="center"/>
        </w:trPr>
        <w:tc>
          <w:tcPr>
            <w:tcW w:w="680" w:type="dxa"/>
            <w:tcBorders>
              <w:top w:val="single" w:sz="6" w:space="0" w:color="BFC8CC"/>
              <w:left w:val="single" w:sz="6" w:space="0" w:color="BFC8CC"/>
              <w:bottom w:val="single" w:sz="6" w:space="0" w:color="BFC8CC"/>
              <w:right w:val="single" w:sz="6" w:space="0" w:color="BFC8CC"/>
            </w:tcBorders>
            <w:vAlign w:val="center"/>
          </w:tcPr>
          <w:p w14:paraId="7B906AFD" w14:textId="77777777" w:rsidR="00F36203" w:rsidRPr="005014BE" w:rsidRDefault="00F36203" w:rsidP="00F36203">
            <w:pPr>
              <w:jc w:val="center"/>
              <w:rPr>
                <w:rFonts w:ascii="Segoe UI Symbol" w:hAnsi="Segoe UI Symbol" w:cs="Segoe UI Symbol"/>
              </w:rPr>
            </w:pPr>
            <w:r w:rsidRPr="005014BE">
              <w:rPr>
                <w:rFonts w:ascii="Segoe UI Symbol" w:hAnsi="Segoe UI Symbol" w:cs="Segoe UI Symbol"/>
              </w:rPr>
              <w:t>☐</w:t>
            </w:r>
          </w:p>
        </w:tc>
        <w:tc>
          <w:tcPr>
            <w:tcW w:w="8957" w:type="dxa"/>
            <w:tcBorders>
              <w:top w:val="single" w:sz="6" w:space="0" w:color="BFC8CC"/>
              <w:left w:val="single" w:sz="6" w:space="0" w:color="BFC8CC"/>
              <w:bottom w:val="single" w:sz="6" w:space="0" w:color="BFC8CC"/>
              <w:right w:val="single" w:sz="6" w:space="0" w:color="BFC8CC"/>
            </w:tcBorders>
          </w:tcPr>
          <w:p w14:paraId="6E656B70" w14:textId="1614E3E5" w:rsidR="00F36203" w:rsidRPr="00F36203" w:rsidRDefault="00F36203" w:rsidP="00F36203">
            <w:pPr>
              <w:spacing w:after="40"/>
              <w:rPr>
                <w:rFonts w:ascii="Times New Roman" w:hAnsi="Times New Roman" w:cs="Times New Roman"/>
                <w:sz w:val="21"/>
                <w:szCs w:val="21"/>
              </w:rPr>
            </w:pPr>
            <w:r w:rsidRPr="00F36203">
              <w:rPr>
                <w:rFonts w:ascii="Times New Roman" w:hAnsi="Times New Roman" w:cs="Times New Roman"/>
                <w:sz w:val="21"/>
                <w:szCs w:val="21"/>
              </w:rPr>
              <w:t>While writing the project proposal, I did not cooperate with AI, and I duly utilized the stated sources and consultations with my supervisor.</w:t>
            </w:r>
          </w:p>
        </w:tc>
      </w:tr>
    </w:tbl>
    <w:p w14:paraId="3E76DF72" w14:textId="77777777" w:rsidR="002B5AE1" w:rsidRPr="005014BE" w:rsidRDefault="002B5AE1" w:rsidP="002B5AE1">
      <w:pPr>
        <w:pStyle w:val="Heading2Custom"/>
        <w:rPr>
          <w:rFonts w:ascii="Times New Roman" w:hAnsi="Times New Roman" w:cs="Times New Roman"/>
        </w:rPr>
      </w:pPr>
    </w:p>
    <w:p w14:paraId="7166E1FE" w14:textId="77777777" w:rsidR="002B5AE1" w:rsidRDefault="002B5AE1">
      <w:pPr>
        <w:rPr>
          <w:rFonts w:ascii="Times New Roman" w:hAnsi="Times New Roman" w:cs="Times New Roman"/>
        </w:rPr>
      </w:pPr>
    </w:p>
    <w:p w14:paraId="12F8B55A" w14:textId="77777777" w:rsidR="00640D94" w:rsidRDefault="00640D94">
      <w:pPr>
        <w:rPr>
          <w:rFonts w:ascii="Times New Roman" w:hAnsi="Times New Roman" w:cs="Times New Roman"/>
        </w:rPr>
      </w:pPr>
    </w:p>
    <w:p w14:paraId="6A51FCB5" w14:textId="77777777" w:rsidR="002B5AE1" w:rsidRDefault="002B5AE1">
      <w:pPr>
        <w:rPr>
          <w:rFonts w:ascii="Times New Roman" w:hAnsi="Times New Roman" w:cs="Times New Roman"/>
        </w:rPr>
      </w:pPr>
    </w:p>
    <w:p w14:paraId="6658A2BD" w14:textId="77777777" w:rsidR="002B5AE1" w:rsidRDefault="002B5AE1">
      <w:pPr>
        <w:rPr>
          <w:rFonts w:ascii="Times New Roman" w:hAnsi="Times New Roman" w:cs="Times New Roman"/>
        </w:rPr>
      </w:pPr>
    </w:p>
    <w:p w14:paraId="71681795" w14:textId="77777777" w:rsidR="002B5AE1" w:rsidRDefault="002B5AE1">
      <w:pPr>
        <w:rPr>
          <w:rFonts w:ascii="Times New Roman" w:hAnsi="Times New Roman" w:cs="Times New Roman"/>
        </w:rPr>
      </w:pPr>
    </w:p>
    <w:p w14:paraId="415D90B0" w14:textId="77777777" w:rsidR="002B5AE1" w:rsidRDefault="002B5AE1">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412"/>
      </w:tblGrid>
      <w:tr w:rsidR="00640D94" w:rsidRPr="0073399A" w14:paraId="1DC68A13" w14:textId="77777777" w:rsidTr="00891BF1">
        <w:trPr>
          <w:jc w:val="center"/>
        </w:trPr>
        <w:tc>
          <w:tcPr>
            <w:tcW w:w="9866" w:type="dxa"/>
            <w:shd w:val="clear" w:color="auto" w:fill="173F5F"/>
            <w:tcMar>
              <w:top w:w="70" w:type="dxa"/>
              <w:left w:w="110" w:type="dxa"/>
              <w:bottom w:w="70" w:type="dxa"/>
              <w:right w:w="110" w:type="dxa"/>
            </w:tcMar>
          </w:tcPr>
          <w:p w14:paraId="3D847698" w14:textId="30266C01" w:rsidR="00640D94" w:rsidRPr="0073399A" w:rsidRDefault="00F36203" w:rsidP="00891BF1">
            <w:pPr>
              <w:pStyle w:val="SectionHeadingFZS"/>
              <w:spacing w:after="0"/>
              <w:rPr>
                <w:rFonts w:ascii="Times New Roman" w:hAnsi="Times New Roman" w:cs="Times New Roman"/>
              </w:rPr>
            </w:pPr>
            <w:r w:rsidRPr="00F36203">
              <w:rPr>
                <w:rFonts w:ascii="Times New Roman" w:hAnsi="Times New Roman" w:cs="Times New Roman"/>
              </w:rPr>
              <w:lastRenderedPageBreak/>
              <w:t>Final Confirmation - APPROVAL of the Proposed Dissertation Project</w:t>
            </w:r>
          </w:p>
        </w:tc>
      </w:tr>
    </w:tbl>
    <w:p w14:paraId="64ABC11C" w14:textId="77777777" w:rsidR="00640D94" w:rsidRPr="0073399A" w:rsidRDefault="00640D94" w:rsidP="00640D94">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243"/>
        <w:gridCol w:w="3130"/>
        <w:gridCol w:w="3019"/>
      </w:tblGrid>
      <w:tr w:rsidR="00640D94" w:rsidRPr="0073399A" w14:paraId="71590523" w14:textId="77777777" w:rsidTr="00891BF1">
        <w:trPr>
          <w:tblHeader/>
          <w:jc w:val="center"/>
        </w:trPr>
        <w:tc>
          <w:tcPr>
            <w:tcW w:w="3288" w:type="dxa"/>
            <w:shd w:val="clear" w:color="auto" w:fill="DCE6F1"/>
            <w:tcMar>
              <w:top w:w="90" w:type="dxa"/>
              <w:left w:w="100" w:type="dxa"/>
              <w:bottom w:w="90" w:type="dxa"/>
              <w:right w:w="100" w:type="dxa"/>
            </w:tcMar>
            <w:vAlign w:val="center"/>
          </w:tcPr>
          <w:p w14:paraId="2C1C3095" w14:textId="77777777" w:rsidR="00640D94" w:rsidRPr="0073399A" w:rsidRDefault="00640D94" w:rsidP="00891BF1">
            <w:pPr>
              <w:rPr>
                <w:rFonts w:ascii="Times New Roman" w:hAnsi="Times New Roman" w:cs="Times New Roman"/>
              </w:rPr>
            </w:pPr>
            <w:r w:rsidRPr="0073399A">
              <w:rPr>
                <w:rFonts w:ascii="Times New Roman" w:hAnsi="Times New Roman" w:cs="Times New Roman"/>
              </w:rPr>
              <w:t>Role</w:t>
            </w:r>
          </w:p>
        </w:tc>
        <w:tc>
          <w:tcPr>
            <w:tcW w:w="3175" w:type="dxa"/>
            <w:shd w:val="clear" w:color="auto" w:fill="DCE6F1"/>
            <w:tcMar>
              <w:top w:w="90" w:type="dxa"/>
              <w:left w:w="100" w:type="dxa"/>
              <w:bottom w:w="90" w:type="dxa"/>
              <w:right w:w="100" w:type="dxa"/>
            </w:tcMar>
            <w:vAlign w:val="center"/>
          </w:tcPr>
          <w:p w14:paraId="50807CB3" w14:textId="77C017C9" w:rsidR="00640D94" w:rsidRPr="0073399A" w:rsidRDefault="00F36203" w:rsidP="00891BF1">
            <w:pPr>
              <w:rPr>
                <w:rFonts w:ascii="Times New Roman" w:hAnsi="Times New Roman" w:cs="Times New Roman"/>
              </w:rPr>
            </w:pPr>
            <w:r>
              <w:rPr>
                <w:rFonts w:ascii="Times New Roman" w:hAnsi="Times New Roman" w:cs="Times New Roman"/>
              </w:rPr>
              <w:t xml:space="preserve">Name and </w:t>
            </w:r>
            <w:proofErr w:type="gramStart"/>
            <w:r>
              <w:rPr>
                <w:rFonts w:ascii="Times New Roman" w:hAnsi="Times New Roman" w:cs="Times New Roman"/>
              </w:rPr>
              <w:t>Signature</w:t>
            </w:r>
            <w:proofErr w:type="gramEnd"/>
          </w:p>
        </w:tc>
        <w:tc>
          <w:tcPr>
            <w:tcW w:w="3061" w:type="dxa"/>
            <w:shd w:val="clear" w:color="auto" w:fill="DCE6F1"/>
            <w:tcMar>
              <w:top w:w="90" w:type="dxa"/>
              <w:left w:w="100" w:type="dxa"/>
              <w:bottom w:w="90" w:type="dxa"/>
              <w:right w:w="100" w:type="dxa"/>
            </w:tcMar>
            <w:vAlign w:val="center"/>
          </w:tcPr>
          <w:p w14:paraId="6C3CBE2F" w14:textId="3390B7F7" w:rsidR="00640D94" w:rsidRPr="0073399A" w:rsidRDefault="00F36203" w:rsidP="00891BF1">
            <w:pPr>
              <w:rPr>
                <w:rFonts w:ascii="Times New Roman" w:hAnsi="Times New Roman" w:cs="Times New Roman"/>
              </w:rPr>
            </w:pPr>
            <w:r>
              <w:rPr>
                <w:rFonts w:ascii="Times New Roman" w:hAnsi="Times New Roman" w:cs="Times New Roman"/>
              </w:rPr>
              <w:t xml:space="preserve">Date and </w:t>
            </w:r>
            <w:proofErr w:type="gramStart"/>
            <w:r>
              <w:rPr>
                <w:rFonts w:ascii="Times New Roman" w:hAnsi="Times New Roman" w:cs="Times New Roman"/>
              </w:rPr>
              <w:t>Signature</w:t>
            </w:r>
            <w:proofErr w:type="gramEnd"/>
          </w:p>
        </w:tc>
      </w:tr>
      <w:tr w:rsidR="00640D94" w:rsidRPr="0073399A" w14:paraId="342C4ADA" w14:textId="77777777" w:rsidTr="00891BF1">
        <w:trPr>
          <w:jc w:val="center"/>
        </w:trPr>
        <w:tc>
          <w:tcPr>
            <w:tcW w:w="3288" w:type="dxa"/>
            <w:tcMar>
              <w:top w:w="90" w:type="dxa"/>
              <w:left w:w="100" w:type="dxa"/>
              <w:bottom w:w="90" w:type="dxa"/>
              <w:right w:w="100" w:type="dxa"/>
            </w:tcMar>
            <w:vAlign w:val="center"/>
          </w:tcPr>
          <w:p w14:paraId="7F26F77D" w14:textId="5D320CB9" w:rsidR="00640D94" w:rsidRPr="0073399A" w:rsidRDefault="00F36203" w:rsidP="00891BF1">
            <w:pPr>
              <w:rPr>
                <w:rFonts w:ascii="Times New Roman" w:hAnsi="Times New Roman" w:cs="Times New Roman"/>
              </w:rPr>
            </w:pPr>
            <w:r>
              <w:rPr>
                <w:rFonts w:ascii="Times New Roman" w:hAnsi="Times New Roman" w:cs="Times New Roman"/>
              </w:rPr>
              <w:t>PhD. Student</w:t>
            </w:r>
          </w:p>
        </w:tc>
        <w:tc>
          <w:tcPr>
            <w:tcW w:w="3175" w:type="dxa"/>
            <w:tcMar>
              <w:top w:w="90" w:type="dxa"/>
              <w:left w:w="100" w:type="dxa"/>
              <w:bottom w:w="90" w:type="dxa"/>
              <w:right w:w="100" w:type="dxa"/>
            </w:tcMar>
            <w:vAlign w:val="center"/>
          </w:tcPr>
          <w:p w14:paraId="14F16648" w14:textId="77777777" w:rsidR="00640D94" w:rsidRPr="0073399A" w:rsidRDefault="00640D94" w:rsidP="00891BF1">
            <w:pPr>
              <w:rPr>
                <w:rFonts w:ascii="Times New Roman" w:hAnsi="Times New Roman" w:cs="Times New Roman"/>
              </w:rPr>
            </w:pPr>
            <w:r w:rsidRPr="0073399A">
              <w:rPr>
                <w:rFonts w:ascii="Times New Roman" w:hAnsi="Times New Roman" w:cs="Times New Roman"/>
              </w:rPr>
              <w:br/>
            </w:r>
            <w:r w:rsidRPr="0073399A">
              <w:rPr>
                <w:rFonts w:ascii="Times New Roman" w:hAnsi="Times New Roman" w:cs="Times New Roman"/>
              </w:rPr>
              <w:br/>
            </w:r>
          </w:p>
        </w:tc>
        <w:tc>
          <w:tcPr>
            <w:tcW w:w="3061" w:type="dxa"/>
            <w:tcMar>
              <w:top w:w="90" w:type="dxa"/>
              <w:left w:w="100" w:type="dxa"/>
              <w:bottom w:w="90" w:type="dxa"/>
              <w:right w:w="100" w:type="dxa"/>
            </w:tcMar>
            <w:vAlign w:val="center"/>
          </w:tcPr>
          <w:p w14:paraId="0BED92FA" w14:textId="77777777" w:rsidR="00640D94" w:rsidRPr="0073399A" w:rsidRDefault="00640D94" w:rsidP="00891BF1">
            <w:pPr>
              <w:rPr>
                <w:rFonts w:ascii="Times New Roman" w:hAnsi="Times New Roman" w:cs="Times New Roman"/>
              </w:rPr>
            </w:pPr>
          </w:p>
        </w:tc>
      </w:tr>
      <w:tr w:rsidR="00640D94" w:rsidRPr="0073399A" w14:paraId="1C12CED1" w14:textId="77777777" w:rsidTr="00891BF1">
        <w:trPr>
          <w:jc w:val="center"/>
        </w:trPr>
        <w:tc>
          <w:tcPr>
            <w:tcW w:w="3288" w:type="dxa"/>
            <w:tcMar>
              <w:top w:w="90" w:type="dxa"/>
              <w:left w:w="100" w:type="dxa"/>
              <w:bottom w:w="90" w:type="dxa"/>
              <w:right w:w="100" w:type="dxa"/>
            </w:tcMar>
            <w:vAlign w:val="center"/>
          </w:tcPr>
          <w:p w14:paraId="2240525B" w14:textId="6722BC79" w:rsidR="00640D94" w:rsidRPr="0073399A" w:rsidRDefault="00F36203" w:rsidP="00891BF1">
            <w:pPr>
              <w:rPr>
                <w:rFonts w:ascii="Times New Roman" w:hAnsi="Times New Roman" w:cs="Times New Roman"/>
              </w:rPr>
            </w:pPr>
            <w:r>
              <w:rPr>
                <w:rFonts w:ascii="Times New Roman" w:hAnsi="Times New Roman" w:cs="Times New Roman"/>
              </w:rPr>
              <w:t>Supervisor</w:t>
            </w:r>
          </w:p>
        </w:tc>
        <w:tc>
          <w:tcPr>
            <w:tcW w:w="3175" w:type="dxa"/>
            <w:tcMar>
              <w:top w:w="90" w:type="dxa"/>
              <w:left w:w="100" w:type="dxa"/>
              <w:bottom w:w="90" w:type="dxa"/>
              <w:right w:w="100" w:type="dxa"/>
            </w:tcMar>
            <w:vAlign w:val="center"/>
          </w:tcPr>
          <w:p w14:paraId="18A439A3" w14:textId="77777777" w:rsidR="00640D94" w:rsidRPr="0073399A" w:rsidRDefault="00640D94" w:rsidP="00891BF1">
            <w:pPr>
              <w:rPr>
                <w:rFonts w:ascii="Times New Roman" w:hAnsi="Times New Roman" w:cs="Times New Roman"/>
              </w:rPr>
            </w:pPr>
            <w:r w:rsidRPr="0073399A">
              <w:rPr>
                <w:rFonts w:ascii="Times New Roman" w:hAnsi="Times New Roman" w:cs="Times New Roman"/>
              </w:rPr>
              <w:br/>
            </w:r>
            <w:r w:rsidRPr="0073399A">
              <w:rPr>
                <w:rFonts w:ascii="Times New Roman" w:hAnsi="Times New Roman" w:cs="Times New Roman"/>
              </w:rPr>
              <w:br/>
            </w:r>
          </w:p>
        </w:tc>
        <w:tc>
          <w:tcPr>
            <w:tcW w:w="3061" w:type="dxa"/>
            <w:tcMar>
              <w:top w:w="90" w:type="dxa"/>
              <w:left w:w="100" w:type="dxa"/>
              <w:bottom w:w="90" w:type="dxa"/>
              <w:right w:w="100" w:type="dxa"/>
            </w:tcMar>
            <w:vAlign w:val="center"/>
          </w:tcPr>
          <w:p w14:paraId="6F43EE1D" w14:textId="77777777" w:rsidR="00640D94" w:rsidRPr="0073399A" w:rsidRDefault="00640D94" w:rsidP="00891BF1">
            <w:pPr>
              <w:rPr>
                <w:rFonts w:ascii="Times New Roman" w:hAnsi="Times New Roman" w:cs="Times New Roman"/>
              </w:rPr>
            </w:pPr>
          </w:p>
        </w:tc>
      </w:tr>
      <w:tr w:rsidR="00640D94" w:rsidRPr="0073399A" w14:paraId="119DF95F" w14:textId="77777777" w:rsidTr="00891BF1">
        <w:trPr>
          <w:jc w:val="center"/>
        </w:trPr>
        <w:tc>
          <w:tcPr>
            <w:tcW w:w="3288" w:type="dxa"/>
            <w:tcMar>
              <w:top w:w="90" w:type="dxa"/>
              <w:left w:w="100" w:type="dxa"/>
              <w:bottom w:w="90" w:type="dxa"/>
              <w:right w:w="100" w:type="dxa"/>
            </w:tcMar>
            <w:vAlign w:val="center"/>
          </w:tcPr>
          <w:p w14:paraId="1894DA35" w14:textId="4B478165" w:rsidR="00640D94" w:rsidRPr="0073399A" w:rsidRDefault="00F36203" w:rsidP="00891BF1">
            <w:pPr>
              <w:rPr>
                <w:rFonts w:ascii="Times New Roman" w:hAnsi="Times New Roman" w:cs="Times New Roman"/>
              </w:rPr>
            </w:pPr>
            <w:r>
              <w:rPr>
                <w:rFonts w:ascii="Times New Roman" w:hAnsi="Times New Roman" w:cs="Times New Roman"/>
              </w:rPr>
              <w:t>Consultant (if appointed)</w:t>
            </w:r>
          </w:p>
        </w:tc>
        <w:tc>
          <w:tcPr>
            <w:tcW w:w="3175" w:type="dxa"/>
            <w:tcMar>
              <w:top w:w="90" w:type="dxa"/>
              <w:left w:w="100" w:type="dxa"/>
              <w:bottom w:w="90" w:type="dxa"/>
              <w:right w:w="100" w:type="dxa"/>
            </w:tcMar>
            <w:vAlign w:val="center"/>
          </w:tcPr>
          <w:p w14:paraId="2183D229" w14:textId="77777777" w:rsidR="00640D94" w:rsidRPr="0073399A" w:rsidRDefault="00640D94" w:rsidP="00891BF1">
            <w:pPr>
              <w:rPr>
                <w:rFonts w:ascii="Times New Roman" w:hAnsi="Times New Roman" w:cs="Times New Roman"/>
              </w:rPr>
            </w:pPr>
            <w:r w:rsidRPr="0073399A">
              <w:rPr>
                <w:rFonts w:ascii="Times New Roman" w:hAnsi="Times New Roman" w:cs="Times New Roman"/>
              </w:rPr>
              <w:br/>
            </w:r>
            <w:r w:rsidRPr="0073399A">
              <w:rPr>
                <w:rFonts w:ascii="Times New Roman" w:hAnsi="Times New Roman" w:cs="Times New Roman"/>
              </w:rPr>
              <w:br/>
            </w:r>
          </w:p>
        </w:tc>
        <w:tc>
          <w:tcPr>
            <w:tcW w:w="3061" w:type="dxa"/>
            <w:tcMar>
              <w:top w:w="90" w:type="dxa"/>
              <w:left w:w="100" w:type="dxa"/>
              <w:bottom w:w="90" w:type="dxa"/>
              <w:right w:w="100" w:type="dxa"/>
            </w:tcMar>
            <w:vAlign w:val="center"/>
          </w:tcPr>
          <w:p w14:paraId="59223D7E" w14:textId="77777777" w:rsidR="00640D94" w:rsidRPr="0073399A" w:rsidRDefault="00640D94" w:rsidP="00891BF1">
            <w:pPr>
              <w:rPr>
                <w:rFonts w:ascii="Times New Roman" w:hAnsi="Times New Roman" w:cs="Times New Roman"/>
              </w:rPr>
            </w:pPr>
          </w:p>
        </w:tc>
      </w:tr>
    </w:tbl>
    <w:p w14:paraId="747468E1" w14:textId="77777777" w:rsidR="00640D94" w:rsidRPr="005014BE" w:rsidRDefault="00640D94">
      <w:pPr>
        <w:rPr>
          <w:rFonts w:ascii="Times New Roman" w:hAnsi="Times New Roman" w:cs="Times New Roman"/>
        </w:rPr>
      </w:pPr>
    </w:p>
    <w:tbl>
      <w:tblPr>
        <w:tblW w:w="0" w:type="auto"/>
        <w:jc w:val="center"/>
        <w:tblLook w:val="04A0" w:firstRow="1" w:lastRow="0" w:firstColumn="1" w:lastColumn="0" w:noHBand="0" w:noVBand="1"/>
      </w:tblPr>
      <w:tblGrid>
        <w:gridCol w:w="9396"/>
      </w:tblGrid>
      <w:tr w:rsidR="00A50BA5" w:rsidRPr="005014BE" w14:paraId="13551F39" w14:textId="77777777" w:rsidTr="00FD15D9">
        <w:trPr>
          <w:trHeight w:val="1916"/>
          <w:jc w:val="center"/>
        </w:trPr>
        <w:tc>
          <w:tcPr>
            <w:tcW w:w="9478" w:type="dxa"/>
            <w:tcBorders>
              <w:top w:val="single" w:sz="6" w:space="0" w:color="BFC8CC"/>
              <w:left w:val="single" w:sz="6" w:space="0" w:color="BFC8CC"/>
              <w:bottom w:val="single" w:sz="6" w:space="0" w:color="BFC8CC"/>
              <w:right w:val="single" w:sz="6" w:space="0" w:color="BFC8CC"/>
            </w:tcBorders>
            <w:shd w:val="clear" w:color="auto" w:fill="EAF1F3"/>
            <w:vAlign w:val="center"/>
          </w:tcPr>
          <w:p w14:paraId="4C1151A9" w14:textId="77777777" w:rsidR="00F36203" w:rsidRDefault="00F36203">
            <w:pPr>
              <w:spacing w:after="40"/>
              <w:rPr>
                <w:rFonts w:ascii="Times New Roman" w:hAnsi="Times New Roman" w:cs="Times New Roman"/>
                <w:b/>
                <w:color w:val="184955"/>
                <w:sz w:val="21"/>
              </w:rPr>
            </w:pPr>
            <w:r w:rsidRPr="00F36203">
              <w:rPr>
                <w:rFonts w:ascii="Times New Roman" w:hAnsi="Times New Roman" w:cs="Times New Roman"/>
                <w:b/>
                <w:color w:val="184955"/>
                <w:sz w:val="21"/>
              </w:rPr>
              <w:t>Note on the final format of the submitted text</w:t>
            </w:r>
          </w:p>
          <w:p w14:paraId="5124F2F4" w14:textId="77777777" w:rsidR="00F36203" w:rsidRPr="00F36203" w:rsidRDefault="00F36203" w:rsidP="00F36203">
            <w:pPr>
              <w:spacing w:after="40"/>
              <w:rPr>
                <w:rFonts w:ascii="Times New Roman" w:hAnsi="Times New Roman" w:cs="Times New Roman"/>
                <w:sz w:val="21"/>
                <w:lang w:val="cs-CZ"/>
              </w:rPr>
            </w:pPr>
            <w:r w:rsidRPr="00F36203">
              <w:rPr>
                <w:rFonts w:ascii="Times New Roman" w:hAnsi="Times New Roman" w:cs="Times New Roman"/>
                <w:sz w:val="21"/>
                <w:lang w:val="cs-CZ"/>
              </w:rPr>
              <w:t xml:space="preserve">In </w:t>
            </w:r>
            <w:proofErr w:type="spellStart"/>
            <w:r w:rsidRPr="00F36203">
              <w:rPr>
                <w:rFonts w:ascii="Times New Roman" w:hAnsi="Times New Roman" w:cs="Times New Roman"/>
                <w:sz w:val="21"/>
                <w:lang w:val="cs-CZ"/>
              </w:rPr>
              <w:t>the</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final</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version</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leave</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only</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your</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own</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academic</w:t>
            </w:r>
            <w:proofErr w:type="spellEnd"/>
            <w:r w:rsidRPr="00F36203">
              <w:rPr>
                <w:rFonts w:ascii="Times New Roman" w:hAnsi="Times New Roman" w:cs="Times New Roman"/>
                <w:sz w:val="21"/>
                <w:lang w:val="cs-CZ"/>
              </w:rPr>
              <w:t xml:space="preserve"> text. </w:t>
            </w:r>
            <w:proofErr w:type="spellStart"/>
            <w:r w:rsidRPr="00F36203">
              <w:rPr>
                <w:rFonts w:ascii="Times New Roman" w:hAnsi="Times New Roman" w:cs="Times New Roman"/>
                <w:sz w:val="21"/>
                <w:lang w:val="cs-CZ"/>
              </w:rPr>
              <w:t>Remove</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or</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replace</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instructional</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passages</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auxiliary</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boxes</w:t>
            </w:r>
            <w:proofErr w:type="spellEnd"/>
            <w:r w:rsidRPr="00F36203">
              <w:rPr>
                <w:rFonts w:ascii="Times New Roman" w:hAnsi="Times New Roman" w:cs="Times New Roman"/>
                <w:sz w:val="21"/>
                <w:lang w:val="cs-CZ"/>
              </w:rPr>
              <w:t xml:space="preserve">, and </w:t>
            </w:r>
            <w:proofErr w:type="spellStart"/>
            <w:r w:rsidRPr="00F36203">
              <w:rPr>
                <w:rFonts w:ascii="Times New Roman" w:hAnsi="Times New Roman" w:cs="Times New Roman"/>
                <w:sz w:val="21"/>
                <w:lang w:val="cs-CZ"/>
              </w:rPr>
              <w:t>placeholder</w:t>
            </w:r>
            <w:proofErr w:type="spellEnd"/>
            <w:r w:rsidRPr="00F36203">
              <w:rPr>
                <w:rFonts w:ascii="Times New Roman" w:hAnsi="Times New Roman" w:cs="Times New Roman"/>
                <w:sz w:val="21"/>
                <w:lang w:val="cs-CZ"/>
              </w:rPr>
              <w:t xml:space="preserve"> text in square </w:t>
            </w:r>
            <w:proofErr w:type="spellStart"/>
            <w:r w:rsidRPr="00F36203">
              <w:rPr>
                <w:rFonts w:ascii="Times New Roman" w:hAnsi="Times New Roman" w:cs="Times New Roman"/>
                <w:sz w:val="21"/>
                <w:lang w:val="cs-CZ"/>
              </w:rPr>
              <w:t>brackets</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with</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your</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own</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content</w:t>
            </w:r>
            <w:proofErr w:type="spellEnd"/>
            <w:r w:rsidRPr="00F36203">
              <w:rPr>
                <w:rFonts w:ascii="Times New Roman" w:hAnsi="Times New Roman" w:cs="Times New Roman"/>
                <w:sz w:val="21"/>
                <w:lang w:val="cs-CZ"/>
              </w:rPr>
              <w:t>.</w:t>
            </w:r>
          </w:p>
          <w:p w14:paraId="11896591" w14:textId="77777777" w:rsidR="00F36203" w:rsidRPr="00F36203" w:rsidRDefault="00F36203" w:rsidP="00F36203">
            <w:pPr>
              <w:spacing w:after="40"/>
              <w:rPr>
                <w:rFonts w:ascii="Times New Roman" w:hAnsi="Times New Roman" w:cs="Times New Roman"/>
                <w:sz w:val="21"/>
                <w:lang w:val="cs-CZ"/>
              </w:rPr>
            </w:pPr>
            <w:proofErr w:type="spellStart"/>
            <w:r w:rsidRPr="00F36203">
              <w:rPr>
                <w:rFonts w:ascii="Times New Roman" w:hAnsi="Times New Roman" w:cs="Times New Roman"/>
                <w:sz w:val="21"/>
                <w:lang w:val="cs-CZ"/>
              </w:rPr>
              <w:t>For</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the</w:t>
            </w:r>
            <w:proofErr w:type="spellEnd"/>
            <w:r w:rsidRPr="00F36203">
              <w:rPr>
                <w:rFonts w:ascii="Times New Roman" w:hAnsi="Times New Roman" w:cs="Times New Roman"/>
                <w:sz w:val="21"/>
                <w:lang w:val="cs-CZ"/>
              </w:rPr>
              <w:t xml:space="preserve"> defense, </w:t>
            </w:r>
            <w:proofErr w:type="spellStart"/>
            <w:r w:rsidRPr="00F36203">
              <w:rPr>
                <w:rFonts w:ascii="Times New Roman" w:hAnsi="Times New Roman" w:cs="Times New Roman"/>
                <w:sz w:val="21"/>
                <w:lang w:val="cs-CZ"/>
              </w:rPr>
              <w:t>it</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is</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also</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advisable</w:t>
            </w:r>
            <w:proofErr w:type="spellEnd"/>
            <w:r w:rsidRPr="00F36203">
              <w:rPr>
                <w:rFonts w:ascii="Times New Roman" w:hAnsi="Times New Roman" w:cs="Times New Roman"/>
                <w:sz w:val="21"/>
                <w:lang w:val="cs-CZ"/>
              </w:rPr>
              <w:t xml:space="preserve"> to </w:t>
            </w:r>
            <w:proofErr w:type="spellStart"/>
            <w:r w:rsidRPr="00F36203">
              <w:rPr>
                <w:rFonts w:ascii="Times New Roman" w:hAnsi="Times New Roman" w:cs="Times New Roman"/>
                <w:sz w:val="21"/>
                <w:lang w:val="cs-CZ"/>
              </w:rPr>
              <w:t>have</w:t>
            </w:r>
            <w:proofErr w:type="spellEnd"/>
            <w:r w:rsidRPr="00F36203">
              <w:rPr>
                <w:rFonts w:ascii="Times New Roman" w:hAnsi="Times New Roman" w:cs="Times New Roman"/>
                <w:sz w:val="21"/>
                <w:lang w:val="cs-CZ"/>
              </w:rPr>
              <w:t xml:space="preserve"> a </w:t>
            </w:r>
            <w:proofErr w:type="spellStart"/>
            <w:r w:rsidRPr="00F36203">
              <w:rPr>
                <w:rFonts w:ascii="Times New Roman" w:hAnsi="Times New Roman" w:cs="Times New Roman"/>
                <w:sz w:val="21"/>
                <w:lang w:val="cs-CZ"/>
              </w:rPr>
              <w:t>brief</w:t>
            </w:r>
            <w:proofErr w:type="spellEnd"/>
            <w:r w:rsidRPr="00F36203">
              <w:rPr>
                <w:rFonts w:ascii="Times New Roman" w:hAnsi="Times New Roman" w:cs="Times New Roman"/>
                <w:sz w:val="21"/>
                <w:lang w:val="cs-CZ"/>
              </w:rPr>
              <w:t xml:space="preserve"> oral </w:t>
            </w:r>
            <w:proofErr w:type="spellStart"/>
            <w:r w:rsidRPr="00F36203">
              <w:rPr>
                <w:rFonts w:ascii="Times New Roman" w:hAnsi="Times New Roman" w:cs="Times New Roman"/>
                <w:sz w:val="21"/>
                <w:lang w:val="cs-CZ"/>
              </w:rPr>
              <w:t>presentation</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prepared</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covering</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the</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problem</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objective</w:t>
            </w:r>
            <w:proofErr w:type="spellEnd"/>
            <w:r w:rsidRPr="00F36203">
              <w:rPr>
                <w:rFonts w:ascii="Times New Roman" w:hAnsi="Times New Roman" w:cs="Times New Roman"/>
                <w:sz w:val="21"/>
                <w:lang w:val="cs-CZ"/>
              </w:rPr>
              <w:t xml:space="preserve">, design, sample, data </w:t>
            </w:r>
            <w:proofErr w:type="spellStart"/>
            <w:r w:rsidRPr="00F36203">
              <w:rPr>
                <w:rFonts w:ascii="Times New Roman" w:hAnsi="Times New Roman" w:cs="Times New Roman"/>
                <w:sz w:val="21"/>
                <w:lang w:val="cs-CZ"/>
              </w:rPr>
              <w:t>analysis</w:t>
            </w:r>
            <w:proofErr w:type="spellEnd"/>
            <w:r w:rsidRPr="00F36203">
              <w:rPr>
                <w:rFonts w:ascii="Times New Roman" w:hAnsi="Times New Roman" w:cs="Times New Roman"/>
                <w:sz w:val="21"/>
                <w:lang w:val="cs-CZ"/>
              </w:rPr>
              <w:t xml:space="preserve">, and </w:t>
            </w:r>
            <w:proofErr w:type="spellStart"/>
            <w:r w:rsidRPr="00F36203">
              <w:rPr>
                <w:rFonts w:ascii="Times New Roman" w:hAnsi="Times New Roman" w:cs="Times New Roman"/>
                <w:sz w:val="21"/>
                <w:lang w:val="cs-CZ"/>
              </w:rPr>
              <w:t>the</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expected</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contribution</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of</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the</w:t>
            </w:r>
            <w:proofErr w:type="spellEnd"/>
            <w:r w:rsidRPr="00F36203">
              <w:rPr>
                <w:rFonts w:ascii="Times New Roman" w:hAnsi="Times New Roman" w:cs="Times New Roman"/>
                <w:sz w:val="21"/>
                <w:lang w:val="cs-CZ"/>
              </w:rPr>
              <w:t xml:space="preserve"> </w:t>
            </w:r>
            <w:proofErr w:type="spellStart"/>
            <w:r w:rsidRPr="00F36203">
              <w:rPr>
                <w:rFonts w:ascii="Times New Roman" w:hAnsi="Times New Roman" w:cs="Times New Roman"/>
                <w:sz w:val="21"/>
                <w:lang w:val="cs-CZ"/>
              </w:rPr>
              <w:t>project</w:t>
            </w:r>
            <w:proofErr w:type="spellEnd"/>
            <w:r w:rsidRPr="00F36203">
              <w:rPr>
                <w:rFonts w:ascii="Times New Roman" w:hAnsi="Times New Roman" w:cs="Times New Roman"/>
                <w:sz w:val="21"/>
                <w:lang w:val="cs-CZ"/>
              </w:rPr>
              <w:t>.</w:t>
            </w:r>
          </w:p>
          <w:p w14:paraId="4F65E6D3" w14:textId="56713C58" w:rsidR="00A50BA5" w:rsidRPr="005014BE" w:rsidRDefault="00A50BA5">
            <w:pPr>
              <w:spacing w:after="40"/>
              <w:rPr>
                <w:rFonts w:ascii="Times New Roman" w:hAnsi="Times New Roman" w:cs="Times New Roman"/>
              </w:rPr>
            </w:pPr>
          </w:p>
        </w:tc>
      </w:tr>
    </w:tbl>
    <w:p w14:paraId="439B76C5" w14:textId="77777777" w:rsidR="00A50BA5" w:rsidRPr="005014BE" w:rsidRDefault="00A50BA5">
      <w:pPr>
        <w:rPr>
          <w:rFonts w:ascii="Times New Roman" w:hAnsi="Times New Roman" w:cs="Times New Roman"/>
        </w:rPr>
      </w:pPr>
    </w:p>
    <w:sectPr w:rsidR="00A50BA5" w:rsidRPr="005014BE" w:rsidSect="00034616">
      <w:headerReference w:type="default" r:id="rId8"/>
      <w:footerReference w:type="default" r:id="rId9"/>
      <w:pgSz w:w="11906" w:h="16838"/>
      <w:pgMar w:top="1134"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83A02" w14:textId="77777777" w:rsidR="00F12F2D" w:rsidRDefault="00F12F2D">
      <w:pPr>
        <w:spacing w:after="0" w:line="240" w:lineRule="auto"/>
      </w:pPr>
      <w:r>
        <w:separator/>
      </w:r>
    </w:p>
  </w:endnote>
  <w:endnote w:type="continuationSeparator" w:id="0">
    <w:p w14:paraId="70295636" w14:textId="77777777" w:rsidR="00F12F2D" w:rsidRDefault="00F12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9487" w14:textId="3FC2D007" w:rsidR="00A50BA5" w:rsidRPr="00000E61" w:rsidRDefault="0065402D">
    <w:pPr>
      <w:pStyle w:val="Zpat"/>
      <w:jc w:val="center"/>
      <w:rPr>
        <w:rFonts w:ascii="Times New Roman" w:hAnsi="Times New Roman" w:cs="Times New Roman"/>
        <w:sz w:val="32"/>
        <w:szCs w:val="32"/>
      </w:rPr>
    </w:pPr>
    <w:r w:rsidRPr="0065402D">
      <w:rPr>
        <w:rFonts w:ascii="Times New Roman" w:hAnsi="Times New Roman" w:cs="Times New Roman"/>
        <w:color w:val="5F7A82"/>
        <w:sz w:val="21"/>
        <w:szCs w:val="32"/>
      </w:rPr>
      <w:t>Dissertation Research Project Proposal Template</w:t>
    </w:r>
    <w:r>
      <w:rPr>
        <w:rFonts w:ascii="Times New Roman" w:hAnsi="Times New Roman" w:cs="Times New Roman"/>
        <w:color w:val="5F7A82"/>
        <w:sz w:val="21"/>
        <w:szCs w:val="32"/>
      </w:rPr>
      <w:t xml:space="preserve"> </w:t>
    </w:r>
    <w:r w:rsidR="00AE10D3" w:rsidRPr="00000E61">
      <w:rPr>
        <w:rFonts w:ascii="Times New Roman" w:hAnsi="Times New Roman" w:cs="Times New Roman"/>
        <w:color w:val="5F7A82"/>
        <w:sz w:val="21"/>
        <w:szCs w:val="32"/>
      </w:rPr>
      <w:t xml:space="preserve">• </w:t>
    </w:r>
    <w:r>
      <w:rPr>
        <w:rFonts w:ascii="Times New Roman" w:hAnsi="Times New Roman" w:cs="Times New Roman"/>
        <w:color w:val="5F7A82"/>
        <w:sz w:val="21"/>
        <w:szCs w:val="32"/>
      </w:rPr>
      <w:t>Faculty of Health Studies</w:t>
    </w:r>
    <w:r w:rsidR="00000E61" w:rsidRPr="00000E61">
      <w:rPr>
        <w:rFonts w:ascii="Times New Roman" w:hAnsi="Times New Roman" w:cs="Times New Roman"/>
        <w:color w:val="5F7A82"/>
        <w:sz w:val="21"/>
        <w:szCs w:val="32"/>
      </w:rPr>
      <w:t xml:space="preserve"> UJEP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F3B86" w14:textId="77777777" w:rsidR="00F12F2D" w:rsidRDefault="00F12F2D">
      <w:pPr>
        <w:spacing w:after="0" w:line="240" w:lineRule="auto"/>
      </w:pPr>
      <w:r>
        <w:separator/>
      </w:r>
    </w:p>
  </w:footnote>
  <w:footnote w:type="continuationSeparator" w:id="0">
    <w:p w14:paraId="73B6286E" w14:textId="77777777" w:rsidR="00F12F2D" w:rsidRDefault="00F12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67A1" w14:textId="77777777" w:rsidR="005014BE" w:rsidRDefault="005014BE">
    <w:pPr>
      <w:pStyle w:val="Zhlav"/>
    </w:pPr>
    <w:r>
      <w:rPr>
        <w:noProof/>
        <w:lang w:val="cs-CZ" w:eastAsia="cs-CZ"/>
      </w:rPr>
      <w:drawing>
        <wp:anchor distT="0" distB="0" distL="114300" distR="114300" simplePos="0" relativeHeight="251659264" behindDoc="1" locked="0" layoutInCell="1" allowOverlap="1" wp14:anchorId="3F1C5F4B" wp14:editId="3E809F41">
          <wp:simplePos x="0" y="0"/>
          <wp:positionH relativeFrom="column">
            <wp:posOffset>5137324</wp:posOffset>
          </wp:positionH>
          <wp:positionV relativeFrom="paragraph">
            <wp:posOffset>-568037</wp:posOffset>
          </wp:positionV>
          <wp:extent cx="1518226" cy="1015538"/>
          <wp:effectExtent l="0" t="0" r="6350" b="0"/>
          <wp:wrapNone/>
          <wp:docPr id="767488943" name="Obrázek 1" descr="Na půdě ZZS ÚK proběhly první státnice student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půdě ZZS ÚK proběhly první státnice studentů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26" cy="101553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03184D8B"/>
    <w:multiLevelType w:val="hybridMultilevel"/>
    <w:tmpl w:val="33DC0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91B016A"/>
    <w:multiLevelType w:val="hybridMultilevel"/>
    <w:tmpl w:val="00FE7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24A65B0"/>
    <w:multiLevelType w:val="hybridMultilevel"/>
    <w:tmpl w:val="DB888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B21ECF"/>
    <w:multiLevelType w:val="hybridMultilevel"/>
    <w:tmpl w:val="286C2B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0A4639"/>
    <w:multiLevelType w:val="hybridMultilevel"/>
    <w:tmpl w:val="6E66A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DDA7088"/>
    <w:multiLevelType w:val="hybridMultilevel"/>
    <w:tmpl w:val="D35E3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FE305F1"/>
    <w:multiLevelType w:val="hybridMultilevel"/>
    <w:tmpl w:val="20EC60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E6A4F83"/>
    <w:multiLevelType w:val="hybridMultilevel"/>
    <w:tmpl w:val="37C00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04615DD"/>
    <w:multiLevelType w:val="hybridMultilevel"/>
    <w:tmpl w:val="00BA3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D82F3A"/>
    <w:multiLevelType w:val="hybridMultilevel"/>
    <w:tmpl w:val="1862C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902A18"/>
    <w:multiLevelType w:val="hybridMultilevel"/>
    <w:tmpl w:val="1972A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95A3435"/>
    <w:multiLevelType w:val="hybridMultilevel"/>
    <w:tmpl w:val="334430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48724611">
    <w:abstractNumId w:val="8"/>
  </w:num>
  <w:num w:numId="2" w16cid:durableId="639647916">
    <w:abstractNumId w:val="6"/>
  </w:num>
  <w:num w:numId="3" w16cid:durableId="1996444715">
    <w:abstractNumId w:val="5"/>
  </w:num>
  <w:num w:numId="4" w16cid:durableId="385106147">
    <w:abstractNumId w:val="4"/>
  </w:num>
  <w:num w:numId="5" w16cid:durableId="1731927813">
    <w:abstractNumId w:val="7"/>
  </w:num>
  <w:num w:numId="6" w16cid:durableId="1590698616">
    <w:abstractNumId w:val="3"/>
  </w:num>
  <w:num w:numId="7" w16cid:durableId="138771554">
    <w:abstractNumId w:val="2"/>
  </w:num>
  <w:num w:numId="8" w16cid:durableId="929698776">
    <w:abstractNumId w:val="1"/>
  </w:num>
  <w:num w:numId="9" w16cid:durableId="572931898">
    <w:abstractNumId w:val="0"/>
  </w:num>
  <w:num w:numId="10" w16cid:durableId="2109735061">
    <w:abstractNumId w:val="10"/>
  </w:num>
  <w:num w:numId="11" w16cid:durableId="1866602452">
    <w:abstractNumId w:val="15"/>
  </w:num>
  <w:num w:numId="12" w16cid:durableId="2102219996">
    <w:abstractNumId w:val="14"/>
  </w:num>
  <w:num w:numId="13" w16cid:durableId="1199973098">
    <w:abstractNumId w:val="20"/>
  </w:num>
  <w:num w:numId="14" w16cid:durableId="503014381">
    <w:abstractNumId w:val="12"/>
  </w:num>
  <w:num w:numId="15" w16cid:durableId="1238706739">
    <w:abstractNumId w:val="16"/>
  </w:num>
  <w:num w:numId="16" w16cid:durableId="1425569588">
    <w:abstractNumId w:val="9"/>
  </w:num>
  <w:num w:numId="17" w16cid:durableId="1116366490">
    <w:abstractNumId w:val="13"/>
  </w:num>
  <w:num w:numId="18" w16cid:durableId="977536102">
    <w:abstractNumId w:val="19"/>
  </w:num>
  <w:num w:numId="19" w16cid:durableId="627511933">
    <w:abstractNumId w:val="18"/>
  </w:num>
  <w:num w:numId="20" w16cid:durableId="1864199724">
    <w:abstractNumId w:val="17"/>
  </w:num>
  <w:num w:numId="21" w16cid:durableId="1676434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E61"/>
    <w:rsid w:val="000107D4"/>
    <w:rsid w:val="00034616"/>
    <w:rsid w:val="0006063C"/>
    <w:rsid w:val="0015074B"/>
    <w:rsid w:val="00166057"/>
    <w:rsid w:val="0029639D"/>
    <w:rsid w:val="002B0D9B"/>
    <w:rsid w:val="002B5AE1"/>
    <w:rsid w:val="003036BB"/>
    <w:rsid w:val="00326F90"/>
    <w:rsid w:val="00375FCF"/>
    <w:rsid w:val="004830E8"/>
    <w:rsid w:val="004C13EE"/>
    <w:rsid w:val="004D6A1A"/>
    <w:rsid w:val="005014BE"/>
    <w:rsid w:val="00640D94"/>
    <w:rsid w:val="0065402D"/>
    <w:rsid w:val="00687648"/>
    <w:rsid w:val="006F4845"/>
    <w:rsid w:val="007412B5"/>
    <w:rsid w:val="00857835"/>
    <w:rsid w:val="008F4675"/>
    <w:rsid w:val="00984AD3"/>
    <w:rsid w:val="00A21B45"/>
    <w:rsid w:val="00A50BA5"/>
    <w:rsid w:val="00A546A8"/>
    <w:rsid w:val="00AA1D8D"/>
    <w:rsid w:val="00AD5576"/>
    <w:rsid w:val="00AE10D3"/>
    <w:rsid w:val="00B47730"/>
    <w:rsid w:val="00C104FE"/>
    <w:rsid w:val="00CB0664"/>
    <w:rsid w:val="00DA548A"/>
    <w:rsid w:val="00DE1F0C"/>
    <w:rsid w:val="00DF22B2"/>
    <w:rsid w:val="00E136EF"/>
    <w:rsid w:val="00E96102"/>
    <w:rsid w:val="00EC5873"/>
    <w:rsid w:val="00EF6655"/>
    <w:rsid w:val="00F12F2D"/>
    <w:rsid w:val="00F36203"/>
    <w:rsid w:val="00FB6B93"/>
    <w:rsid w:val="00FC693F"/>
    <w:rsid w:val="00FC7ECF"/>
    <w:rsid w:val="00FD1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18B14C"/>
  <w14:defaultImageDpi w14:val="300"/>
  <w15:docId w15:val="{2AD21F8D-B4DD-CA4E-B1DE-EE9A01B0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120"/>
    </w:pPr>
    <w:rPr>
      <w:rFonts w:ascii="Calibri" w:hAnsi="Calibri"/>
      <w:color w:val="282828"/>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ind w:left="360"/>
      <w:contextualSpacing/>
    </w:pPr>
  </w:style>
  <w:style w:type="paragraph" w:styleId="Pokraovnseznamu2">
    <w:name w:val="List Continue 2"/>
    <w:basedOn w:val="Normln"/>
    <w:uiPriority w:val="99"/>
    <w:unhideWhenUsed/>
    <w:rsid w:val="0029639D"/>
    <w:pPr>
      <w:ind w:left="720"/>
      <w:contextualSpacing/>
    </w:pPr>
  </w:style>
  <w:style w:type="paragraph" w:styleId="Pokraovnseznamu3">
    <w:name w:val="List Continue 3"/>
    <w:basedOn w:val="Normln"/>
    <w:uiPriority w:val="99"/>
    <w:unhideWhenUsed/>
    <w:rsid w:val="0029639D"/>
    <w:pPr>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 Custom"/>
    <w:basedOn w:val="Normln"/>
    <w:rPr>
      <w:b/>
      <w:color w:val="184955"/>
      <w:sz w:val="44"/>
    </w:rPr>
  </w:style>
  <w:style w:type="paragraph" w:customStyle="1" w:styleId="SubtitleCustom">
    <w:name w:val="Subtitle Custom"/>
    <w:basedOn w:val="Normln"/>
    <w:pPr>
      <w:spacing w:after="320"/>
    </w:pPr>
    <w:rPr>
      <w:i/>
      <w:color w:val="5F7A82"/>
      <w:sz w:val="24"/>
    </w:rPr>
  </w:style>
  <w:style w:type="paragraph" w:customStyle="1" w:styleId="Heading1Custom">
    <w:name w:val="Heading 1 Custom"/>
    <w:basedOn w:val="Normln"/>
    <w:pPr>
      <w:keepNext/>
      <w:spacing w:before="240"/>
    </w:pPr>
    <w:rPr>
      <w:b/>
      <w:color w:val="184955"/>
      <w:sz w:val="30"/>
    </w:rPr>
  </w:style>
  <w:style w:type="paragraph" w:customStyle="1" w:styleId="Heading2Custom">
    <w:name w:val="Heading 2 Custom"/>
    <w:basedOn w:val="Normln"/>
    <w:pPr>
      <w:keepNext/>
      <w:spacing w:before="200" w:after="60"/>
    </w:pPr>
    <w:rPr>
      <w:b/>
      <w:color w:val="184955"/>
      <w:sz w:val="25"/>
    </w:rPr>
  </w:style>
  <w:style w:type="paragraph" w:customStyle="1" w:styleId="SmallNote">
    <w:name w:val="Small Note"/>
    <w:basedOn w:val="Normln"/>
    <w:pPr>
      <w:spacing w:after="60" w:line="264" w:lineRule="auto"/>
    </w:pPr>
    <w:rPr>
      <w:color w:val="5F7A82"/>
      <w:sz w:val="18"/>
    </w:rPr>
  </w:style>
  <w:style w:type="paragraph" w:customStyle="1" w:styleId="Placeholder">
    <w:name w:val="Placeholder"/>
    <w:basedOn w:val="Normln"/>
    <w:pPr>
      <w:spacing w:after="160"/>
    </w:pPr>
    <w:rPr>
      <w:i/>
      <w:color w:val="5A5A5A"/>
      <w:sz w:val="21"/>
    </w:rPr>
  </w:style>
  <w:style w:type="paragraph" w:customStyle="1" w:styleId="SectionHeadingFZS">
    <w:name w:val="Section Heading FZS"/>
    <w:basedOn w:val="Normln"/>
    <w:rsid w:val="00640D94"/>
    <w:pPr>
      <w:spacing w:before="200" w:after="100"/>
    </w:pPr>
    <w:rPr>
      <w:b/>
      <w:color w:val="FFFFFF"/>
      <w:sz w:val="24"/>
    </w:rPr>
  </w:style>
  <w:style w:type="paragraph" w:styleId="Normlnweb">
    <w:name w:val="Normal (Web)"/>
    <w:basedOn w:val="Normln"/>
    <w:uiPriority w:val="99"/>
    <w:semiHidden/>
    <w:unhideWhenUsed/>
    <w:rsid w:val="00EC58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648F5-833B-4FE1-A60A-2097B71B6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1997</Words>
  <Characters>11783</Characters>
  <Application>Microsoft Office Word</Application>
  <DocSecurity>0</DocSecurity>
  <Lines>98</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PRCHAL Pavel</cp:lastModifiedBy>
  <cp:revision>2</cp:revision>
  <dcterms:created xsi:type="dcterms:W3CDTF">2026-06-01T21:19:00Z</dcterms:created>
  <dcterms:modified xsi:type="dcterms:W3CDTF">2026-06-01T21:19:00Z</dcterms:modified>
  <cp:category/>
</cp:coreProperties>
</file>