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C1FF7" w14:textId="77777777" w:rsidR="0012048A" w:rsidRPr="00531435" w:rsidRDefault="006C3B6B">
      <w:pPr>
        <w:jc w:val="center"/>
        <w:rPr>
          <w:rFonts w:ascii="Times New Roman" w:hAnsi="Times New Roman" w:cs="Times New Roman"/>
          <w:color w:val="EE0000"/>
          <w:sz w:val="24"/>
          <w:szCs w:val="28"/>
        </w:rPr>
      </w:pPr>
      <w:r w:rsidRPr="00531435">
        <w:rPr>
          <w:rFonts w:ascii="Times New Roman" w:hAnsi="Times New Roman" w:cs="Times New Roman"/>
          <w:b/>
          <w:color w:val="EE0000"/>
          <w:sz w:val="28"/>
          <w:szCs w:val="28"/>
        </w:rPr>
        <w:t>UNIVERZITA JANA EVANGELISTY PURKYNĚ V ÚSTÍ NAD LABEM</w:t>
      </w:r>
    </w:p>
    <w:p w14:paraId="3B5E393A" w14:textId="77777777" w:rsidR="00434B50" w:rsidRPr="00531435" w:rsidRDefault="00434B50">
      <w:pPr>
        <w:pStyle w:val="FormTitle"/>
        <w:jc w:val="center"/>
        <w:rPr>
          <w:rFonts w:ascii="Times New Roman" w:hAnsi="Times New Roman" w:cs="Times New Roman"/>
          <w:bCs/>
          <w:color w:val="EE0000"/>
          <w:sz w:val="32"/>
          <w:szCs w:val="32"/>
        </w:rPr>
      </w:pPr>
      <w:r w:rsidRPr="00531435">
        <w:rPr>
          <w:rFonts w:ascii="Times New Roman" w:hAnsi="Times New Roman" w:cs="Times New Roman"/>
          <w:bCs/>
          <w:color w:val="EE0000"/>
          <w:sz w:val="32"/>
          <w:szCs w:val="32"/>
        </w:rPr>
        <w:t>Faculty of Health Studies</w:t>
      </w:r>
    </w:p>
    <w:p w14:paraId="1B2365D6" w14:textId="77777777" w:rsidR="00434B50" w:rsidRPr="00531435" w:rsidRDefault="00434B50">
      <w:pPr>
        <w:pStyle w:val="FormSubtitle"/>
        <w:jc w:val="center"/>
        <w:rPr>
          <w:rFonts w:ascii="Times New Roman" w:hAnsi="Times New Roman" w:cs="Times New Roman"/>
          <w:bCs/>
          <w:i w:val="0"/>
          <w:color w:val="EE0000"/>
          <w:sz w:val="32"/>
          <w:szCs w:val="21"/>
        </w:rPr>
      </w:pPr>
      <w:r w:rsidRPr="00531435">
        <w:rPr>
          <w:rFonts w:ascii="Times New Roman" w:hAnsi="Times New Roman" w:cs="Times New Roman"/>
          <w:bCs/>
          <w:i w:val="0"/>
          <w:color w:val="EE0000"/>
          <w:sz w:val="32"/>
          <w:szCs w:val="21"/>
        </w:rPr>
        <w:t>SEMESTER EVALUATION OF PH.D. STUDENT</w:t>
      </w:r>
    </w:p>
    <w:p w14:paraId="2944947A" w14:textId="47442CF8" w:rsidR="0012048A" w:rsidRPr="00531435" w:rsidRDefault="00434B50">
      <w:pPr>
        <w:pStyle w:val="FormSubtitle"/>
        <w:jc w:val="center"/>
        <w:rPr>
          <w:rFonts w:ascii="Times New Roman" w:hAnsi="Times New Roman" w:cs="Times New Roman"/>
          <w:sz w:val="28"/>
          <w:szCs w:val="32"/>
        </w:rPr>
      </w:pPr>
      <w:r w:rsidRPr="00531435">
        <w:rPr>
          <w:rFonts w:ascii="Times New Roman" w:hAnsi="Times New Roman" w:cs="Times New Roman"/>
          <w:sz w:val="28"/>
          <w:szCs w:val="32"/>
        </w:rPr>
        <w:t xml:space="preserve">Continuous evaluation of ISP fulfillment – Doctoral Study </w:t>
      </w:r>
      <w:proofErr w:type="spellStart"/>
      <w:r w:rsidRPr="00531435">
        <w:rPr>
          <w:rFonts w:ascii="Times New Roman" w:hAnsi="Times New Roman" w:cs="Times New Roman"/>
          <w:sz w:val="28"/>
          <w:szCs w:val="32"/>
        </w:rPr>
        <w:t>Programme</w:t>
      </w:r>
      <w:proofErr w:type="spellEnd"/>
      <w:r w:rsidRPr="00531435">
        <w:rPr>
          <w:rFonts w:ascii="Times New Roman" w:hAnsi="Times New Roman" w:cs="Times New Roman"/>
          <w:sz w:val="28"/>
          <w:szCs w:val="32"/>
        </w:rPr>
        <w:t>: Healthcare Management and Efficiency</w:t>
      </w:r>
    </w:p>
    <w:tbl>
      <w:tblPr>
        <w:tblW w:w="0" w:type="auto"/>
        <w:jc w:val="center"/>
        <w:tblBorders>
          <w:top w:val="single" w:sz="6" w:space="0" w:color="D6DEE5"/>
          <w:left w:val="single" w:sz="6" w:space="0" w:color="D6DEE5"/>
          <w:bottom w:val="single" w:sz="6" w:space="0" w:color="D6DEE5"/>
          <w:right w:val="single" w:sz="6" w:space="0" w:color="D6DEE5"/>
          <w:insideH w:val="single" w:sz="6" w:space="0" w:color="D6DEE5"/>
          <w:insideV w:val="single" w:sz="6" w:space="0" w:color="D6DEE5"/>
        </w:tblBorders>
        <w:tblLook w:val="04A0" w:firstRow="1" w:lastRow="0" w:firstColumn="1" w:lastColumn="0" w:noHBand="0" w:noVBand="1"/>
      </w:tblPr>
      <w:tblGrid>
        <w:gridCol w:w="9850"/>
      </w:tblGrid>
      <w:tr w:rsidR="0012048A" w:rsidRPr="00531435" w14:paraId="03D8FAA1" w14:textId="77777777">
        <w:trPr>
          <w:jc w:val="center"/>
        </w:trPr>
        <w:tc>
          <w:tcPr>
            <w:tcW w:w="9866" w:type="dxa"/>
            <w:shd w:val="clear" w:color="auto" w:fill="F3F5F7"/>
            <w:tcMar>
              <w:top w:w="120" w:type="dxa"/>
              <w:left w:w="120" w:type="dxa"/>
              <w:bottom w:w="120" w:type="dxa"/>
              <w:right w:w="120" w:type="dxa"/>
            </w:tcMar>
          </w:tcPr>
          <w:p w14:paraId="4700C6D7" w14:textId="5C6E6D5D" w:rsidR="0012048A" w:rsidRPr="00531435" w:rsidRDefault="00434B50">
            <w:pPr>
              <w:pStyle w:val="SmallNote"/>
              <w:rPr>
                <w:rFonts w:ascii="Times New Roman" w:hAnsi="Times New Roman" w:cs="Times New Roman"/>
              </w:rPr>
            </w:pPr>
            <w:r w:rsidRPr="00531435">
              <w:rPr>
                <w:rFonts w:ascii="Times New Roman" w:hAnsi="Times New Roman" w:cs="Times New Roman"/>
                <w:sz w:val="20"/>
                <w:szCs w:val="24"/>
              </w:rPr>
              <w:t>This form serves as a continuous semester tool for the student and the supervisor. It builds upon the approved Individual Study Plan (ISP) and supports the timely tracking of the fulfillment of study, research, publication, internationalization, and pedagogical obligations. It does not replace the annual evaluation before the Subject Area Board; rather, it creates a systematic foundation for it.</w:t>
            </w:r>
          </w:p>
        </w:tc>
      </w:tr>
    </w:tbl>
    <w:p w14:paraId="3613A1C5" w14:textId="77777777" w:rsidR="0012048A" w:rsidRPr="00531435" w:rsidRDefault="0012048A">
      <w:pPr>
        <w:rPr>
          <w:rFonts w:ascii="Times New Roman" w:hAnsi="Times New Roman" w:cs="Times New Roman"/>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9866"/>
      </w:tblGrid>
      <w:tr w:rsidR="0012048A" w:rsidRPr="00531435" w14:paraId="53AB0CEE" w14:textId="77777777">
        <w:trPr>
          <w:jc w:val="center"/>
        </w:trPr>
        <w:tc>
          <w:tcPr>
            <w:tcW w:w="9866" w:type="dxa"/>
            <w:shd w:val="clear" w:color="auto" w:fill="173F5F"/>
            <w:tcMar>
              <w:top w:w="70" w:type="dxa"/>
              <w:left w:w="110" w:type="dxa"/>
              <w:bottom w:w="70" w:type="dxa"/>
              <w:right w:w="110" w:type="dxa"/>
            </w:tcMar>
          </w:tcPr>
          <w:p w14:paraId="2A31CDA5" w14:textId="40BF7398" w:rsidR="0012048A" w:rsidRPr="00531435" w:rsidRDefault="006C3B6B">
            <w:pPr>
              <w:pStyle w:val="SectionHeadingFZS"/>
              <w:spacing w:after="0"/>
              <w:rPr>
                <w:rFonts w:ascii="Times New Roman" w:hAnsi="Times New Roman" w:cs="Times New Roman"/>
              </w:rPr>
            </w:pPr>
            <w:r w:rsidRPr="00531435">
              <w:rPr>
                <w:rFonts w:ascii="Times New Roman" w:hAnsi="Times New Roman" w:cs="Times New Roman"/>
              </w:rPr>
              <w:t>1</w:t>
            </w:r>
            <w:r w:rsidR="00434B50" w:rsidRPr="00531435">
              <w:rPr>
                <w:rFonts w:ascii="Times New Roman" w:hAnsi="Times New Roman" w:cs="Times New Roman"/>
              </w:rPr>
              <w:t>.</w:t>
            </w:r>
            <w:r w:rsidRPr="00531435">
              <w:rPr>
                <w:rFonts w:ascii="Times New Roman" w:hAnsi="Times New Roman" w:cs="Times New Roman"/>
              </w:rPr>
              <w:t xml:space="preserve"> </w:t>
            </w:r>
            <w:r w:rsidR="00434B50" w:rsidRPr="00531435">
              <w:rPr>
                <w:rFonts w:ascii="Times New Roman" w:hAnsi="Times New Roman" w:cs="Times New Roman"/>
              </w:rPr>
              <w:t>Identification Data</w:t>
            </w:r>
          </w:p>
        </w:tc>
      </w:tr>
    </w:tbl>
    <w:p w14:paraId="641BE611" w14:textId="77777777" w:rsidR="0012048A" w:rsidRPr="00531435" w:rsidRDefault="0012048A">
      <w:pPr>
        <w:rPr>
          <w:rFonts w:ascii="Times New Roman" w:hAnsi="Times New Roman" w:cs="Times New Roman"/>
        </w:rPr>
      </w:pPr>
    </w:p>
    <w:tbl>
      <w:tblPr>
        <w:tblStyle w:val="Mkatabulky"/>
        <w:tblW w:w="0" w:type="auto"/>
        <w:jc w:val="center"/>
        <w:tblBorders>
          <w:top w:val="single" w:sz="8" w:space="0" w:color="B7C3CE"/>
          <w:left w:val="single" w:sz="8" w:space="0" w:color="B7C3CE"/>
          <w:bottom w:val="single" w:sz="8" w:space="0" w:color="B7C3CE"/>
          <w:right w:val="single" w:sz="8" w:space="0" w:color="B7C3CE"/>
          <w:insideH w:val="single" w:sz="8" w:space="0" w:color="B7C3CE"/>
          <w:insideV w:val="single" w:sz="8" w:space="0" w:color="B7C3CE"/>
        </w:tblBorders>
        <w:tblLook w:val="04A0" w:firstRow="1" w:lastRow="0" w:firstColumn="1" w:lastColumn="0" w:noHBand="0" w:noVBand="1"/>
      </w:tblPr>
      <w:tblGrid>
        <w:gridCol w:w="3005"/>
        <w:gridCol w:w="6746"/>
      </w:tblGrid>
      <w:tr w:rsidR="0012048A" w:rsidRPr="00531435" w14:paraId="0B5FE4B8" w14:textId="77777777">
        <w:trPr>
          <w:jc w:val="center"/>
        </w:trPr>
        <w:tc>
          <w:tcPr>
            <w:tcW w:w="3005" w:type="dxa"/>
            <w:shd w:val="clear" w:color="auto" w:fill="EEF3F7"/>
            <w:tcMar>
              <w:top w:w="90" w:type="dxa"/>
              <w:left w:w="100" w:type="dxa"/>
              <w:bottom w:w="90" w:type="dxa"/>
              <w:right w:w="100" w:type="dxa"/>
            </w:tcMar>
            <w:vAlign w:val="center"/>
          </w:tcPr>
          <w:p w14:paraId="1D5611B0" w14:textId="1304D146" w:rsidR="0012048A" w:rsidRPr="00531435" w:rsidRDefault="00434B50">
            <w:pPr>
              <w:rPr>
                <w:rFonts w:ascii="Times New Roman" w:hAnsi="Times New Roman" w:cs="Times New Roman"/>
              </w:rPr>
            </w:pPr>
            <w:r w:rsidRPr="00531435">
              <w:rPr>
                <w:rFonts w:ascii="Times New Roman" w:hAnsi="Times New Roman" w:cs="Times New Roman"/>
                <w:b/>
                <w:color w:val="173F5F"/>
              </w:rPr>
              <w:t>Ph.D. Student's First Name and Last Name</w:t>
            </w:r>
          </w:p>
        </w:tc>
        <w:tc>
          <w:tcPr>
            <w:tcW w:w="6746" w:type="dxa"/>
            <w:tcMar>
              <w:top w:w="90" w:type="dxa"/>
              <w:left w:w="100" w:type="dxa"/>
              <w:bottom w:w="90" w:type="dxa"/>
              <w:right w:w="100" w:type="dxa"/>
            </w:tcMar>
            <w:vAlign w:val="center"/>
          </w:tcPr>
          <w:p w14:paraId="09F15BEA" w14:textId="77777777" w:rsidR="0012048A" w:rsidRPr="00531435" w:rsidRDefault="0012048A">
            <w:pPr>
              <w:rPr>
                <w:rFonts w:ascii="Times New Roman" w:hAnsi="Times New Roman" w:cs="Times New Roman"/>
              </w:rPr>
            </w:pPr>
          </w:p>
        </w:tc>
      </w:tr>
      <w:tr w:rsidR="0012048A" w:rsidRPr="00531435" w14:paraId="02094BBD" w14:textId="77777777">
        <w:trPr>
          <w:jc w:val="center"/>
        </w:trPr>
        <w:tc>
          <w:tcPr>
            <w:tcW w:w="3005" w:type="dxa"/>
            <w:shd w:val="clear" w:color="auto" w:fill="EEF3F7"/>
            <w:tcMar>
              <w:top w:w="90" w:type="dxa"/>
              <w:left w:w="100" w:type="dxa"/>
              <w:bottom w:w="90" w:type="dxa"/>
              <w:right w:w="100" w:type="dxa"/>
            </w:tcMar>
            <w:vAlign w:val="center"/>
          </w:tcPr>
          <w:p w14:paraId="78D62FF8" w14:textId="1A819BB8" w:rsidR="0012048A" w:rsidRPr="00531435" w:rsidRDefault="00434B50">
            <w:pPr>
              <w:rPr>
                <w:rFonts w:ascii="Times New Roman" w:hAnsi="Times New Roman" w:cs="Times New Roman"/>
              </w:rPr>
            </w:pPr>
            <w:r w:rsidRPr="00531435">
              <w:rPr>
                <w:rFonts w:ascii="Times New Roman" w:hAnsi="Times New Roman" w:cs="Times New Roman"/>
                <w:b/>
                <w:color w:val="173F5F"/>
              </w:rPr>
              <w:t>Academic Year</w:t>
            </w:r>
          </w:p>
        </w:tc>
        <w:tc>
          <w:tcPr>
            <w:tcW w:w="6746" w:type="dxa"/>
            <w:tcMar>
              <w:top w:w="90" w:type="dxa"/>
              <w:left w:w="100" w:type="dxa"/>
              <w:bottom w:w="90" w:type="dxa"/>
              <w:right w:w="100" w:type="dxa"/>
            </w:tcMar>
            <w:vAlign w:val="center"/>
          </w:tcPr>
          <w:p w14:paraId="4BFB4816" w14:textId="77777777" w:rsidR="0012048A" w:rsidRPr="00531435" w:rsidRDefault="0012048A">
            <w:pPr>
              <w:rPr>
                <w:rFonts w:ascii="Times New Roman" w:hAnsi="Times New Roman" w:cs="Times New Roman"/>
              </w:rPr>
            </w:pPr>
          </w:p>
        </w:tc>
      </w:tr>
      <w:tr w:rsidR="0012048A" w:rsidRPr="00531435" w14:paraId="6B607A15" w14:textId="77777777">
        <w:trPr>
          <w:jc w:val="center"/>
        </w:trPr>
        <w:tc>
          <w:tcPr>
            <w:tcW w:w="3005" w:type="dxa"/>
            <w:shd w:val="clear" w:color="auto" w:fill="EEF3F7"/>
            <w:tcMar>
              <w:top w:w="90" w:type="dxa"/>
              <w:left w:w="100" w:type="dxa"/>
              <w:bottom w:w="90" w:type="dxa"/>
              <w:right w:w="100" w:type="dxa"/>
            </w:tcMar>
            <w:vAlign w:val="center"/>
          </w:tcPr>
          <w:p w14:paraId="39AB39AC" w14:textId="6358B16D" w:rsidR="0012048A" w:rsidRPr="00531435" w:rsidRDefault="00434B50">
            <w:pPr>
              <w:rPr>
                <w:rFonts w:ascii="Times New Roman" w:hAnsi="Times New Roman" w:cs="Times New Roman"/>
              </w:rPr>
            </w:pPr>
            <w:r w:rsidRPr="00531435">
              <w:rPr>
                <w:rFonts w:ascii="Times New Roman" w:hAnsi="Times New Roman" w:cs="Times New Roman"/>
                <w:b/>
                <w:color w:val="173F5F"/>
              </w:rPr>
              <w:t>Evaluated Semester</w:t>
            </w:r>
          </w:p>
        </w:tc>
        <w:tc>
          <w:tcPr>
            <w:tcW w:w="6746" w:type="dxa"/>
            <w:tcMar>
              <w:top w:w="90" w:type="dxa"/>
              <w:left w:w="100" w:type="dxa"/>
              <w:bottom w:w="90" w:type="dxa"/>
              <w:right w:w="100" w:type="dxa"/>
            </w:tcMar>
            <w:vAlign w:val="center"/>
          </w:tcPr>
          <w:p w14:paraId="78D0552C" w14:textId="6C1335DB" w:rsidR="0012048A" w:rsidRPr="00531435" w:rsidRDefault="006C3B6B">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w:t>
            </w:r>
            <w:r w:rsidR="00434B50" w:rsidRPr="00531435">
              <w:rPr>
                <w:rFonts w:ascii="Times New Roman" w:hAnsi="Times New Roman" w:cs="Times New Roman"/>
              </w:rPr>
              <w:t>winter</w:t>
            </w:r>
            <w:r w:rsidRPr="00531435">
              <w:rPr>
                <w:rFonts w:ascii="Times New Roman" w:hAnsi="Times New Roman" w:cs="Times New Roman"/>
              </w:rPr>
              <w:t xml:space="preserve">    </w:t>
            </w:r>
            <w:r w:rsidRPr="00531435">
              <w:rPr>
                <w:rFonts w:ascii="Segoe UI Symbol" w:hAnsi="Segoe UI Symbol" w:cs="Segoe UI Symbol"/>
              </w:rPr>
              <w:t>☐</w:t>
            </w:r>
            <w:r w:rsidRPr="00531435">
              <w:rPr>
                <w:rFonts w:ascii="Times New Roman" w:hAnsi="Times New Roman" w:cs="Times New Roman"/>
              </w:rPr>
              <w:t xml:space="preserve"> </w:t>
            </w:r>
            <w:r w:rsidR="00434B50" w:rsidRPr="00531435">
              <w:rPr>
                <w:rFonts w:ascii="Times New Roman" w:hAnsi="Times New Roman" w:cs="Times New Roman"/>
              </w:rPr>
              <w:t>summer</w:t>
            </w:r>
          </w:p>
        </w:tc>
      </w:tr>
      <w:tr w:rsidR="0012048A" w:rsidRPr="00531435" w14:paraId="062A25D0" w14:textId="77777777">
        <w:trPr>
          <w:jc w:val="center"/>
        </w:trPr>
        <w:tc>
          <w:tcPr>
            <w:tcW w:w="3005" w:type="dxa"/>
            <w:shd w:val="clear" w:color="auto" w:fill="EEF3F7"/>
            <w:tcMar>
              <w:top w:w="90" w:type="dxa"/>
              <w:left w:w="100" w:type="dxa"/>
              <w:bottom w:w="90" w:type="dxa"/>
              <w:right w:w="100" w:type="dxa"/>
            </w:tcMar>
            <w:vAlign w:val="center"/>
          </w:tcPr>
          <w:p w14:paraId="6F3876A1" w14:textId="61877CCF" w:rsidR="0012048A" w:rsidRPr="00531435" w:rsidRDefault="00434B50">
            <w:pPr>
              <w:rPr>
                <w:rFonts w:ascii="Times New Roman" w:hAnsi="Times New Roman" w:cs="Times New Roman"/>
              </w:rPr>
            </w:pPr>
            <w:r w:rsidRPr="00531435">
              <w:rPr>
                <w:rFonts w:ascii="Times New Roman" w:hAnsi="Times New Roman" w:cs="Times New Roman"/>
                <w:b/>
                <w:color w:val="173F5F"/>
              </w:rPr>
              <w:t>Year of study</w:t>
            </w:r>
          </w:p>
        </w:tc>
        <w:tc>
          <w:tcPr>
            <w:tcW w:w="6746" w:type="dxa"/>
            <w:tcMar>
              <w:top w:w="90" w:type="dxa"/>
              <w:left w:w="100" w:type="dxa"/>
              <w:bottom w:w="90" w:type="dxa"/>
              <w:right w:w="100" w:type="dxa"/>
            </w:tcMar>
            <w:vAlign w:val="center"/>
          </w:tcPr>
          <w:p w14:paraId="642BFA31" w14:textId="77777777" w:rsidR="0012048A" w:rsidRPr="00531435" w:rsidRDefault="0012048A">
            <w:pPr>
              <w:rPr>
                <w:rFonts w:ascii="Times New Roman" w:hAnsi="Times New Roman" w:cs="Times New Roman"/>
              </w:rPr>
            </w:pPr>
          </w:p>
        </w:tc>
      </w:tr>
      <w:tr w:rsidR="0012048A" w:rsidRPr="00531435" w14:paraId="57F24A43" w14:textId="77777777">
        <w:trPr>
          <w:jc w:val="center"/>
        </w:trPr>
        <w:tc>
          <w:tcPr>
            <w:tcW w:w="3005" w:type="dxa"/>
            <w:shd w:val="clear" w:color="auto" w:fill="EEF3F7"/>
            <w:tcMar>
              <w:top w:w="90" w:type="dxa"/>
              <w:left w:w="100" w:type="dxa"/>
              <w:bottom w:w="90" w:type="dxa"/>
              <w:right w:w="100" w:type="dxa"/>
            </w:tcMar>
            <w:vAlign w:val="center"/>
          </w:tcPr>
          <w:p w14:paraId="19F94148" w14:textId="28E67425" w:rsidR="0012048A" w:rsidRPr="00531435" w:rsidRDefault="006C3B6B">
            <w:pPr>
              <w:rPr>
                <w:rFonts w:ascii="Times New Roman" w:hAnsi="Times New Roman" w:cs="Times New Roman"/>
              </w:rPr>
            </w:pPr>
            <w:r w:rsidRPr="00531435">
              <w:rPr>
                <w:rFonts w:ascii="Times New Roman" w:hAnsi="Times New Roman" w:cs="Times New Roman"/>
                <w:b/>
                <w:color w:val="173F5F"/>
              </w:rPr>
              <w:t>Fo</w:t>
            </w:r>
            <w:r w:rsidR="00434B50" w:rsidRPr="00531435">
              <w:rPr>
                <w:rFonts w:ascii="Times New Roman" w:hAnsi="Times New Roman" w:cs="Times New Roman"/>
                <w:b/>
                <w:color w:val="173F5F"/>
              </w:rPr>
              <w:t>rm of study</w:t>
            </w:r>
          </w:p>
        </w:tc>
        <w:tc>
          <w:tcPr>
            <w:tcW w:w="6746" w:type="dxa"/>
            <w:tcMar>
              <w:top w:w="90" w:type="dxa"/>
              <w:left w:w="100" w:type="dxa"/>
              <w:bottom w:w="90" w:type="dxa"/>
              <w:right w:w="100" w:type="dxa"/>
            </w:tcMar>
            <w:vAlign w:val="center"/>
          </w:tcPr>
          <w:p w14:paraId="0A4A1AC9" w14:textId="4E4701A1" w:rsidR="0012048A" w:rsidRPr="00531435" w:rsidRDefault="006C3B6B">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w:t>
            </w:r>
            <w:r w:rsidR="00434B50" w:rsidRPr="00531435">
              <w:rPr>
                <w:rFonts w:ascii="Times New Roman" w:hAnsi="Times New Roman" w:cs="Times New Roman"/>
              </w:rPr>
              <w:t>full-time</w:t>
            </w:r>
            <w:r w:rsidRPr="00531435">
              <w:rPr>
                <w:rFonts w:ascii="Times New Roman" w:hAnsi="Times New Roman" w:cs="Times New Roman"/>
              </w:rPr>
              <w:t xml:space="preserve">    </w:t>
            </w:r>
            <w:r w:rsidRPr="00531435">
              <w:rPr>
                <w:rFonts w:ascii="Segoe UI Symbol" w:hAnsi="Segoe UI Symbol" w:cs="Segoe UI Symbol"/>
              </w:rPr>
              <w:t>☐</w:t>
            </w:r>
            <w:r w:rsidRPr="00531435">
              <w:rPr>
                <w:rFonts w:ascii="Times New Roman" w:hAnsi="Times New Roman" w:cs="Times New Roman"/>
              </w:rPr>
              <w:t xml:space="preserve"> </w:t>
            </w:r>
            <w:r w:rsidR="00434B50" w:rsidRPr="00531435">
              <w:rPr>
                <w:rFonts w:ascii="Times New Roman" w:hAnsi="Times New Roman" w:cs="Times New Roman"/>
              </w:rPr>
              <w:t>combined</w:t>
            </w:r>
          </w:p>
        </w:tc>
      </w:tr>
      <w:tr w:rsidR="0012048A" w:rsidRPr="00531435" w14:paraId="3A0CE9B2" w14:textId="77777777">
        <w:trPr>
          <w:jc w:val="center"/>
        </w:trPr>
        <w:tc>
          <w:tcPr>
            <w:tcW w:w="3005" w:type="dxa"/>
            <w:shd w:val="clear" w:color="auto" w:fill="EEF3F7"/>
            <w:tcMar>
              <w:top w:w="90" w:type="dxa"/>
              <w:left w:w="100" w:type="dxa"/>
              <w:bottom w:w="90" w:type="dxa"/>
              <w:right w:w="100" w:type="dxa"/>
            </w:tcMar>
            <w:vAlign w:val="center"/>
          </w:tcPr>
          <w:p w14:paraId="0517E3DB" w14:textId="00C75424" w:rsidR="0012048A" w:rsidRPr="00531435" w:rsidRDefault="00434B50">
            <w:pPr>
              <w:rPr>
                <w:rFonts w:ascii="Times New Roman" w:hAnsi="Times New Roman" w:cs="Times New Roman"/>
              </w:rPr>
            </w:pPr>
            <w:r w:rsidRPr="00531435">
              <w:rPr>
                <w:rFonts w:ascii="Times New Roman" w:hAnsi="Times New Roman" w:cs="Times New Roman"/>
                <w:b/>
                <w:color w:val="173F5F"/>
              </w:rPr>
              <w:t>Supervisor</w:t>
            </w:r>
          </w:p>
        </w:tc>
        <w:tc>
          <w:tcPr>
            <w:tcW w:w="6746" w:type="dxa"/>
            <w:tcMar>
              <w:top w:w="90" w:type="dxa"/>
              <w:left w:w="100" w:type="dxa"/>
              <w:bottom w:w="90" w:type="dxa"/>
              <w:right w:w="100" w:type="dxa"/>
            </w:tcMar>
            <w:vAlign w:val="center"/>
          </w:tcPr>
          <w:p w14:paraId="008CF12D" w14:textId="77777777" w:rsidR="0012048A" w:rsidRPr="00531435" w:rsidRDefault="0012048A">
            <w:pPr>
              <w:rPr>
                <w:rFonts w:ascii="Times New Roman" w:hAnsi="Times New Roman" w:cs="Times New Roman"/>
              </w:rPr>
            </w:pPr>
          </w:p>
        </w:tc>
      </w:tr>
      <w:tr w:rsidR="0012048A" w:rsidRPr="00531435" w14:paraId="6B1380C0" w14:textId="77777777">
        <w:trPr>
          <w:jc w:val="center"/>
        </w:trPr>
        <w:tc>
          <w:tcPr>
            <w:tcW w:w="3005" w:type="dxa"/>
            <w:shd w:val="clear" w:color="auto" w:fill="EEF3F7"/>
            <w:tcMar>
              <w:top w:w="90" w:type="dxa"/>
              <w:left w:w="100" w:type="dxa"/>
              <w:bottom w:w="90" w:type="dxa"/>
              <w:right w:w="100" w:type="dxa"/>
            </w:tcMar>
            <w:vAlign w:val="center"/>
          </w:tcPr>
          <w:p w14:paraId="1C6E1ACC" w14:textId="1299F0A9" w:rsidR="0012048A" w:rsidRPr="00531435" w:rsidRDefault="00434B50">
            <w:pPr>
              <w:rPr>
                <w:rFonts w:ascii="Times New Roman" w:hAnsi="Times New Roman" w:cs="Times New Roman"/>
              </w:rPr>
            </w:pPr>
            <w:r w:rsidRPr="00531435">
              <w:rPr>
                <w:rFonts w:ascii="Times New Roman" w:hAnsi="Times New Roman" w:cs="Times New Roman"/>
                <w:b/>
                <w:color w:val="173F5F"/>
              </w:rPr>
              <w:t>Consultant (if appointed)</w:t>
            </w:r>
          </w:p>
        </w:tc>
        <w:tc>
          <w:tcPr>
            <w:tcW w:w="6746" w:type="dxa"/>
            <w:tcMar>
              <w:top w:w="90" w:type="dxa"/>
              <w:left w:w="100" w:type="dxa"/>
              <w:bottom w:w="90" w:type="dxa"/>
              <w:right w:w="100" w:type="dxa"/>
            </w:tcMar>
            <w:vAlign w:val="center"/>
          </w:tcPr>
          <w:p w14:paraId="4706CDD7" w14:textId="77777777" w:rsidR="0012048A" w:rsidRPr="00531435" w:rsidRDefault="0012048A">
            <w:pPr>
              <w:rPr>
                <w:rFonts w:ascii="Times New Roman" w:hAnsi="Times New Roman" w:cs="Times New Roman"/>
              </w:rPr>
            </w:pPr>
          </w:p>
        </w:tc>
      </w:tr>
      <w:tr w:rsidR="0012048A" w:rsidRPr="00531435" w14:paraId="4F0D267E" w14:textId="77777777">
        <w:trPr>
          <w:jc w:val="center"/>
        </w:trPr>
        <w:tc>
          <w:tcPr>
            <w:tcW w:w="3005" w:type="dxa"/>
            <w:shd w:val="clear" w:color="auto" w:fill="EEF3F7"/>
            <w:tcMar>
              <w:top w:w="90" w:type="dxa"/>
              <w:left w:w="100" w:type="dxa"/>
              <w:bottom w:w="90" w:type="dxa"/>
              <w:right w:w="100" w:type="dxa"/>
            </w:tcMar>
            <w:vAlign w:val="center"/>
          </w:tcPr>
          <w:p w14:paraId="663F492C" w14:textId="56289B9D" w:rsidR="0012048A" w:rsidRPr="00531435" w:rsidRDefault="00434B50">
            <w:pPr>
              <w:rPr>
                <w:rFonts w:ascii="Times New Roman" w:hAnsi="Times New Roman" w:cs="Times New Roman"/>
              </w:rPr>
            </w:pPr>
            <w:r w:rsidRPr="00531435">
              <w:rPr>
                <w:rFonts w:ascii="Times New Roman" w:hAnsi="Times New Roman" w:cs="Times New Roman"/>
                <w:b/>
                <w:color w:val="173F5F"/>
              </w:rPr>
              <w:t>Date of Submission by Student</w:t>
            </w:r>
          </w:p>
        </w:tc>
        <w:tc>
          <w:tcPr>
            <w:tcW w:w="6746" w:type="dxa"/>
            <w:tcMar>
              <w:top w:w="90" w:type="dxa"/>
              <w:left w:w="100" w:type="dxa"/>
              <w:bottom w:w="90" w:type="dxa"/>
              <w:right w:w="100" w:type="dxa"/>
            </w:tcMar>
            <w:vAlign w:val="center"/>
          </w:tcPr>
          <w:p w14:paraId="24E70DE7" w14:textId="77777777" w:rsidR="0012048A" w:rsidRPr="00531435" w:rsidRDefault="0012048A">
            <w:pPr>
              <w:rPr>
                <w:rFonts w:ascii="Times New Roman" w:hAnsi="Times New Roman" w:cs="Times New Roman"/>
              </w:rPr>
            </w:pPr>
          </w:p>
        </w:tc>
      </w:tr>
      <w:tr w:rsidR="0012048A" w:rsidRPr="00531435" w14:paraId="3395D39C" w14:textId="77777777">
        <w:trPr>
          <w:jc w:val="center"/>
        </w:trPr>
        <w:tc>
          <w:tcPr>
            <w:tcW w:w="3005" w:type="dxa"/>
            <w:shd w:val="clear" w:color="auto" w:fill="EEF3F7"/>
            <w:tcMar>
              <w:top w:w="90" w:type="dxa"/>
              <w:left w:w="100" w:type="dxa"/>
              <w:bottom w:w="90" w:type="dxa"/>
              <w:right w:w="100" w:type="dxa"/>
            </w:tcMar>
            <w:vAlign w:val="center"/>
          </w:tcPr>
          <w:p w14:paraId="468A85DE" w14:textId="1815CFB6" w:rsidR="0012048A" w:rsidRPr="00531435" w:rsidRDefault="00434B50">
            <w:pPr>
              <w:rPr>
                <w:rFonts w:ascii="Times New Roman" w:hAnsi="Times New Roman" w:cs="Times New Roman"/>
              </w:rPr>
            </w:pPr>
            <w:r w:rsidRPr="00531435">
              <w:rPr>
                <w:rFonts w:ascii="Times New Roman" w:hAnsi="Times New Roman" w:cs="Times New Roman"/>
                <w:b/>
                <w:color w:val="173F5F"/>
              </w:rPr>
              <w:t>Date of Supervisor's Statement</w:t>
            </w:r>
          </w:p>
        </w:tc>
        <w:tc>
          <w:tcPr>
            <w:tcW w:w="6746" w:type="dxa"/>
            <w:tcMar>
              <w:top w:w="90" w:type="dxa"/>
              <w:left w:w="100" w:type="dxa"/>
              <w:bottom w:w="90" w:type="dxa"/>
              <w:right w:w="100" w:type="dxa"/>
            </w:tcMar>
            <w:vAlign w:val="center"/>
          </w:tcPr>
          <w:p w14:paraId="4B3E642C" w14:textId="77777777" w:rsidR="0012048A" w:rsidRPr="00531435" w:rsidRDefault="0012048A">
            <w:pPr>
              <w:rPr>
                <w:rFonts w:ascii="Times New Roman" w:hAnsi="Times New Roman" w:cs="Times New Roman"/>
              </w:rPr>
            </w:pPr>
          </w:p>
        </w:tc>
      </w:tr>
    </w:tbl>
    <w:p w14:paraId="15E3E988" w14:textId="77777777" w:rsidR="0012048A" w:rsidRPr="00531435" w:rsidRDefault="0012048A">
      <w:pPr>
        <w:rPr>
          <w:rFonts w:ascii="Times New Roman" w:hAnsi="Times New Roman" w:cs="Times New Roman"/>
        </w:rPr>
      </w:pPr>
    </w:p>
    <w:p w14:paraId="6382C26C" w14:textId="77777777" w:rsidR="006F7C21" w:rsidRPr="00531435" w:rsidRDefault="006F7C21">
      <w:pPr>
        <w:rPr>
          <w:rFonts w:ascii="Times New Roman" w:hAnsi="Times New Roman" w:cs="Times New Roman"/>
        </w:rPr>
      </w:pPr>
    </w:p>
    <w:p w14:paraId="2A699608" w14:textId="77777777" w:rsidR="006F7C21" w:rsidRPr="00531435" w:rsidRDefault="006F7C21">
      <w:pPr>
        <w:rPr>
          <w:rFonts w:ascii="Times New Roman" w:hAnsi="Times New Roman" w:cs="Times New Roman"/>
        </w:rPr>
      </w:pPr>
    </w:p>
    <w:p w14:paraId="2FAD80DB" w14:textId="77777777" w:rsidR="00CD3121" w:rsidRPr="00531435" w:rsidRDefault="00CD3121">
      <w:pPr>
        <w:rPr>
          <w:rFonts w:ascii="Times New Roman" w:hAnsi="Times New Roman" w:cs="Times New Roman"/>
        </w:rPr>
      </w:pPr>
    </w:p>
    <w:p w14:paraId="2E352422" w14:textId="77777777" w:rsidR="00CD3121" w:rsidRPr="00531435" w:rsidRDefault="00CD3121">
      <w:pPr>
        <w:rPr>
          <w:rFonts w:ascii="Times New Roman" w:hAnsi="Times New Roman" w:cs="Times New Roman"/>
        </w:rPr>
      </w:pPr>
    </w:p>
    <w:p w14:paraId="47B7E645" w14:textId="77777777" w:rsidR="008F72A6" w:rsidRPr="00531435" w:rsidRDefault="008F72A6">
      <w:pPr>
        <w:rPr>
          <w:rFonts w:ascii="Times New Roman" w:hAnsi="Times New Roman" w:cs="Times New Roman"/>
        </w:rPr>
      </w:pPr>
    </w:p>
    <w:p w14:paraId="7509CE90" w14:textId="77777777" w:rsidR="006F7C21" w:rsidRPr="00531435" w:rsidRDefault="006F7C21">
      <w:pPr>
        <w:rPr>
          <w:rFonts w:ascii="Times New Roman" w:hAnsi="Times New Roman" w:cs="Times New Roman"/>
        </w:rPr>
      </w:pPr>
    </w:p>
    <w:p w14:paraId="144660ED" w14:textId="77777777" w:rsidR="006F7C21" w:rsidRPr="00531435" w:rsidRDefault="006F7C21">
      <w:pPr>
        <w:rPr>
          <w:rFonts w:ascii="Times New Roman" w:hAnsi="Times New Roman" w:cs="Times New Roman"/>
        </w:rPr>
      </w:pPr>
    </w:p>
    <w:p w14:paraId="6B012C40" w14:textId="77777777" w:rsidR="006F7C21" w:rsidRPr="00531435" w:rsidRDefault="006F7C21">
      <w:pPr>
        <w:rPr>
          <w:rFonts w:ascii="Times New Roman" w:hAnsi="Times New Roman" w:cs="Times New Roman"/>
        </w:rPr>
      </w:pPr>
    </w:p>
    <w:p w14:paraId="270B9062" w14:textId="77777777" w:rsidR="006F7C21" w:rsidRPr="00531435" w:rsidRDefault="006F7C21">
      <w:pPr>
        <w:rPr>
          <w:rFonts w:ascii="Times New Roman" w:hAnsi="Times New Roman" w:cs="Times New Roman"/>
        </w:rPr>
      </w:pPr>
    </w:p>
    <w:p w14:paraId="01AEC045" w14:textId="77777777" w:rsidR="006F7C21" w:rsidRPr="00531435" w:rsidRDefault="006F7C21">
      <w:pPr>
        <w:rPr>
          <w:rFonts w:ascii="Times New Roman" w:hAnsi="Times New Roman" w:cs="Times New Roman"/>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9866"/>
      </w:tblGrid>
      <w:tr w:rsidR="0012048A" w:rsidRPr="00531435" w14:paraId="7289B855" w14:textId="77777777">
        <w:trPr>
          <w:jc w:val="center"/>
        </w:trPr>
        <w:tc>
          <w:tcPr>
            <w:tcW w:w="9866" w:type="dxa"/>
            <w:shd w:val="clear" w:color="auto" w:fill="173F5F"/>
            <w:tcMar>
              <w:top w:w="70" w:type="dxa"/>
              <w:left w:w="110" w:type="dxa"/>
              <w:bottom w:w="70" w:type="dxa"/>
              <w:right w:w="110" w:type="dxa"/>
            </w:tcMar>
          </w:tcPr>
          <w:p w14:paraId="2812C12E" w14:textId="44A4A74A" w:rsidR="0012048A" w:rsidRPr="00531435" w:rsidRDefault="006C3B6B">
            <w:pPr>
              <w:pStyle w:val="SectionHeadingFZS"/>
              <w:spacing w:after="0"/>
              <w:rPr>
                <w:rFonts w:ascii="Times New Roman" w:hAnsi="Times New Roman" w:cs="Times New Roman"/>
              </w:rPr>
            </w:pPr>
            <w:r w:rsidRPr="00531435">
              <w:rPr>
                <w:rFonts w:ascii="Times New Roman" w:hAnsi="Times New Roman" w:cs="Times New Roman"/>
              </w:rPr>
              <w:t xml:space="preserve">2. </w:t>
            </w:r>
            <w:r w:rsidR="00434B50" w:rsidRPr="00531435">
              <w:rPr>
                <w:rFonts w:ascii="Times New Roman" w:hAnsi="Times New Roman" w:cs="Times New Roman"/>
              </w:rPr>
              <w:t>Brief Follow-up on the Approved ISP</w:t>
            </w:r>
          </w:p>
        </w:tc>
      </w:tr>
    </w:tbl>
    <w:p w14:paraId="287195AF" w14:textId="77777777" w:rsidR="0012048A" w:rsidRPr="00531435" w:rsidRDefault="0012048A">
      <w:pPr>
        <w:rPr>
          <w:rFonts w:ascii="Times New Roman" w:hAnsi="Times New Roman" w:cs="Times New Roman"/>
        </w:rPr>
      </w:pPr>
    </w:p>
    <w:tbl>
      <w:tblPr>
        <w:tblStyle w:val="Mkatabulky"/>
        <w:tblW w:w="0" w:type="auto"/>
        <w:jc w:val="center"/>
        <w:tblBorders>
          <w:top w:val="single" w:sz="8" w:space="0" w:color="B7C3CE"/>
          <w:left w:val="single" w:sz="8" w:space="0" w:color="B7C3CE"/>
          <w:bottom w:val="single" w:sz="8" w:space="0" w:color="B7C3CE"/>
          <w:right w:val="single" w:sz="8" w:space="0" w:color="B7C3CE"/>
          <w:insideH w:val="single" w:sz="8" w:space="0" w:color="B7C3CE"/>
          <w:insideV w:val="single" w:sz="8" w:space="0" w:color="B7C3CE"/>
        </w:tblBorders>
        <w:tblLook w:val="04A0" w:firstRow="1" w:lastRow="0" w:firstColumn="1" w:lastColumn="0" w:noHBand="0" w:noVBand="1"/>
      </w:tblPr>
      <w:tblGrid>
        <w:gridCol w:w="3231"/>
        <w:gridCol w:w="6520"/>
      </w:tblGrid>
      <w:tr w:rsidR="0012048A" w:rsidRPr="00531435" w14:paraId="41D57886" w14:textId="77777777">
        <w:trPr>
          <w:jc w:val="center"/>
        </w:trPr>
        <w:tc>
          <w:tcPr>
            <w:tcW w:w="3231" w:type="dxa"/>
            <w:shd w:val="clear" w:color="auto" w:fill="EEF3F7"/>
            <w:tcMar>
              <w:top w:w="90" w:type="dxa"/>
              <w:left w:w="100" w:type="dxa"/>
              <w:bottom w:w="90" w:type="dxa"/>
              <w:right w:w="100" w:type="dxa"/>
            </w:tcMar>
            <w:vAlign w:val="center"/>
          </w:tcPr>
          <w:p w14:paraId="28881758" w14:textId="48DB13AA" w:rsidR="0012048A" w:rsidRPr="00531435" w:rsidRDefault="00434B50">
            <w:pPr>
              <w:rPr>
                <w:rFonts w:ascii="Times New Roman" w:hAnsi="Times New Roman" w:cs="Times New Roman"/>
              </w:rPr>
            </w:pPr>
            <w:r w:rsidRPr="00531435">
              <w:rPr>
                <w:rFonts w:ascii="Times New Roman" w:hAnsi="Times New Roman" w:cs="Times New Roman"/>
                <w:b/>
                <w:color w:val="173F5F"/>
              </w:rPr>
              <w:t>Evaluation of the semester according to the ISP</w:t>
            </w:r>
          </w:p>
        </w:tc>
        <w:tc>
          <w:tcPr>
            <w:tcW w:w="6520" w:type="dxa"/>
            <w:tcMar>
              <w:top w:w="90" w:type="dxa"/>
              <w:left w:w="100" w:type="dxa"/>
              <w:bottom w:w="90" w:type="dxa"/>
              <w:right w:w="100" w:type="dxa"/>
            </w:tcMar>
            <w:vAlign w:val="center"/>
          </w:tcPr>
          <w:p w14:paraId="07F44A5D" w14:textId="77777777" w:rsidR="0012048A" w:rsidRPr="00531435" w:rsidRDefault="006C3B6B">
            <w:pPr>
              <w:rPr>
                <w:rFonts w:ascii="Times New Roman" w:hAnsi="Times New Roman" w:cs="Times New Roman"/>
              </w:rPr>
            </w:pP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color w:val="FF0000"/>
              </w:rPr>
              <w:br/>
            </w:r>
          </w:p>
        </w:tc>
      </w:tr>
      <w:tr w:rsidR="0012048A" w:rsidRPr="00531435" w14:paraId="3900EB70" w14:textId="77777777">
        <w:trPr>
          <w:jc w:val="center"/>
        </w:trPr>
        <w:tc>
          <w:tcPr>
            <w:tcW w:w="3231" w:type="dxa"/>
            <w:shd w:val="clear" w:color="auto" w:fill="EEF3F7"/>
            <w:tcMar>
              <w:top w:w="90" w:type="dxa"/>
              <w:left w:w="100" w:type="dxa"/>
              <w:bottom w:w="90" w:type="dxa"/>
              <w:right w:w="100" w:type="dxa"/>
            </w:tcMar>
            <w:vAlign w:val="center"/>
          </w:tcPr>
          <w:p w14:paraId="357D8300" w14:textId="7C189735" w:rsidR="0012048A" w:rsidRPr="00531435" w:rsidRDefault="00434B50">
            <w:pPr>
              <w:rPr>
                <w:rFonts w:ascii="Times New Roman" w:hAnsi="Times New Roman" w:cs="Times New Roman"/>
              </w:rPr>
            </w:pPr>
            <w:r w:rsidRPr="00531435">
              <w:rPr>
                <w:rFonts w:ascii="Times New Roman" w:hAnsi="Times New Roman" w:cs="Times New Roman"/>
                <w:b/>
                <w:color w:val="173F5F"/>
              </w:rPr>
              <w:t>Key planned outputs / milestones</w:t>
            </w:r>
          </w:p>
        </w:tc>
        <w:tc>
          <w:tcPr>
            <w:tcW w:w="6520" w:type="dxa"/>
            <w:tcMar>
              <w:top w:w="90" w:type="dxa"/>
              <w:left w:w="100" w:type="dxa"/>
              <w:bottom w:w="90" w:type="dxa"/>
              <w:right w:w="100" w:type="dxa"/>
            </w:tcMar>
            <w:vAlign w:val="center"/>
          </w:tcPr>
          <w:p w14:paraId="2B175411" w14:textId="77777777" w:rsidR="0012048A" w:rsidRPr="00531435" w:rsidRDefault="006C3B6B">
            <w:pPr>
              <w:rPr>
                <w:rFonts w:ascii="Times New Roman" w:hAnsi="Times New Roman" w:cs="Times New Roman"/>
              </w:rPr>
            </w:pP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p>
        </w:tc>
      </w:tr>
      <w:tr w:rsidR="0012048A" w:rsidRPr="00531435" w14:paraId="79FAE187" w14:textId="77777777">
        <w:trPr>
          <w:jc w:val="center"/>
        </w:trPr>
        <w:tc>
          <w:tcPr>
            <w:tcW w:w="3231" w:type="dxa"/>
            <w:shd w:val="clear" w:color="auto" w:fill="EEF3F7"/>
            <w:tcMar>
              <w:top w:w="90" w:type="dxa"/>
              <w:left w:w="100" w:type="dxa"/>
              <w:bottom w:w="90" w:type="dxa"/>
              <w:right w:w="100" w:type="dxa"/>
            </w:tcMar>
            <w:vAlign w:val="center"/>
          </w:tcPr>
          <w:p w14:paraId="73550AAA" w14:textId="6CF6160E" w:rsidR="0012048A" w:rsidRPr="00531435" w:rsidRDefault="00434B50">
            <w:pPr>
              <w:rPr>
                <w:rFonts w:ascii="Times New Roman" w:hAnsi="Times New Roman" w:cs="Times New Roman"/>
              </w:rPr>
            </w:pPr>
            <w:r w:rsidRPr="00531435">
              <w:rPr>
                <w:rFonts w:ascii="Times New Roman" w:hAnsi="Times New Roman" w:cs="Times New Roman"/>
                <w:b/>
                <w:color w:val="173F5F"/>
              </w:rPr>
              <w:t>Any changes compared to the original ISP and their justification</w:t>
            </w:r>
          </w:p>
        </w:tc>
        <w:tc>
          <w:tcPr>
            <w:tcW w:w="6520" w:type="dxa"/>
            <w:tcMar>
              <w:top w:w="90" w:type="dxa"/>
              <w:left w:w="100" w:type="dxa"/>
              <w:bottom w:w="90" w:type="dxa"/>
              <w:right w:w="100" w:type="dxa"/>
            </w:tcMar>
            <w:vAlign w:val="center"/>
          </w:tcPr>
          <w:p w14:paraId="208719F0" w14:textId="77777777" w:rsidR="0012048A" w:rsidRPr="00531435" w:rsidRDefault="006C3B6B">
            <w:pPr>
              <w:rPr>
                <w:rFonts w:ascii="Times New Roman" w:hAnsi="Times New Roman" w:cs="Times New Roman"/>
              </w:rPr>
            </w:pP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p>
        </w:tc>
      </w:tr>
    </w:tbl>
    <w:p w14:paraId="28AAF3FA" w14:textId="77777777" w:rsidR="0012048A" w:rsidRPr="00531435" w:rsidRDefault="0012048A">
      <w:pPr>
        <w:rPr>
          <w:rFonts w:ascii="Times New Roman" w:hAnsi="Times New Roman" w:cs="Times New Roman"/>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9866"/>
      </w:tblGrid>
      <w:tr w:rsidR="0012048A" w:rsidRPr="00531435" w14:paraId="61B1254F" w14:textId="77777777">
        <w:trPr>
          <w:jc w:val="center"/>
        </w:trPr>
        <w:tc>
          <w:tcPr>
            <w:tcW w:w="9866" w:type="dxa"/>
            <w:shd w:val="clear" w:color="auto" w:fill="173F5F"/>
            <w:tcMar>
              <w:top w:w="70" w:type="dxa"/>
              <w:left w:w="110" w:type="dxa"/>
              <w:bottom w:w="70" w:type="dxa"/>
              <w:right w:w="110" w:type="dxa"/>
            </w:tcMar>
          </w:tcPr>
          <w:p w14:paraId="415E8215" w14:textId="403CC66A" w:rsidR="0012048A" w:rsidRPr="00531435" w:rsidRDefault="006C3B6B">
            <w:pPr>
              <w:pStyle w:val="SectionHeadingFZS"/>
              <w:spacing w:after="0"/>
              <w:rPr>
                <w:rFonts w:ascii="Times New Roman" w:hAnsi="Times New Roman" w:cs="Times New Roman"/>
              </w:rPr>
            </w:pPr>
            <w:r w:rsidRPr="00531435">
              <w:rPr>
                <w:rFonts w:ascii="Times New Roman" w:hAnsi="Times New Roman" w:cs="Times New Roman"/>
              </w:rPr>
              <w:t xml:space="preserve">3. </w:t>
            </w:r>
            <w:r w:rsidR="00434B50" w:rsidRPr="00531435">
              <w:rPr>
                <w:rFonts w:ascii="Times New Roman" w:hAnsi="Times New Roman" w:cs="Times New Roman"/>
              </w:rPr>
              <w:t>Self-Evaluation of the Ph.D. Student</w:t>
            </w:r>
          </w:p>
        </w:tc>
      </w:tr>
    </w:tbl>
    <w:p w14:paraId="63F1450D" w14:textId="77777777" w:rsidR="0012048A" w:rsidRPr="00531435" w:rsidRDefault="0012048A">
      <w:pPr>
        <w:rPr>
          <w:rFonts w:ascii="Times New Roman" w:hAnsi="Times New Roman" w:cs="Times New Roman"/>
        </w:rPr>
      </w:pPr>
    </w:p>
    <w:tbl>
      <w:tblPr>
        <w:tblW w:w="0" w:type="auto"/>
        <w:jc w:val="center"/>
        <w:tblBorders>
          <w:top w:val="single" w:sz="6" w:space="0" w:color="D6DEE5"/>
          <w:left w:val="single" w:sz="6" w:space="0" w:color="D6DEE5"/>
          <w:bottom w:val="single" w:sz="6" w:space="0" w:color="D6DEE5"/>
          <w:right w:val="single" w:sz="6" w:space="0" w:color="D6DEE5"/>
          <w:insideH w:val="single" w:sz="6" w:space="0" w:color="D6DEE5"/>
          <w:insideV w:val="single" w:sz="6" w:space="0" w:color="D6DEE5"/>
        </w:tblBorders>
        <w:tblLook w:val="04A0" w:firstRow="1" w:lastRow="0" w:firstColumn="1" w:lastColumn="0" w:noHBand="0" w:noVBand="1"/>
      </w:tblPr>
      <w:tblGrid>
        <w:gridCol w:w="9850"/>
      </w:tblGrid>
      <w:tr w:rsidR="0012048A" w:rsidRPr="00531435" w14:paraId="3A40D467" w14:textId="77777777">
        <w:trPr>
          <w:jc w:val="center"/>
        </w:trPr>
        <w:tc>
          <w:tcPr>
            <w:tcW w:w="9866" w:type="dxa"/>
            <w:shd w:val="clear" w:color="auto" w:fill="F3F5F7"/>
            <w:tcMar>
              <w:top w:w="120" w:type="dxa"/>
              <w:left w:w="120" w:type="dxa"/>
              <w:bottom w:w="120" w:type="dxa"/>
              <w:right w:w="120" w:type="dxa"/>
            </w:tcMar>
          </w:tcPr>
          <w:p w14:paraId="39F2FF81" w14:textId="0B407466" w:rsidR="0012048A" w:rsidRPr="00531435" w:rsidRDefault="00434B50">
            <w:pPr>
              <w:pStyle w:val="SmallNote"/>
              <w:rPr>
                <w:rFonts w:ascii="Times New Roman" w:hAnsi="Times New Roman" w:cs="Times New Roman"/>
              </w:rPr>
            </w:pPr>
            <w:r w:rsidRPr="00531435">
              <w:rPr>
                <w:rFonts w:ascii="Times New Roman" w:hAnsi="Times New Roman" w:cs="Times New Roman"/>
                <w:sz w:val="20"/>
                <w:szCs w:val="24"/>
              </w:rPr>
              <w:t xml:space="preserve">The student shall briefly evaluate what was planned for the evaluated semester, what was </w:t>
            </w:r>
            <w:proofErr w:type="gramStart"/>
            <w:r w:rsidRPr="00531435">
              <w:rPr>
                <w:rFonts w:ascii="Times New Roman" w:hAnsi="Times New Roman" w:cs="Times New Roman"/>
                <w:sz w:val="20"/>
                <w:szCs w:val="24"/>
              </w:rPr>
              <w:t>actually fulfilled</w:t>
            </w:r>
            <w:proofErr w:type="gramEnd"/>
            <w:r w:rsidRPr="00531435">
              <w:rPr>
                <w:rFonts w:ascii="Times New Roman" w:hAnsi="Times New Roman" w:cs="Times New Roman"/>
                <w:sz w:val="20"/>
                <w:szCs w:val="24"/>
              </w:rPr>
              <w:t>, what documents or outputs can be provided as evidence, and which circumstances influenced the course of study. The student must remember to register all outputs in the OBD UJEP database and properly state the affiliation of the Faculty of Health Studies, UJEP.</w:t>
            </w:r>
          </w:p>
        </w:tc>
      </w:tr>
    </w:tbl>
    <w:p w14:paraId="64213368" w14:textId="77777777" w:rsidR="0012048A" w:rsidRPr="00531435" w:rsidRDefault="0012048A">
      <w:pPr>
        <w:rPr>
          <w:rFonts w:ascii="Times New Roman" w:hAnsi="Times New Roman" w:cs="Times New Roman"/>
        </w:rPr>
      </w:pPr>
    </w:p>
    <w:tbl>
      <w:tblPr>
        <w:tblStyle w:val="Mkatabulky"/>
        <w:tblW w:w="0" w:type="auto"/>
        <w:jc w:val="center"/>
        <w:tblBorders>
          <w:top w:val="single" w:sz="8" w:space="0" w:color="B7C3CE"/>
          <w:left w:val="single" w:sz="8" w:space="0" w:color="B7C3CE"/>
          <w:bottom w:val="single" w:sz="8" w:space="0" w:color="B7C3CE"/>
          <w:right w:val="single" w:sz="8" w:space="0" w:color="B7C3CE"/>
          <w:insideH w:val="single" w:sz="8" w:space="0" w:color="B7C3CE"/>
          <w:insideV w:val="single" w:sz="8" w:space="0" w:color="B7C3CE"/>
        </w:tblBorders>
        <w:tblLook w:val="04A0" w:firstRow="1" w:lastRow="0" w:firstColumn="1" w:lastColumn="0" w:noHBand="0" w:noVBand="1"/>
      </w:tblPr>
      <w:tblGrid>
        <w:gridCol w:w="2027"/>
        <w:gridCol w:w="2225"/>
        <w:gridCol w:w="2286"/>
        <w:gridCol w:w="1443"/>
        <w:gridCol w:w="1865"/>
      </w:tblGrid>
      <w:tr w:rsidR="0012048A" w:rsidRPr="00531435" w14:paraId="5E2C3E67" w14:textId="77777777">
        <w:trPr>
          <w:tblHeader/>
          <w:jc w:val="center"/>
        </w:trPr>
        <w:tc>
          <w:tcPr>
            <w:tcW w:w="2041" w:type="dxa"/>
            <w:shd w:val="clear" w:color="auto" w:fill="DCE6F1"/>
            <w:tcMar>
              <w:top w:w="90" w:type="dxa"/>
              <w:left w:w="100" w:type="dxa"/>
              <w:bottom w:w="90" w:type="dxa"/>
              <w:right w:w="100" w:type="dxa"/>
            </w:tcMar>
            <w:vAlign w:val="center"/>
          </w:tcPr>
          <w:p w14:paraId="68BDFB43" w14:textId="4EF4E0C5" w:rsidR="0012048A" w:rsidRPr="00531435" w:rsidRDefault="00434B50">
            <w:pPr>
              <w:rPr>
                <w:rFonts w:ascii="Times New Roman" w:hAnsi="Times New Roman" w:cs="Times New Roman"/>
              </w:rPr>
            </w:pPr>
            <w:r w:rsidRPr="00531435">
              <w:rPr>
                <w:rFonts w:ascii="Times New Roman" w:hAnsi="Times New Roman" w:cs="Times New Roman"/>
              </w:rPr>
              <w:t>Area</w:t>
            </w:r>
          </w:p>
        </w:tc>
        <w:tc>
          <w:tcPr>
            <w:tcW w:w="2324" w:type="dxa"/>
            <w:shd w:val="clear" w:color="auto" w:fill="DCE6F1"/>
            <w:tcMar>
              <w:top w:w="90" w:type="dxa"/>
              <w:left w:w="100" w:type="dxa"/>
              <w:bottom w:w="90" w:type="dxa"/>
              <w:right w:w="100" w:type="dxa"/>
            </w:tcMar>
            <w:vAlign w:val="center"/>
          </w:tcPr>
          <w:p w14:paraId="5B5D3B6A" w14:textId="309939AC" w:rsidR="0012048A" w:rsidRPr="00531435" w:rsidRDefault="00434B50">
            <w:pPr>
              <w:rPr>
                <w:rFonts w:ascii="Times New Roman" w:hAnsi="Times New Roman" w:cs="Times New Roman"/>
              </w:rPr>
            </w:pPr>
            <w:r w:rsidRPr="00531435">
              <w:rPr>
                <w:rFonts w:ascii="Times New Roman" w:hAnsi="Times New Roman" w:cs="Times New Roman"/>
              </w:rPr>
              <w:t>Plan for the Evaluated Semester</w:t>
            </w:r>
          </w:p>
        </w:tc>
        <w:tc>
          <w:tcPr>
            <w:tcW w:w="2381" w:type="dxa"/>
            <w:shd w:val="clear" w:color="auto" w:fill="DCE6F1"/>
            <w:tcMar>
              <w:top w:w="90" w:type="dxa"/>
              <w:left w:w="100" w:type="dxa"/>
              <w:bottom w:w="90" w:type="dxa"/>
              <w:right w:w="100" w:type="dxa"/>
            </w:tcMar>
            <w:vAlign w:val="center"/>
          </w:tcPr>
          <w:p w14:paraId="22BD37F0" w14:textId="66A34D6E" w:rsidR="0012048A" w:rsidRPr="00531435" w:rsidRDefault="00434B50">
            <w:pPr>
              <w:rPr>
                <w:rFonts w:ascii="Times New Roman" w:hAnsi="Times New Roman" w:cs="Times New Roman"/>
              </w:rPr>
            </w:pPr>
            <w:r w:rsidRPr="00531435">
              <w:rPr>
                <w:rFonts w:ascii="Times New Roman" w:hAnsi="Times New Roman" w:cs="Times New Roman"/>
              </w:rPr>
              <w:t>Actual Fulfillment / Output</w:t>
            </w:r>
          </w:p>
        </w:tc>
        <w:tc>
          <w:tcPr>
            <w:tcW w:w="1474" w:type="dxa"/>
            <w:shd w:val="clear" w:color="auto" w:fill="DCE6F1"/>
            <w:tcMar>
              <w:top w:w="90" w:type="dxa"/>
              <w:left w:w="100" w:type="dxa"/>
              <w:bottom w:w="90" w:type="dxa"/>
              <w:right w:w="100" w:type="dxa"/>
            </w:tcMar>
            <w:vAlign w:val="center"/>
          </w:tcPr>
          <w:p w14:paraId="5017B147" w14:textId="1261B176" w:rsidR="0012048A" w:rsidRPr="00531435" w:rsidRDefault="00434B50">
            <w:pPr>
              <w:rPr>
                <w:rFonts w:ascii="Times New Roman" w:hAnsi="Times New Roman" w:cs="Times New Roman"/>
              </w:rPr>
            </w:pPr>
            <w:r w:rsidRPr="00531435">
              <w:rPr>
                <w:rFonts w:ascii="Times New Roman" w:hAnsi="Times New Roman" w:cs="Times New Roman"/>
              </w:rPr>
              <w:t>Document / Evidence</w:t>
            </w:r>
          </w:p>
        </w:tc>
        <w:tc>
          <w:tcPr>
            <w:tcW w:w="1928" w:type="dxa"/>
            <w:shd w:val="clear" w:color="auto" w:fill="DCE6F1"/>
            <w:tcMar>
              <w:top w:w="90" w:type="dxa"/>
              <w:left w:w="100" w:type="dxa"/>
              <w:bottom w:w="90" w:type="dxa"/>
              <w:right w:w="100" w:type="dxa"/>
            </w:tcMar>
            <w:vAlign w:val="center"/>
          </w:tcPr>
          <w:p w14:paraId="37F8C863" w14:textId="634214EA" w:rsidR="0012048A" w:rsidRPr="00531435" w:rsidRDefault="00434B50">
            <w:pPr>
              <w:rPr>
                <w:rFonts w:ascii="Times New Roman" w:hAnsi="Times New Roman" w:cs="Times New Roman"/>
              </w:rPr>
            </w:pPr>
            <w:r w:rsidRPr="00531435">
              <w:rPr>
                <w:rFonts w:ascii="Times New Roman" w:hAnsi="Times New Roman" w:cs="Times New Roman"/>
              </w:rPr>
              <w:t>Student's Evaluation</w:t>
            </w:r>
          </w:p>
        </w:tc>
      </w:tr>
      <w:tr w:rsidR="0012048A" w:rsidRPr="00531435" w14:paraId="479D7F84" w14:textId="77777777">
        <w:trPr>
          <w:jc w:val="center"/>
        </w:trPr>
        <w:tc>
          <w:tcPr>
            <w:tcW w:w="2041" w:type="dxa"/>
            <w:tcMar>
              <w:top w:w="90" w:type="dxa"/>
              <w:left w:w="100" w:type="dxa"/>
              <w:bottom w:w="90" w:type="dxa"/>
              <w:right w:w="100" w:type="dxa"/>
            </w:tcMar>
            <w:vAlign w:val="center"/>
          </w:tcPr>
          <w:p w14:paraId="6262D759" w14:textId="60033BE4" w:rsidR="0012048A" w:rsidRPr="00531435" w:rsidRDefault="00434B50">
            <w:pPr>
              <w:rPr>
                <w:rFonts w:ascii="Times New Roman" w:hAnsi="Times New Roman" w:cs="Times New Roman"/>
              </w:rPr>
            </w:pPr>
            <w:r w:rsidRPr="00531435">
              <w:rPr>
                <w:rFonts w:ascii="Times New Roman" w:hAnsi="Times New Roman" w:cs="Times New Roman"/>
              </w:rPr>
              <w:t>Study subjects and certifications</w:t>
            </w:r>
          </w:p>
        </w:tc>
        <w:tc>
          <w:tcPr>
            <w:tcW w:w="2324" w:type="dxa"/>
            <w:tcMar>
              <w:top w:w="90" w:type="dxa"/>
              <w:left w:w="100" w:type="dxa"/>
              <w:bottom w:w="90" w:type="dxa"/>
              <w:right w:w="100" w:type="dxa"/>
            </w:tcMar>
            <w:vAlign w:val="center"/>
          </w:tcPr>
          <w:p w14:paraId="04EC5AAF" w14:textId="77777777" w:rsidR="0012048A" w:rsidRPr="00531435" w:rsidRDefault="0012048A">
            <w:pPr>
              <w:rPr>
                <w:rFonts w:ascii="Times New Roman" w:hAnsi="Times New Roman" w:cs="Times New Roman"/>
              </w:rPr>
            </w:pPr>
          </w:p>
        </w:tc>
        <w:tc>
          <w:tcPr>
            <w:tcW w:w="2381" w:type="dxa"/>
            <w:tcMar>
              <w:top w:w="90" w:type="dxa"/>
              <w:left w:w="100" w:type="dxa"/>
              <w:bottom w:w="90" w:type="dxa"/>
              <w:right w:w="100" w:type="dxa"/>
            </w:tcMar>
            <w:vAlign w:val="center"/>
          </w:tcPr>
          <w:p w14:paraId="7A5FADE2" w14:textId="77777777" w:rsidR="0012048A" w:rsidRPr="00531435" w:rsidRDefault="0012048A">
            <w:pPr>
              <w:rPr>
                <w:rFonts w:ascii="Times New Roman" w:hAnsi="Times New Roman" w:cs="Times New Roman"/>
              </w:rPr>
            </w:pPr>
          </w:p>
        </w:tc>
        <w:tc>
          <w:tcPr>
            <w:tcW w:w="1474" w:type="dxa"/>
            <w:tcMar>
              <w:top w:w="90" w:type="dxa"/>
              <w:left w:w="100" w:type="dxa"/>
              <w:bottom w:w="90" w:type="dxa"/>
              <w:right w:w="100" w:type="dxa"/>
            </w:tcMar>
            <w:vAlign w:val="center"/>
          </w:tcPr>
          <w:p w14:paraId="439EADCA" w14:textId="77777777" w:rsidR="0012048A" w:rsidRPr="00531435" w:rsidRDefault="0012048A">
            <w:pPr>
              <w:rPr>
                <w:rFonts w:ascii="Times New Roman" w:hAnsi="Times New Roman" w:cs="Times New Roman"/>
              </w:rPr>
            </w:pPr>
          </w:p>
        </w:tc>
        <w:tc>
          <w:tcPr>
            <w:tcW w:w="1928" w:type="dxa"/>
            <w:tcMar>
              <w:top w:w="90" w:type="dxa"/>
              <w:left w:w="100" w:type="dxa"/>
              <w:bottom w:w="90" w:type="dxa"/>
              <w:right w:w="100" w:type="dxa"/>
            </w:tcMar>
            <w:vAlign w:val="center"/>
          </w:tcPr>
          <w:p w14:paraId="397DED6F" w14:textId="3E8F4AF9" w:rsidR="004005D3" w:rsidRPr="00531435" w:rsidRDefault="006C3B6B">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w:t>
            </w:r>
            <w:r w:rsidR="00434B50" w:rsidRPr="00531435">
              <w:rPr>
                <w:rFonts w:ascii="Times New Roman" w:hAnsi="Times New Roman" w:cs="Times New Roman"/>
              </w:rPr>
              <w:t>fulfilled</w:t>
            </w:r>
            <w:r w:rsidRPr="00531435">
              <w:rPr>
                <w:rFonts w:ascii="Times New Roman" w:hAnsi="Times New Roman" w:cs="Times New Roman"/>
              </w:rPr>
              <w:t xml:space="preserve"> </w:t>
            </w:r>
          </w:p>
          <w:p w14:paraId="2F0A8701" w14:textId="32E9AAB5" w:rsidR="004005D3" w:rsidRPr="00531435" w:rsidRDefault="006C3B6B">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w:t>
            </w:r>
            <w:r w:rsidR="00434B50" w:rsidRPr="00531435">
              <w:rPr>
                <w:rFonts w:ascii="Times New Roman" w:hAnsi="Times New Roman" w:cs="Times New Roman"/>
              </w:rPr>
              <w:t>partially</w:t>
            </w:r>
            <w:r w:rsidRPr="00531435">
              <w:rPr>
                <w:rFonts w:ascii="Times New Roman" w:hAnsi="Times New Roman" w:cs="Times New Roman"/>
              </w:rPr>
              <w:t xml:space="preserve"> </w:t>
            </w:r>
          </w:p>
          <w:p w14:paraId="41E9F65F" w14:textId="3AC07756" w:rsidR="0012048A" w:rsidRPr="00531435" w:rsidRDefault="006C3B6B">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w:t>
            </w:r>
            <w:r w:rsidR="00434B50" w:rsidRPr="00531435">
              <w:rPr>
                <w:rFonts w:ascii="Times New Roman" w:hAnsi="Times New Roman" w:cs="Times New Roman"/>
              </w:rPr>
              <w:t>unfulfilled</w:t>
            </w:r>
          </w:p>
        </w:tc>
      </w:tr>
      <w:tr w:rsidR="0012048A" w:rsidRPr="00531435" w14:paraId="3165061C" w14:textId="77777777">
        <w:trPr>
          <w:jc w:val="center"/>
        </w:trPr>
        <w:tc>
          <w:tcPr>
            <w:tcW w:w="2041" w:type="dxa"/>
            <w:tcMar>
              <w:top w:w="90" w:type="dxa"/>
              <w:left w:w="100" w:type="dxa"/>
              <w:bottom w:w="90" w:type="dxa"/>
              <w:right w:w="100" w:type="dxa"/>
            </w:tcMar>
            <w:vAlign w:val="center"/>
          </w:tcPr>
          <w:p w14:paraId="0031BF1A" w14:textId="08885A43" w:rsidR="0012048A" w:rsidRPr="00531435" w:rsidRDefault="00B9584A">
            <w:pPr>
              <w:rPr>
                <w:rFonts w:ascii="Times New Roman" w:hAnsi="Times New Roman" w:cs="Times New Roman"/>
              </w:rPr>
            </w:pPr>
            <w:r w:rsidRPr="00531435">
              <w:rPr>
                <w:rFonts w:ascii="Times New Roman" w:hAnsi="Times New Roman" w:cs="Times New Roman"/>
              </w:rPr>
              <w:t>Dissertation thesis – progress of solution</w:t>
            </w:r>
          </w:p>
        </w:tc>
        <w:tc>
          <w:tcPr>
            <w:tcW w:w="2324" w:type="dxa"/>
            <w:tcMar>
              <w:top w:w="90" w:type="dxa"/>
              <w:left w:w="100" w:type="dxa"/>
              <w:bottom w:w="90" w:type="dxa"/>
              <w:right w:w="100" w:type="dxa"/>
            </w:tcMar>
            <w:vAlign w:val="center"/>
          </w:tcPr>
          <w:p w14:paraId="0F7CFB40" w14:textId="77777777" w:rsidR="0012048A" w:rsidRPr="00531435" w:rsidRDefault="0012048A">
            <w:pPr>
              <w:rPr>
                <w:rFonts w:ascii="Times New Roman" w:hAnsi="Times New Roman" w:cs="Times New Roman"/>
              </w:rPr>
            </w:pPr>
          </w:p>
        </w:tc>
        <w:tc>
          <w:tcPr>
            <w:tcW w:w="2381" w:type="dxa"/>
            <w:tcMar>
              <w:top w:w="90" w:type="dxa"/>
              <w:left w:w="100" w:type="dxa"/>
              <w:bottom w:w="90" w:type="dxa"/>
              <w:right w:w="100" w:type="dxa"/>
            </w:tcMar>
            <w:vAlign w:val="center"/>
          </w:tcPr>
          <w:p w14:paraId="48BF7F92" w14:textId="77777777" w:rsidR="0012048A" w:rsidRPr="00531435" w:rsidRDefault="0012048A">
            <w:pPr>
              <w:rPr>
                <w:rFonts w:ascii="Times New Roman" w:hAnsi="Times New Roman" w:cs="Times New Roman"/>
              </w:rPr>
            </w:pPr>
          </w:p>
        </w:tc>
        <w:tc>
          <w:tcPr>
            <w:tcW w:w="1474" w:type="dxa"/>
            <w:tcMar>
              <w:top w:w="90" w:type="dxa"/>
              <w:left w:w="100" w:type="dxa"/>
              <w:bottom w:w="90" w:type="dxa"/>
              <w:right w:w="100" w:type="dxa"/>
            </w:tcMar>
            <w:vAlign w:val="center"/>
          </w:tcPr>
          <w:p w14:paraId="758DEA85" w14:textId="77777777" w:rsidR="0012048A" w:rsidRPr="00531435" w:rsidRDefault="0012048A">
            <w:pPr>
              <w:rPr>
                <w:rFonts w:ascii="Times New Roman" w:hAnsi="Times New Roman" w:cs="Times New Roman"/>
              </w:rPr>
            </w:pPr>
          </w:p>
        </w:tc>
        <w:tc>
          <w:tcPr>
            <w:tcW w:w="1928" w:type="dxa"/>
            <w:tcMar>
              <w:top w:w="90" w:type="dxa"/>
              <w:left w:w="100" w:type="dxa"/>
              <w:bottom w:w="90" w:type="dxa"/>
              <w:right w:w="100" w:type="dxa"/>
            </w:tcMar>
            <w:vAlign w:val="center"/>
          </w:tcPr>
          <w:p w14:paraId="6E8FB023" w14:textId="77777777" w:rsidR="00434B50" w:rsidRPr="00531435" w:rsidRDefault="00434B50" w:rsidP="00434B50">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fulfilled </w:t>
            </w:r>
          </w:p>
          <w:p w14:paraId="19652494" w14:textId="77777777" w:rsidR="00434B50" w:rsidRPr="00531435" w:rsidRDefault="00434B50" w:rsidP="00434B50">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partially </w:t>
            </w:r>
          </w:p>
          <w:p w14:paraId="0BDCD1B0" w14:textId="583910F7" w:rsidR="0012048A" w:rsidRPr="00531435" w:rsidRDefault="00434B50" w:rsidP="00434B50">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unfulfilled</w:t>
            </w:r>
          </w:p>
        </w:tc>
      </w:tr>
      <w:tr w:rsidR="0012048A" w:rsidRPr="00531435" w14:paraId="70A9BFAA" w14:textId="77777777">
        <w:trPr>
          <w:jc w:val="center"/>
        </w:trPr>
        <w:tc>
          <w:tcPr>
            <w:tcW w:w="2041" w:type="dxa"/>
            <w:tcMar>
              <w:top w:w="90" w:type="dxa"/>
              <w:left w:w="100" w:type="dxa"/>
              <w:bottom w:w="90" w:type="dxa"/>
              <w:right w:w="100" w:type="dxa"/>
            </w:tcMar>
            <w:vAlign w:val="center"/>
          </w:tcPr>
          <w:p w14:paraId="0BA82A5B" w14:textId="00A5CA68" w:rsidR="0012048A" w:rsidRPr="00531435" w:rsidRDefault="00B9584A">
            <w:pPr>
              <w:rPr>
                <w:rFonts w:ascii="Times New Roman" w:hAnsi="Times New Roman" w:cs="Times New Roman"/>
              </w:rPr>
            </w:pPr>
            <w:r w:rsidRPr="00531435">
              <w:rPr>
                <w:rFonts w:ascii="Times New Roman" w:hAnsi="Times New Roman" w:cs="Times New Roman"/>
              </w:rPr>
              <w:t>Publication activity</w:t>
            </w:r>
          </w:p>
        </w:tc>
        <w:tc>
          <w:tcPr>
            <w:tcW w:w="2324" w:type="dxa"/>
            <w:tcMar>
              <w:top w:w="90" w:type="dxa"/>
              <w:left w:w="100" w:type="dxa"/>
              <w:bottom w:w="90" w:type="dxa"/>
              <w:right w:w="100" w:type="dxa"/>
            </w:tcMar>
            <w:vAlign w:val="center"/>
          </w:tcPr>
          <w:p w14:paraId="4D6D91CA" w14:textId="77777777" w:rsidR="0012048A" w:rsidRPr="00531435" w:rsidRDefault="0012048A">
            <w:pPr>
              <w:rPr>
                <w:rFonts w:ascii="Times New Roman" w:hAnsi="Times New Roman" w:cs="Times New Roman"/>
              </w:rPr>
            </w:pPr>
          </w:p>
        </w:tc>
        <w:tc>
          <w:tcPr>
            <w:tcW w:w="2381" w:type="dxa"/>
            <w:tcMar>
              <w:top w:w="90" w:type="dxa"/>
              <w:left w:w="100" w:type="dxa"/>
              <w:bottom w:w="90" w:type="dxa"/>
              <w:right w:w="100" w:type="dxa"/>
            </w:tcMar>
            <w:vAlign w:val="center"/>
          </w:tcPr>
          <w:p w14:paraId="7F7EDD14" w14:textId="77777777" w:rsidR="0012048A" w:rsidRPr="00531435" w:rsidRDefault="0012048A">
            <w:pPr>
              <w:rPr>
                <w:rFonts w:ascii="Times New Roman" w:hAnsi="Times New Roman" w:cs="Times New Roman"/>
              </w:rPr>
            </w:pPr>
          </w:p>
        </w:tc>
        <w:tc>
          <w:tcPr>
            <w:tcW w:w="1474" w:type="dxa"/>
            <w:tcMar>
              <w:top w:w="90" w:type="dxa"/>
              <w:left w:w="100" w:type="dxa"/>
              <w:bottom w:w="90" w:type="dxa"/>
              <w:right w:w="100" w:type="dxa"/>
            </w:tcMar>
            <w:vAlign w:val="center"/>
          </w:tcPr>
          <w:p w14:paraId="40F43B48" w14:textId="77777777" w:rsidR="0012048A" w:rsidRPr="00531435" w:rsidRDefault="0012048A">
            <w:pPr>
              <w:rPr>
                <w:rFonts w:ascii="Times New Roman" w:hAnsi="Times New Roman" w:cs="Times New Roman"/>
              </w:rPr>
            </w:pPr>
          </w:p>
        </w:tc>
        <w:tc>
          <w:tcPr>
            <w:tcW w:w="1928" w:type="dxa"/>
            <w:tcMar>
              <w:top w:w="90" w:type="dxa"/>
              <w:left w:w="100" w:type="dxa"/>
              <w:bottom w:w="90" w:type="dxa"/>
              <w:right w:w="100" w:type="dxa"/>
            </w:tcMar>
            <w:vAlign w:val="center"/>
          </w:tcPr>
          <w:p w14:paraId="38A2EC1A" w14:textId="77777777" w:rsidR="00434B50" w:rsidRPr="00531435" w:rsidRDefault="00434B50" w:rsidP="00434B50">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fulfilled </w:t>
            </w:r>
          </w:p>
          <w:p w14:paraId="5D4860D5" w14:textId="77777777" w:rsidR="00434B50" w:rsidRPr="00531435" w:rsidRDefault="00434B50" w:rsidP="00434B50">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partially </w:t>
            </w:r>
          </w:p>
          <w:p w14:paraId="7847AC4B" w14:textId="3CB7BED8" w:rsidR="0012048A" w:rsidRPr="00531435" w:rsidRDefault="00434B50" w:rsidP="00434B50">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unfulfilled</w:t>
            </w:r>
          </w:p>
        </w:tc>
      </w:tr>
      <w:tr w:rsidR="0012048A" w:rsidRPr="00531435" w14:paraId="67D0B7B4" w14:textId="77777777">
        <w:trPr>
          <w:jc w:val="center"/>
        </w:trPr>
        <w:tc>
          <w:tcPr>
            <w:tcW w:w="2041" w:type="dxa"/>
            <w:tcMar>
              <w:top w:w="90" w:type="dxa"/>
              <w:left w:w="100" w:type="dxa"/>
              <w:bottom w:w="90" w:type="dxa"/>
              <w:right w:w="100" w:type="dxa"/>
            </w:tcMar>
            <w:vAlign w:val="center"/>
          </w:tcPr>
          <w:p w14:paraId="3B2AD7DE" w14:textId="1F94AECC" w:rsidR="0012048A" w:rsidRPr="00531435" w:rsidRDefault="00B9584A">
            <w:pPr>
              <w:rPr>
                <w:rFonts w:ascii="Times New Roman" w:hAnsi="Times New Roman" w:cs="Times New Roman"/>
              </w:rPr>
            </w:pPr>
            <w:r w:rsidRPr="00531435">
              <w:rPr>
                <w:rFonts w:ascii="Times New Roman" w:hAnsi="Times New Roman" w:cs="Times New Roman"/>
              </w:rPr>
              <w:lastRenderedPageBreak/>
              <w:t>Conferences, seminars, workshops</w:t>
            </w:r>
          </w:p>
        </w:tc>
        <w:tc>
          <w:tcPr>
            <w:tcW w:w="2324" w:type="dxa"/>
            <w:tcMar>
              <w:top w:w="90" w:type="dxa"/>
              <w:left w:w="100" w:type="dxa"/>
              <w:bottom w:w="90" w:type="dxa"/>
              <w:right w:w="100" w:type="dxa"/>
            </w:tcMar>
            <w:vAlign w:val="center"/>
          </w:tcPr>
          <w:p w14:paraId="75A823E8" w14:textId="77777777" w:rsidR="0012048A" w:rsidRPr="00531435" w:rsidRDefault="0012048A">
            <w:pPr>
              <w:rPr>
                <w:rFonts w:ascii="Times New Roman" w:hAnsi="Times New Roman" w:cs="Times New Roman"/>
              </w:rPr>
            </w:pPr>
          </w:p>
        </w:tc>
        <w:tc>
          <w:tcPr>
            <w:tcW w:w="2381" w:type="dxa"/>
            <w:tcMar>
              <w:top w:w="90" w:type="dxa"/>
              <w:left w:w="100" w:type="dxa"/>
              <w:bottom w:w="90" w:type="dxa"/>
              <w:right w:w="100" w:type="dxa"/>
            </w:tcMar>
            <w:vAlign w:val="center"/>
          </w:tcPr>
          <w:p w14:paraId="4E766754" w14:textId="77777777" w:rsidR="0012048A" w:rsidRPr="00531435" w:rsidRDefault="0012048A">
            <w:pPr>
              <w:rPr>
                <w:rFonts w:ascii="Times New Roman" w:hAnsi="Times New Roman" w:cs="Times New Roman"/>
              </w:rPr>
            </w:pPr>
          </w:p>
        </w:tc>
        <w:tc>
          <w:tcPr>
            <w:tcW w:w="1474" w:type="dxa"/>
            <w:tcMar>
              <w:top w:w="90" w:type="dxa"/>
              <w:left w:w="100" w:type="dxa"/>
              <w:bottom w:w="90" w:type="dxa"/>
              <w:right w:w="100" w:type="dxa"/>
            </w:tcMar>
            <w:vAlign w:val="center"/>
          </w:tcPr>
          <w:p w14:paraId="2F66D8A9" w14:textId="77777777" w:rsidR="0012048A" w:rsidRPr="00531435" w:rsidRDefault="0012048A">
            <w:pPr>
              <w:rPr>
                <w:rFonts w:ascii="Times New Roman" w:hAnsi="Times New Roman" w:cs="Times New Roman"/>
              </w:rPr>
            </w:pPr>
          </w:p>
        </w:tc>
        <w:tc>
          <w:tcPr>
            <w:tcW w:w="1928" w:type="dxa"/>
            <w:tcMar>
              <w:top w:w="90" w:type="dxa"/>
              <w:left w:w="100" w:type="dxa"/>
              <w:bottom w:w="90" w:type="dxa"/>
              <w:right w:w="100" w:type="dxa"/>
            </w:tcMar>
            <w:vAlign w:val="center"/>
          </w:tcPr>
          <w:p w14:paraId="68FFBEEA"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fulfilled </w:t>
            </w:r>
          </w:p>
          <w:p w14:paraId="364BF57E"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partially </w:t>
            </w:r>
          </w:p>
          <w:p w14:paraId="37D45514" w14:textId="1B15BE7D" w:rsidR="0012048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unfulfilled</w:t>
            </w:r>
          </w:p>
        </w:tc>
      </w:tr>
      <w:tr w:rsidR="0012048A" w:rsidRPr="00531435" w14:paraId="421CDDE0" w14:textId="77777777">
        <w:trPr>
          <w:jc w:val="center"/>
        </w:trPr>
        <w:tc>
          <w:tcPr>
            <w:tcW w:w="2041" w:type="dxa"/>
            <w:tcMar>
              <w:top w:w="90" w:type="dxa"/>
              <w:left w:w="100" w:type="dxa"/>
              <w:bottom w:w="90" w:type="dxa"/>
              <w:right w:w="100" w:type="dxa"/>
            </w:tcMar>
            <w:vAlign w:val="center"/>
          </w:tcPr>
          <w:p w14:paraId="4D24739E" w14:textId="0127F937" w:rsidR="0012048A" w:rsidRPr="00531435" w:rsidRDefault="00B9584A">
            <w:pPr>
              <w:rPr>
                <w:rFonts w:ascii="Times New Roman" w:hAnsi="Times New Roman" w:cs="Times New Roman"/>
              </w:rPr>
            </w:pPr>
            <w:r w:rsidRPr="00531435">
              <w:rPr>
                <w:rFonts w:ascii="Times New Roman" w:hAnsi="Times New Roman" w:cs="Times New Roman"/>
              </w:rPr>
              <w:t>Internationalization / international cooperation</w:t>
            </w:r>
          </w:p>
        </w:tc>
        <w:tc>
          <w:tcPr>
            <w:tcW w:w="2324" w:type="dxa"/>
            <w:tcMar>
              <w:top w:w="90" w:type="dxa"/>
              <w:left w:w="100" w:type="dxa"/>
              <w:bottom w:w="90" w:type="dxa"/>
              <w:right w:w="100" w:type="dxa"/>
            </w:tcMar>
            <w:vAlign w:val="center"/>
          </w:tcPr>
          <w:p w14:paraId="0A745E93" w14:textId="77777777" w:rsidR="0012048A" w:rsidRPr="00531435" w:rsidRDefault="0012048A">
            <w:pPr>
              <w:rPr>
                <w:rFonts w:ascii="Times New Roman" w:hAnsi="Times New Roman" w:cs="Times New Roman"/>
              </w:rPr>
            </w:pPr>
          </w:p>
        </w:tc>
        <w:tc>
          <w:tcPr>
            <w:tcW w:w="2381" w:type="dxa"/>
            <w:tcMar>
              <w:top w:w="90" w:type="dxa"/>
              <w:left w:w="100" w:type="dxa"/>
              <w:bottom w:w="90" w:type="dxa"/>
              <w:right w:w="100" w:type="dxa"/>
            </w:tcMar>
            <w:vAlign w:val="center"/>
          </w:tcPr>
          <w:p w14:paraId="2D5CEFA4" w14:textId="77777777" w:rsidR="0012048A" w:rsidRPr="00531435" w:rsidRDefault="0012048A">
            <w:pPr>
              <w:rPr>
                <w:rFonts w:ascii="Times New Roman" w:hAnsi="Times New Roman" w:cs="Times New Roman"/>
              </w:rPr>
            </w:pPr>
          </w:p>
        </w:tc>
        <w:tc>
          <w:tcPr>
            <w:tcW w:w="1474" w:type="dxa"/>
            <w:tcMar>
              <w:top w:w="90" w:type="dxa"/>
              <w:left w:w="100" w:type="dxa"/>
              <w:bottom w:w="90" w:type="dxa"/>
              <w:right w:w="100" w:type="dxa"/>
            </w:tcMar>
            <w:vAlign w:val="center"/>
          </w:tcPr>
          <w:p w14:paraId="61622FEE" w14:textId="77777777" w:rsidR="0012048A" w:rsidRPr="00531435" w:rsidRDefault="0012048A">
            <w:pPr>
              <w:rPr>
                <w:rFonts w:ascii="Times New Roman" w:hAnsi="Times New Roman" w:cs="Times New Roman"/>
              </w:rPr>
            </w:pPr>
          </w:p>
        </w:tc>
        <w:tc>
          <w:tcPr>
            <w:tcW w:w="1928" w:type="dxa"/>
            <w:tcMar>
              <w:top w:w="90" w:type="dxa"/>
              <w:left w:w="100" w:type="dxa"/>
              <w:bottom w:w="90" w:type="dxa"/>
              <w:right w:w="100" w:type="dxa"/>
            </w:tcMar>
            <w:vAlign w:val="center"/>
          </w:tcPr>
          <w:p w14:paraId="3528E469"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fulfilled </w:t>
            </w:r>
          </w:p>
          <w:p w14:paraId="7CCF67BB"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partially </w:t>
            </w:r>
          </w:p>
          <w:p w14:paraId="46082915" w14:textId="3BCB7E19" w:rsidR="0012048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unfulfilled</w:t>
            </w:r>
          </w:p>
        </w:tc>
      </w:tr>
      <w:tr w:rsidR="0012048A" w:rsidRPr="00531435" w14:paraId="6A576FC6" w14:textId="77777777">
        <w:trPr>
          <w:jc w:val="center"/>
        </w:trPr>
        <w:tc>
          <w:tcPr>
            <w:tcW w:w="2041" w:type="dxa"/>
            <w:tcMar>
              <w:top w:w="90" w:type="dxa"/>
              <w:left w:w="100" w:type="dxa"/>
              <w:bottom w:w="90" w:type="dxa"/>
              <w:right w:w="100" w:type="dxa"/>
            </w:tcMar>
            <w:vAlign w:val="center"/>
          </w:tcPr>
          <w:p w14:paraId="6878ACA5" w14:textId="5AB1D587" w:rsidR="0012048A" w:rsidRPr="00531435" w:rsidRDefault="00B9584A">
            <w:pPr>
              <w:rPr>
                <w:rFonts w:ascii="Times New Roman" w:hAnsi="Times New Roman" w:cs="Times New Roman"/>
              </w:rPr>
            </w:pPr>
            <w:r w:rsidRPr="00531435">
              <w:rPr>
                <w:rFonts w:ascii="Times New Roman" w:hAnsi="Times New Roman" w:cs="Times New Roman"/>
              </w:rPr>
              <w:t>Project / grant / application activity</w:t>
            </w:r>
          </w:p>
        </w:tc>
        <w:tc>
          <w:tcPr>
            <w:tcW w:w="2324" w:type="dxa"/>
            <w:tcMar>
              <w:top w:w="90" w:type="dxa"/>
              <w:left w:w="100" w:type="dxa"/>
              <w:bottom w:w="90" w:type="dxa"/>
              <w:right w:w="100" w:type="dxa"/>
            </w:tcMar>
            <w:vAlign w:val="center"/>
          </w:tcPr>
          <w:p w14:paraId="788420B6" w14:textId="77777777" w:rsidR="0012048A" w:rsidRPr="00531435" w:rsidRDefault="0012048A">
            <w:pPr>
              <w:rPr>
                <w:rFonts w:ascii="Times New Roman" w:hAnsi="Times New Roman" w:cs="Times New Roman"/>
              </w:rPr>
            </w:pPr>
          </w:p>
        </w:tc>
        <w:tc>
          <w:tcPr>
            <w:tcW w:w="2381" w:type="dxa"/>
            <w:tcMar>
              <w:top w:w="90" w:type="dxa"/>
              <w:left w:w="100" w:type="dxa"/>
              <w:bottom w:w="90" w:type="dxa"/>
              <w:right w:w="100" w:type="dxa"/>
            </w:tcMar>
            <w:vAlign w:val="center"/>
          </w:tcPr>
          <w:p w14:paraId="7FE7E019" w14:textId="77777777" w:rsidR="0012048A" w:rsidRPr="00531435" w:rsidRDefault="0012048A">
            <w:pPr>
              <w:rPr>
                <w:rFonts w:ascii="Times New Roman" w:hAnsi="Times New Roman" w:cs="Times New Roman"/>
              </w:rPr>
            </w:pPr>
          </w:p>
        </w:tc>
        <w:tc>
          <w:tcPr>
            <w:tcW w:w="1474" w:type="dxa"/>
            <w:tcMar>
              <w:top w:w="90" w:type="dxa"/>
              <w:left w:w="100" w:type="dxa"/>
              <w:bottom w:w="90" w:type="dxa"/>
              <w:right w:w="100" w:type="dxa"/>
            </w:tcMar>
            <w:vAlign w:val="center"/>
          </w:tcPr>
          <w:p w14:paraId="7D8D1431" w14:textId="77777777" w:rsidR="0012048A" w:rsidRPr="00531435" w:rsidRDefault="0012048A">
            <w:pPr>
              <w:rPr>
                <w:rFonts w:ascii="Times New Roman" w:hAnsi="Times New Roman" w:cs="Times New Roman"/>
              </w:rPr>
            </w:pPr>
          </w:p>
        </w:tc>
        <w:tc>
          <w:tcPr>
            <w:tcW w:w="1928" w:type="dxa"/>
            <w:tcMar>
              <w:top w:w="90" w:type="dxa"/>
              <w:left w:w="100" w:type="dxa"/>
              <w:bottom w:w="90" w:type="dxa"/>
              <w:right w:w="100" w:type="dxa"/>
            </w:tcMar>
            <w:vAlign w:val="center"/>
          </w:tcPr>
          <w:p w14:paraId="18C9C771"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fulfilled </w:t>
            </w:r>
          </w:p>
          <w:p w14:paraId="0FF4FC5E"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partially </w:t>
            </w:r>
          </w:p>
          <w:p w14:paraId="45B5CBC7" w14:textId="44824C1C" w:rsidR="0012048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unfulfilled</w:t>
            </w:r>
          </w:p>
        </w:tc>
      </w:tr>
      <w:tr w:rsidR="0012048A" w:rsidRPr="00531435" w14:paraId="54BE5C24" w14:textId="77777777">
        <w:trPr>
          <w:jc w:val="center"/>
        </w:trPr>
        <w:tc>
          <w:tcPr>
            <w:tcW w:w="2041" w:type="dxa"/>
            <w:tcMar>
              <w:top w:w="90" w:type="dxa"/>
              <w:left w:w="100" w:type="dxa"/>
              <w:bottom w:w="90" w:type="dxa"/>
              <w:right w:w="100" w:type="dxa"/>
            </w:tcMar>
            <w:vAlign w:val="center"/>
          </w:tcPr>
          <w:p w14:paraId="37680102" w14:textId="74960EEC" w:rsidR="0012048A" w:rsidRPr="00531435" w:rsidRDefault="00B9584A">
            <w:pPr>
              <w:rPr>
                <w:rFonts w:ascii="Times New Roman" w:hAnsi="Times New Roman" w:cs="Times New Roman"/>
              </w:rPr>
            </w:pPr>
            <w:r w:rsidRPr="00531435">
              <w:rPr>
                <w:rFonts w:ascii="Times New Roman" w:hAnsi="Times New Roman" w:cs="Times New Roman"/>
              </w:rPr>
              <w:t>Pedagogical activities and shadowing</w:t>
            </w:r>
          </w:p>
        </w:tc>
        <w:tc>
          <w:tcPr>
            <w:tcW w:w="2324" w:type="dxa"/>
            <w:tcMar>
              <w:top w:w="90" w:type="dxa"/>
              <w:left w:w="100" w:type="dxa"/>
              <w:bottom w:w="90" w:type="dxa"/>
              <w:right w:w="100" w:type="dxa"/>
            </w:tcMar>
            <w:vAlign w:val="center"/>
          </w:tcPr>
          <w:p w14:paraId="2BFB69CB" w14:textId="77777777" w:rsidR="0012048A" w:rsidRPr="00531435" w:rsidRDefault="0012048A">
            <w:pPr>
              <w:rPr>
                <w:rFonts w:ascii="Times New Roman" w:hAnsi="Times New Roman" w:cs="Times New Roman"/>
              </w:rPr>
            </w:pPr>
          </w:p>
        </w:tc>
        <w:tc>
          <w:tcPr>
            <w:tcW w:w="2381" w:type="dxa"/>
            <w:tcMar>
              <w:top w:w="90" w:type="dxa"/>
              <w:left w:w="100" w:type="dxa"/>
              <w:bottom w:w="90" w:type="dxa"/>
              <w:right w:w="100" w:type="dxa"/>
            </w:tcMar>
            <w:vAlign w:val="center"/>
          </w:tcPr>
          <w:p w14:paraId="67164FD5" w14:textId="77777777" w:rsidR="0012048A" w:rsidRPr="00531435" w:rsidRDefault="0012048A">
            <w:pPr>
              <w:rPr>
                <w:rFonts w:ascii="Times New Roman" w:hAnsi="Times New Roman" w:cs="Times New Roman"/>
              </w:rPr>
            </w:pPr>
          </w:p>
        </w:tc>
        <w:tc>
          <w:tcPr>
            <w:tcW w:w="1474" w:type="dxa"/>
            <w:tcMar>
              <w:top w:w="90" w:type="dxa"/>
              <w:left w:w="100" w:type="dxa"/>
              <w:bottom w:w="90" w:type="dxa"/>
              <w:right w:w="100" w:type="dxa"/>
            </w:tcMar>
            <w:vAlign w:val="center"/>
          </w:tcPr>
          <w:p w14:paraId="5E019C55" w14:textId="77777777" w:rsidR="0012048A" w:rsidRPr="00531435" w:rsidRDefault="0012048A">
            <w:pPr>
              <w:rPr>
                <w:rFonts w:ascii="Times New Roman" w:hAnsi="Times New Roman" w:cs="Times New Roman"/>
              </w:rPr>
            </w:pPr>
          </w:p>
        </w:tc>
        <w:tc>
          <w:tcPr>
            <w:tcW w:w="1928" w:type="dxa"/>
            <w:tcMar>
              <w:top w:w="90" w:type="dxa"/>
              <w:left w:w="100" w:type="dxa"/>
              <w:bottom w:w="90" w:type="dxa"/>
              <w:right w:w="100" w:type="dxa"/>
            </w:tcMar>
            <w:vAlign w:val="center"/>
          </w:tcPr>
          <w:p w14:paraId="26D25F63"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fulfilled </w:t>
            </w:r>
          </w:p>
          <w:p w14:paraId="6FA21DF9"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partially </w:t>
            </w:r>
          </w:p>
          <w:p w14:paraId="3DF75681" w14:textId="3964BE76" w:rsidR="0012048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unfulfilled</w:t>
            </w:r>
          </w:p>
        </w:tc>
      </w:tr>
      <w:tr w:rsidR="0012048A" w:rsidRPr="00531435" w14:paraId="7A7F40B6" w14:textId="77777777">
        <w:trPr>
          <w:jc w:val="center"/>
        </w:trPr>
        <w:tc>
          <w:tcPr>
            <w:tcW w:w="2041" w:type="dxa"/>
            <w:tcMar>
              <w:top w:w="90" w:type="dxa"/>
              <w:left w:w="100" w:type="dxa"/>
              <w:bottom w:w="90" w:type="dxa"/>
              <w:right w:w="100" w:type="dxa"/>
            </w:tcMar>
            <w:vAlign w:val="center"/>
          </w:tcPr>
          <w:p w14:paraId="25E1C3A5" w14:textId="4079A8CD" w:rsidR="0012048A" w:rsidRPr="00531435" w:rsidRDefault="00B9584A">
            <w:pPr>
              <w:rPr>
                <w:rFonts w:ascii="Times New Roman" w:hAnsi="Times New Roman" w:cs="Times New Roman"/>
              </w:rPr>
            </w:pPr>
            <w:r w:rsidRPr="00531435">
              <w:rPr>
                <w:rFonts w:ascii="Times New Roman" w:hAnsi="Times New Roman" w:cs="Times New Roman"/>
              </w:rPr>
              <w:t>Other professional or organizational duties</w:t>
            </w:r>
          </w:p>
        </w:tc>
        <w:tc>
          <w:tcPr>
            <w:tcW w:w="2324" w:type="dxa"/>
            <w:tcMar>
              <w:top w:w="90" w:type="dxa"/>
              <w:left w:w="100" w:type="dxa"/>
              <w:bottom w:w="90" w:type="dxa"/>
              <w:right w:w="100" w:type="dxa"/>
            </w:tcMar>
            <w:vAlign w:val="center"/>
          </w:tcPr>
          <w:p w14:paraId="611B605D" w14:textId="77777777" w:rsidR="0012048A" w:rsidRPr="00531435" w:rsidRDefault="0012048A">
            <w:pPr>
              <w:rPr>
                <w:rFonts w:ascii="Times New Roman" w:hAnsi="Times New Roman" w:cs="Times New Roman"/>
              </w:rPr>
            </w:pPr>
          </w:p>
        </w:tc>
        <w:tc>
          <w:tcPr>
            <w:tcW w:w="2381" w:type="dxa"/>
            <w:tcMar>
              <w:top w:w="90" w:type="dxa"/>
              <w:left w:w="100" w:type="dxa"/>
              <w:bottom w:w="90" w:type="dxa"/>
              <w:right w:w="100" w:type="dxa"/>
            </w:tcMar>
            <w:vAlign w:val="center"/>
          </w:tcPr>
          <w:p w14:paraId="724CBE4D" w14:textId="77777777" w:rsidR="0012048A" w:rsidRPr="00531435" w:rsidRDefault="0012048A">
            <w:pPr>
              <w:rPr>
                <w:rFonts w:ascii="Times New Roman" w:hAnsi="Times New Roman" w:cs="Times New Roman"/>
              </w:rPr>
            </w:pPr>
          </w:p>
        </w:tc>
        <w:tc>
          <w:tcPr>
            <w:tcW w:w="1474" w:type="dxa"/>
            <w:tcMar>
              <w:top w:w="90" w:type="dxa"/>
              <w:left w:w="100" w:type="dxa"/>
              <w:bottom w:w="90" w:type="dxa"/>
              <w:right w:w="100" w:type="dxa"/>
            </w:tcMar>
            <w:vAlign w:val="center"/>
          </w:tcPr>
          <w:p w14:paraId="052D8D1B" w14:textId="77777777" w:rsidR="0012048A" w:rsidRPr="00531435" w:rsidRDefault="0012048A">
            <w:pPr>
              <w:rPr>
                <w:rFonts w:ascii="Times New Roman" w:hAnsi="Times New Roman" w:cs="Times New Roman"/>
              </w:rPr>
            </w:pPr>
          </w:p>
        </w:tc>
        <w:tc>
          <w:tcPr>
            <w:tcW w:w="1928" w:type="dxa"/>
            <w:tcMar>
              <w:top w:w="90" w:type="dxa"/>
              <w:left w:w="100" w:type="dxa"/>
              <w:bottom w:w="90" w:type="dxa"/>
              <w:right w:w="100" w:type="dxa"/>
            </w:tcMar>
            <w:vAlign w:val="center"/>
          </w:tcPr>
          <w:p w14:paraId="2EF41142"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fulfilled </w:t>
            </w:r>
          </w:p>
          <w:p w14:paraId="6446CA4B"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partially </w:t>
            </w:r>
          </w:p>
          <w:p w14:paraId="4F1F2FF2" w14:textId="0ACB9DBB" w:rsidR="0012048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unfulfilled</w:t>
            </w:r>
          </w:p>
        </w:tc>
      </w:tr>
    </w:tbl>
    <w:p w14:paraId="7EE2723C" w14:textId="77777777" w:rsidR="0012048A" w:rsidRPr="00531435" w:rsidRDefault="0012048A">
      <w:pPr>
        <w:rPr>
          <w:rFonts w:ascii="Times New Roman" w:hAnsi="Times New Roman" w:cs="Times New Roman"/>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9866"/>
      </w:tblGrid>
      <w:tr w:rsidR="0012048A" w:rsidRPr="00531435" w14:paraId="12549282" w14:textId="77777777">
        <w:trPr>
          <w:jc w:val="center"/>
        </w:trPr>
        <w:tc>
          <w:tcPr>
            <w:tcW w:w="9866" w:type="dxa"/>
            <w:shd w:val="clear" w:color="auto" w:fill="173F5F"/>
            <w:tcMar>
              <w:top w:w="70" w:type="dxa"/>
              <w:left w:w="110" w:type="dxa"/>
              <w:bottom w:w="70" w:type="dxa"/>
              <w:right w:w="110" w:type="dxa"/>
            </w:tcMar>
          </w:tcPr>
          <w:p w14:paraId="50456C32" w14:textId="6B66FDB7" w:rsidR="0012048A" w:rsidRPr="00531435" w:rsidRDefault="006C3B6B">
            <w:pPr>
              <w:pStyle w:val="SectionHeadingFZS"/>
              <w:spacing w:after="0"/>
              <w:rPr>
                <w:rFonts w:ascii="Times New Roman" w:hAnsi="Times New Roman" w:cs="Times New Roman"/>
              </w:rPr>
            </w:pPr>
            <w:r w:rsidRPr="00531435">
              <w:rPr>
                <w:rFonts w:ascii="Times New Roman" w:hAnsi="Times New Roman" w:cs="Times New Roman"/>
              </w:rPr>
              <w:t xml:space="preserve">4. </w:t>
            </w:r>
            <w:r w:rsidR="00B9584A" w:rsidRPr="00531435">
              <w:rPr>
                <w:rFonts w:ascii="Times New Roman" w:hAnsi="Times New Roman" w:cs="Times New Roman"/>
              </w:rPr>
              <w:t>Student's Reflection and Plan for Next Step</w:t>
            </w:r>
          </w:p>
        </w:tc>
      </w:tr>
    </w:tbl>
    <w:p w14:paraId="51853E9F" w14:textId="77777777" w:rsidR="0012048A" w:rsidRPr="00531435" w:rsidRDefault="0012048A">
      <w:pPr>
        <w:rPr>
          <w:rFonts w:ascii="Times New Roman" w:hAnsi="Times New Roman" w:cs="Times New Roman"/>
        </w:rPr>
      </w:pPr>
    </w:p>
    <w:tbl>
      <w:tblPr>
        <w:tblStyle w:val="Mkatabulky"/>
        <w:tblW w:w="0" w:type="auto"/>
        <w:jc w:val="center"/>
        <w:tblBorders>
          <w:top w:val="single" w:sz="8" w:space="0" w:color="B7C3CE"/>
          <w:left w:val="single" w:sz="8" w:space="0" w:color="B7C3CE"/>
          <w:bottom w:val="single" w:sz="8" w:space="0" w:color="B7C3CE"/>
          <w:right w:val="single" w:sz="8" w:space="0" w:color="B7C3CE"/>
          <w:insideH w:val="single" w:sz="8" w:space="0" w:color="B7C3CE"/>
          <w:insideV w:val="single" w:sz="8" w:space="0" w:color="B7C3CE"/>
        </w:tblBorders>
        <w:tblLook w:val="04A0" w:firstRow="1" w:lastRow="0" w:firstColumn="1" w:lastColumn="0" w:noHBand="0" w:noVBand="1"/>
      </w:tblPr>
      <w:tblGrid>
        <w:gridCol w:w="3231"/>
        <w:gridCol w:w="6520"/>
      </w:tblGrid>
      <w:tr w:rsidR="0012048A" w:rsidRPr="00531435" w14:paraId="32FCB723" w14:textId="77777777">
        <w:trPr>
          <w:jc w:val="center"/>
        </w:trPr>
        <w:tc>
          <w:tcPr>
            <w:tcW w:w="3231" w:type="dxa"/>
            <w:shd w:val="clear" w:color="auto" w:fill="EEF3F7"/>
            <w:tcMar>
              <w:top w:w="90" w:type="dxa"/>
              <w:left w:w="100" w:type="dxa"/>
              <w:bottom w:w="90" w:type="dxa"/>
              <w:right w:w="100" w:type="dxa"/>
            </w:tcMar>
            <w:vAlign w:val="center"/>
          </w:tcPr>
          <w:p w14:paraId="7FC038D8" w14:textId="4A3772FF" w:rsidR="0012048A" w:rsidRPr="00531435" w:rsidRDefault="00B9584A">
            <w:pPr>
              <w:rPr>
                <w:rFonts w:ascii="Times New Roman" w:hAnsi="Times New Roman" w:cs="Times New Roman"/>
              </w:rPr>
            </w:pPr>
            <w:r w:rsidRPr="00531435">
              <w:rPr>
                <w:rFonts w:ascii="Times New Roman" w:hAnsi="Times New Roman" w:cs="Times New Roman"/>
                <w:b/>
                <w:color w:val="173F5F"/>
              </w:rPr>
              <w:t>Most significant progress in the evaluated semester</w:t>
            </w:r>
          </w:p>
        </w:tc>
        <w:tc>
          <w:tcPr>
            <w:tcW w:w="6520" w:type="dxa"/>
            <w:tcMar>
              <w:top w:w="90" w:type="dxa"/>
              <w:left w:w="100" w:type="dxa"/>
              <w:bottom w:w="90" w:type="dxa"/>
              <w:right w:w="100" w:type="dxa"/>
            </w:tcMar>
            <w:vAlign w:val="center"/>
          </w:tcPr>
          <w:p w14:paraId="0C51A391" w14:textId="77777777" w:rsidR="0012048A" w:rsidRPr="00531435" w:rsidRDefault="006C3B6B">
            <w:pPr>
              <w:rPr>
                <w:rFonts w:ascii="Times New Roman" w:hAnsi="Times New Roman" w:cs="Times New Roman"/>
              </w:rPr>
            </w:pP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p>
        </w:tc>
      </w:tr>
      <w:tr w:rsidR="0012048A" w:rsidRPr="00531435" w14:paraId="40D31E07" w14:textId="77777777">
        <w:trPr>
          <w:jc w:val="center"/>
        </w:trPr>
        <w:tc>
          <w:tcPr>
            <w:tcW w:w="3231" w:type="dxa"/>
            <w:shd w:val="clear" w:color="auto" w:fill="EEF3F7"/>
            <w:tcMar>
              <w:top w:w="90" w:type="dxa"/>
              <w:left w:w="100" w:type="dxa"/>
              <w:bottom w:w="90" w:type="dxa"/>
              <w:right w:w="100" w:type="dxa"/>
            </w:tcMar>
            <w:vAlign w:val="center"/>
          </w:tcPr>
          <w:p w14:paraId="240A7BCE" w14:textId="098C708D" w:rsidR="0012048A" w:rsidRPr="00531435" w:rsidRDefault="00B9584A">
            <w:pPr>
              <w:rPr>
                <w:rFonts w:ascii="Times New Roman" w:hAnsi="Times New Roman" w:cs="Times New Roman"/>
              </w:rPr>
            </w:pPr>
            <w:r w:rsidRPr="00531435">
              <w:rPr>
                <w:rFonts w:ascii="Times New Roman" w:hAnsi="Times New Roman" w:cs="Times New Roman"/>
                <w:b/>
                <w:color w:val="173F5F"/>
              </w:rPr>
              <w:t>Main difficulties, obstacles, or risks</w:t>
            </w:r>
          </w:p>
        </w:tc>
        <w:tc>
          <w:tcPr>
            <w:tcW w:w="6520" w:type="dxa"/>
            <w:tcMar>
              <w:top w:w="90" w:type="dxa"/>
              <w:left w:w="100" w:type="dxa"/>
              <w:bottom w:w="90" w:type="dxa"/>
              <w:right w:w="100" w:type="dxa"/>
            </w:tcMar>
            <w:vAlign w:val="center"/>
          </w:tcPr>
          <w:p w14:paraId="413C4941" w14:textId="77777777" w:rsidR="0012048A" w:rsidRPr="00531435" w:rsidRDefault="006C3B6B">
            <w:pPr>
              <w:rPr>
                <w:rFonts w:ascii="Times New Roman" w:hAnsi="Times New Roman" w:cs="Times New Roman"/>
              </w:rPr>
            </w:pP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p>
        </w:tc>
      </w:tr>
      <w:tr w:rsidR="0012048A" w:rsidRPr="00531435" w14:paraId="3165FE46" w14:textId="77777777">
        <w:trPr>
          <w:jc w:val="center"/>
        </w:trPr>
        <w:tc>
          <w:tcPr>
            <w:tcW w:w="3231" w:type="dxa"/>
            <w:shd w:val="clear" w:color="auto" w:fill="EEF3F7"/>
            <w:tcMar>
              <w:top w:w="90" w:type="dxa"/>
              <w:left w:w="100" w:type="dxa"/>
              <w:bottom w:w="90" w:type="dxa"/>
              <w:right w:w="100" w:type="dxa"/>
            </w:tcMar>
            <w:vAlign w:val="center"/>
          </w:tcPr>
          <w:p w14:paraId="7E33BD18" w14:textId="1E9E6E8C" w:rsidR="0012048A" w:rsidRPr="00531435" w:rsidRDefault="00B9584A">
            <w:pPr>
              <w:rPr>
                <w:rFonts w:ascii="Times New Roman" w:hAnsi="Times New Roman" w:cs="Times New Roman"/>
              </w:rPr>
            </w:pPr>
            <w:r w:rsidRPr="00531435">
              <w:rPr>
                <w:rFonts w:ascii="Times New Roman" w:hAnsi="Times New Roman" w:cs="Times New Roman"/>
                <w:b/>
                <w:color w:val="173F5F"/>
              </w:rPr>
              <w:t>Support needed by the student</w:t>
            </w:r>
          </w:p>
        </w:tc>
        <w:tc>
          <w:tcPr>
            <w:tcW w:w="6520" w:type="dxa"/>
            <w:tcMar>
              <w:top w:w="90" w:type="dxa"/>
              <w:left w:w="100" w:type="dxa"/>
              <w:bottom w:w="90" w:type="dxa"/>
              <w:right w:w="100" w:type="dxa"/>
            </w:tcMar>
            <w:vAlign w:val="center"/>
          </w:tcPr>
          <w:p w14:paraId="21EA37A8" w14:textId="77777777" w:rsidR="0012048A" w:rsidRPr="00531435" w:rsidRDefault="006C3B6B">
            <w:pPr>
              <w:rPr>
                <w:rFonts w:ascii="Times New Roman" w:hAnsi="Times New Roman" w:cs="Times New Roman"/>
              </w:rPr>
            </w:pP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p>
        </w:tc>
      </w:tr>
      <w:tr w:rsidR="0012048A" w:rsidRPr="00531435" w14:paraId="5F1F7339" w14:textId="77777777">
        <w:trPr>
          <w:jc w:val="center"/>
        </w:trPr>
        <w:tc>
          <w:tcPr>
            <w:tcW w:w="3231" w:type="dxa"/>
            <w:shd w:val="clear" w:color="auto" w:fill="EEF3F7"/>
            <w:tcMar>
              <w:top w:w="90" w:type="dxa"/>
              <w:left w:w="100" w:type="dxa"/>
              <w:bottom w:w="90" w:type="dxa"/>
              <w:right w:w="100" w:type="dxa"/>
            </w:tcMar>
            <w:vAlign w:val="center"/>
          </w:tcPr>
          <w:p w14:paraId="30D89FE4" w14:textId="6EE1C6FC" w:rsidR="0012048A" w:rsidRPr="00531435" w:rsidRDefault="00B9584A">
            <w:pPr>
              <w:rPr>
                <w:rFonts w:ascii="Times New Roman" w:hAnsi="Times New Roman" w:cs="Times New Roman"/>
              </w:rPr>
            </w:pPr>
            <w:r w:rsidRPr="00531435">
              <w:rPr>
                <w:rFonts w:ascii="Times New Roman" w:hAnsi="Times New Roman" w:cs="Times New Roman"/>
                <w:b/>
                <w:color w:val="173F5F"/>
              </w:rPr>
              <w:t>Plan of activities for the following semester</w:t>
            </w:r>
          </w:p>
        </w:tc>
        <w:tc>
          <w:tcPr>
            <w:tcW w:w="6520" w:type="dxa"/>
            <w:tcMar>
              <w:top w:w="90" w:type="dxa"/>
              <w:left w:w="100" w:type="dxa"/>
              <w:bottom w:w="90" w:type="dxa"/>
              <w:right w:w="100" w:type="dxa"/>
            </w:tcMar>
            <w:vAlign w:val="center"/>
          </w:tcPr>
          <w:p w14:paraId="017ACD37" w14:textId="77777777" w:rsidR="0012048A" w:rsidRPr="00531435" w:rsidRDefault="006C3B6B">
            <w:pPr>
              <w:rPr>
                <w:rFonts w:ascii="Times New Roman" w:hAnsi="Times New Roman" w:cs="Times New Roman"/>
              </w:rPr>
            </w:pP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lastRenderedPageBreak/>
              <w:br/>
            </w:r>
          </w:p>
        </w:tc>
      </w:tr>
    </w:tbl>
    <w:p w14:paraId="54942D0B" w14:textId="77777777" w:rsidR="0012048A" w:rsidRPr="00531435" w:rsidRDefault="0012048A">
      <w:pPr>
        <w:rPr>
          <w:rFonts w:ascii="Times New Roman" w:hAnsi="Times New Roman" w:cs="Times New Roman"/>
        </w:rPr>
      </w:pPr>
    </w:p>
    <w:p w14:paraId="5390F468" w14:textId="77777777" w:rsidR="001A5CD6" w:rsidRPr="00531435" w:rsidRDefault="001A5CD6">
      <w:pPr>
        <w:rPr>
          <w:rFonts w:ascii="Times New Roman" w:hAnsi="Times New Roman" w:cs="Times New Roman"/>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9866"/>
      </w:tblGrid>
      <w:tr w:rsidR="0012048A" w:rsidRPr="00531435" w14:paraId="5D8702A9" w14:textId="77777777">
        <w:trPr>
          <w:jc w:val="center"/>
        </w:trPr>
        <w:tc>
          <w:tcPr>
            <w:tcW w:w="9866" w:type="dxa"/>
            <w:shd w:val="clear" w:color="auto" w:fill="173F5F"/>
            <w:tcMar>
              <w:top w:w="70" w:type="dxa"/>
              <w:left w:w="110" w:type="dxa"/>
              <w:bottom w:w="70" w:type="dxa"/>
              <w:right w:w="110" w:type="dxa"/>
            </w:tcMar>
          </w:tcPr>
          <w:p w14:paraId="7AFD2BD2" w14:textId="20F776E0" w:rsidR="0012048A" w:rsidRPr="00531435" w:rsidRDefault="006C3B6B" w:rsidP="00B9584A">
            <w:pPr>
              <w:pStyle w:val="SectionHeadingFZS"/>
              <w:rPr>
                <w:rFonts w:ascii="Times New Roman" w:hAnsi="Times New Roman" w:cs="Times New Roman"/>
                <w:bCs/>
              </w:rPr>
            </w:pPr>
            <w:r w:rsidRPr="00531435">
              <w:rPr>
                <w:rFonts w:ascii="Times New Roman" w:hAnsi="Times New Roman" w:cs="Times New Roman"/>
              </w:rPr>
              <w:t xml:space="preserve">5. </w:t>
            </w:r>
            <w:r w:rsidR="00B9584A" w:rsidRPr="00531435">
              <w:rPr>
                <w:rFonts w:ascii="Times New Roman" w:hAnsi="Times New Roman" w:cs="Times New Roman"/>
                <w:bCs/>
              </w:rPr>
              <w:t>Statement of the Supervisor</w:t>
            </w:r>
          </w:p>
        </w:tc>
      </w:tr>
    </w:tbl>
    <w:p w14:paraId="1F7DF27A" w14:textId="77777777" w:rsidR="0012048A" w:rsidRPr="00531435" w:rsidRDefault="0012048A">
      <w:pPr>
        <w:rPr>
          <w:rFonts w:ascii="Times New Roman" w:hAnsi="Times New Roman" w:cs="Times New Roman"/>
        </w:rPr>
      </w:pPr>
    </w:p>
    <w:tbl>
      <w:tblPr>
        <w:tblW w:w="0" w:type="auto"/>
        <w:jc w:val="center"/>
        <w:tblBorders>
          <w:top w:val="single" w:sz="6" w:space="0" w:color="D6DEE5"/>
          <w:left w:val="single" w:sz="6" w:space="0" w:color="D6DEE5"/>
          <w:bottom w:val="single" w:sz="6" w:space="0" w:color="D6DEE5"/>
          <w:right w:val="single" w:sz="6" w:space="0" w:color="D6DEE5"/>
          <w:insideH w:val="single" w:sz="6" w:space="0" w:color="D6DEE5"/>
          <w:insideV w:val="single" w:sz="6" w:space="0" w:color="D6DEE5"/>
        </w:tblBorders>
        <w:tblLook w:val="04A0" w:firstRow="1" w:lastRow="0" w:firstColumn="1" w:lastColumn="0" w:noHBand="0" w:noVBand="1"/>
      </w:tblPr>
      <w:tblGrid>
        <w:gridCol w:w="9850"/>
      </w:tblGrid>
      <w:tr w:rsidR="0012048A" w:rsidRPr="00531435" w14:paraId="526C7295" w14:textId="77777777">
        <w:trPr>
          <w:jc w:val="center"/>
        </w:trPr>
        <w:tc>
          <w:tcPr>
            <w:tcW w:w="9866" w:type="dxa"/>
            <w:shd w:val="clear" w:color="auto" w:fill="F3F5F7"/>
            <w:tcMar>
              <w:top w:w="120" w:type="dxa"/>
              <w:left w:w="120" w:type="dxa"/>
              <w:bottom w:w="120" w:type="dxa"/>
              <w:right w:w="120" w:type="dxa"/>
            </w:tcMar>
          </w:tcPr>
          <w:p w14:paraId="3DCBE712" w14:textId="66D3B36B" w:rsidR="0012048A" w:rsidRPr="00531435" w:rsidRDefault="00B9584A">
            <w:pPr>
              <w:pStyle w:val="SmallNote"/>
              <w:rPr>
                <w:rFonts w:ascii="Times New Roman" w:hAnsi="Times New Roman" w:cs="Times New Roman"/>
              </w:rPr>
            </w:pPr>
            <w:r w:rsidRPr="00531435">
              <w:rPr>
                <w:rFonts w:ascii="Times New Roman" w:hAnsi="Times New Roman" w:cs="Times New Roman"/>
                <w:sz w:val="20"/>
                <w:szCs w:val="24"/>
              </w:rPr>
              <w:t xml:space="preserve">The </w:t>
            </w:r>
            <w:proofErr w:type="gramStart"/>
            <w:r w:rsidRPr="00531435">
              <w:rPr>
                <w:rFonts w:ascii="Times New Roman" w:hAnsi="Times New Roman" w:cs="Times New Roman"/>
                <w:sz w:val="20"/>
                <w:szCs w:val="24"/>
              </w:rPr>
              <w:t>supervisor shall</w:t>
            </w:r>
            <w:proofErr w:type="gramEnd"/>
            <w:r w:rsidRPr="00531435">
              <w:rPr>
                <w:rFonts w:ascii="Times New Roman" w:hAnsi="Times New Roman" w:cs="Times New Roman"/>
                <w:sz w:val="20"/>
                <w:szCs w:val="24"/>
              </w:rPr>
              <w:t xml:space="preserve"> assess not only the formal fulfillment of individual tasks but also the quality of progress, the degree of the Ph.D. student's independence, the feasibility of the subsequent plan, and any potential need for corrections in the ISP.</w:t>
            </w:r>
          </w:p>
        </w:tc>
      </w:tr>
    </w:tbl>
    <w:p w14:paraId="25749E30" w14:textId="77777777" w:rsidR="0012048A" w:rsidRPr="00531435" w:rsidRDefault="0012048A">
      <w:pPr>
        <w:rPr>
          <w:rFonts w:ascii="Times New Roman" w:hAnsi="Times New Roman" w:cs="Times New Roman"/>
        </w:rPr>
      </w:pPr>
    </w:p>
    <w:tbl>
      <w:tblPr>
        <w:tblStyle w:val="Mkatabulky"/>
        <w:tblW w:w="0" w:type="auto"/>
        <w:jc w:val="center"/>
        <w:tblBorders>
          <w:top w:val="single" w:sz="8" w:space="0" w:color="B7C3CE"/>
          <w:left w:val="single" w:sz="8" w:space="0" w:color="B7C3CE"/>
          <w:bottom w:val="single" w:sz="8" w:space="0" w:color="B7C3CE"/>
          <w:right w:val="single" w:sz="8" w:space="0" w:color="B7C3CE"/>
          <w:insideH w:val="single" w:sz="8" w:space="0" w:color="B7C3CE"/>
          <w:insideV w:val="single" w:sz="8" w:space="0" w:color="B7C3CE"/>
        </w:tblBorders>
        <w:tblLook w:val="04A0" w:firstRow="1" w:lastRow="0" w:firstColumn="1" w:lastColumn="0" w:noHBand="0" w:noVBand="1"/>
      </w:tblPr>
      <w:tblGrid>
        <w:gridCol w:w="2665"/>
        <w:gridCol w:w="4535"/>
        <w:gridCol w:w="2551"/>
      </w:tblGrid>
      <w:tr w:rsidR="0012048A" w:rsidRPr="00531435" w14:paraId="7ECEFBCA" w14:textId="77777777">
        <w:trPr>
          <w:tblHeader/>
          <w:jc w:val="center"/>
        </w:trPr>
        <w:tc>
          <w:tcPr>
            <w:tcW w:w="2665" w:type="dxa"/>
            <w:shd w:val="clear" w:color="auto" w:fill="DCE6F1"/>
            <w:tcMar>
              <w:top w:w="90" w:type="dxa"/>
              <w:left w:w="100" w:type="dxa"/>
              <w:bottom w:w="90" w:type="dxa"/>
              <w:right w:w="100" w:type="dxa"/>
            </w:tcMar>
            <w:vAlign w:val="center"/>
          </w:tcPr>
          <w:p w14:paraId="05E56C09" w14:textId="6B27289D" w:rsidR="0012048A" w:rsidRPr="00531435" w:rsidRDefault="00B9584A">
            <w:pPr>
              <w:rPr>
                <w:rFonts w:ascii="Times New Roman" w:hAnsi="Times New Roman" w:cs="Times New Roman"/>
              </w:rPr>
            </w:pPr>
            <w:r w:rsidRPr="00531435">
              <w:rPr>
                <w:rFonts w:ascii="Times New Roman" w:hAnsi="Times New Roman" w:cs="Times New Roman"/>
              </w:rPr>
              <w:t>Evaluated Area</w:t>
            </w:r>
          </w:p>
        </w:tc>
        <w:tc>
          <w:tcPr>
            <w:tcW w:w="4535" w:type="dxa"/>
            <w:shd w:val="clear" w:color="auto" w:fill="DCE6F1"/>
            <w:tcMar>
              <w:top w:w="90" w:type="dxa"/>
              <w:left w:w="100" w:type="dxa"/>
              <w:bottom w:w="90" w:type="dxa"/>
              <w:right w:w="100" w:type="dxa"/>
            </w:tcMar>
            <w:vAlign w:val="center"/>
          </w:tcPr>
          <w:p w14:paraId="4D6E4B84" w14:textId="0A8418D4" w:rsidR="0012048A" w:rsidRPr="00531435" w:rsidRDefault="00B9584A">
            <w:pPr>
              <w:rPr>
                <w:rFonts w:ascii="Times New Roman" w:hAnsi="Times New Roman" w:cs="Times New Roman"/>
              </w:rPr>
            </w:pPr>
            <w:r w:rsidRPr="00531435">
              <w:rPr>
                <w:rFonts w:ascii="Times New Roman" w:hAnsi="Times New Roman" w:cs="Times New Roman"/>
              </w:rPr>
              <w:t>Supervisor's Statement</w:t>
            </w:r>
          </w:p>
        </w:tc>
        <w:tc>
          <w:tcPr>
            <w:tcW w:w="2551" w:type="dxa"/>
            <w:shd w:val="clear" w:color="auto" w:fill="DCE6F1"/>
            <w:tcMar>
              <w:top w:w="90" w:type="dxa"/>
              <w:left w:w="100" w:type="dxa"/>
              <w:bottom w:w="90" w:type="dxa"/>
              <w:right w:w="100" w:type="dxa"/>
            </w:tcMar>
            <w:vAlign w:val="center"/>
          </w:tcPr>
          <w:p w14:paraId="1B53F447" w14:textId="077C7CBA" w:rsidR="0012048A" w:rsidRPr="00531435" w:rsidRDefault="00B9584A">
            <w:pPr>
              <w:rPr>
                <w:rFonts w:ascii="Times New Roman" w:hAnsi="Times New Roman" w:cs="Times New Roman"/>
              </w:rPr>
            </w:pPr>
            <w:r w:rsidRPr="00531435">
              <w:rPr>
                <w:rFonts w:ascii="Times New Roman" w:hAnsi="Times New Roman" w:cs="Times New Roman"/>
              </w:rPr>
              <w:t>Degree of Fulfillment</w:t>
            </w:r>
          </w:p>
        </w:tc>
      </w:tr>
      <w:tr w:rsidR="0012048A" w:rsidRPr="00531435" w14:paraId="253F9A4F" w14:textId="77777777">
        <w:trPr>
          <w:jc w:val="center"/>
        </w:trPr>
        <w:tc>
          <w:tcPr>
            <w:tcW w:w="2665" w:type="dxa"/>
            <w:tcMar>
              <w:top w:w="90" w:type="dxa"/>
              <w:left w:w="100" w:type="dxa"/>
              <w:bottom w:w="90" w:type="dxa"/>
              <w:right w:w="100" w:type="dxa"/>
            </w:tcMar>
            <w:vAlign w:val="center"/>
          </w:tcPr>
          <w:p w14:paraId="659E76D5" w14:textId="31B0EFFF" w:rsidR="0012048A" w:rsidRPr="00531435" w:rsidRDefault="00B9584A">
            <w:pPr>
              <w:rPr>
                <w:rFonts w:ascii="Times New Roman" w:hAnsi="Times New Roman" w:cs="Times New Roman"/>
              </w:rPr>
            </w:pPr>
            <w:r w:rsidRPr="00531435">
              <w:rPr>
                <w:rFonts w:ascii="Times New Roman" w:hAnsi="Times New Roman" w:cs="Times New Roman"/>
              </w:rPr>
              <w:t>Course of study and fulfillment of subjects</w:t>
            </w:r>
          </w:p>
        </w:tc>
        <w:tc>
          <w:tcPr>
            <w:tcW w:w="4535" w:type="dxa"/>
            <w:tcMar>
              <w:top w:w="90" w:type="dxa"/>
              <w:left w:w="100" w:type="dxa"/>
              <w:bottom w:w="90" w:type="dxa"/>
              <w:right w:w="100" w:type="dxa"/>
            </w:tcMar>
            <w:vAlign w:val="center"/>
          </w:tcPr>
          <w:p w14:paraId="0B41AC5D" w14:textId="77777777" w:rsidR="0012048A" w:rsidRPr="00531435" w:rsidRDefault="0012048A">
            <w:pPr>
              <w:rPr>
                <w:rFonts w:ascii="Times New Roman" w:hAnsi="Times New Roman" w:cs="Times New Roman"/>
              </w:rPr>
            </w:pPr>
          </w:p>
        </w:tc>
        <w:tc>
          <w:tcPr>
            <w:tcW w:w="2551" w:type="dxa"/>
            <w:tcMar>
              <w:top w:w="90" w:type="dxa"/>
              <w:left w:w="100" w:type="dxa"/>
              <w:bottom w:w="90" w:type="dxa"/>
              <w:right w:w="100" w:type="dxa"/>
            </w:tcMar>
            <w:vAlign w:val="center"/>
          </w:tcPr>
          <w:p w14:paraId="7EABEE5B" w14:textId="55CDFC13"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fulfills</w:t>
            </w:r>
          </w:p>
          <w:p w14:paraId="5CD53AA8" w14:textId="2FB3E04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fulfills with reservations</w:t>
            </w:r>
          </w:p>
          <w:p w14:paraId="0F7F6482" w14:textId="5A4C590A" w:rsidR="0012048A" w:rsidRPr="00531435" w:rsidRDefault="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fails to fulfill</w:t>
            </w:r>
          </w:p>
        </w:tc>
      </w:tr>
      <w:tr w:rsidR="00B9584A" w:rsidRPr="00531435" w14:paraId="33457C7B" w14:textId="77777777">
        <w:trPr>
          <w:jc w:val="center"/>
        </w:trPr>
        <w:tc>
          <w:tcPr>
            <w:tcW w:w="2665" w:type="dxa"/>
            <w:tcMar>
              <w:top w:w="90" w:type="dxa"/>
              <w:left w:w="100" w:type="dxa"/>
              <w:bottom w:w="90" w:type="dxa"/>
              <w:right w:w="100" w:type="dxa"/>
            </w:tcMar>
            <w:vAlign w:val="center"/>
          </w:tcPr>
          <w:p w14:paraId="140F7C54" w14:textId="000FFF8E" w:rsidR="00B9584A" w:rsidRPr="00531435" w:rsidRDefault="00B9584A" w:rsidP="00B9584A">
            <w:pPr>
              <w:rPr>
                <w:rFonts w:ascii="Times New Roman" w:hAnsi="Times New Roman" w:cs="Times New Roman"/>
              </w:rPr>
            </w:pPr>
            <w:r w:rsidRPr="00531435">
              <w:rPr>
                <w:rFonts w:ascii="Times New Roman" w:hAnsi="Times New Roman" w:cs="Times New Roman"/>
              </w:rPr>
              <w:t>Progress in dissertation thesis</w:t>
            </w:r>
          </w:p>
        </w:tc>
        <w:tc>
          <w:tcPr>
            <w:tcW w:w="4535" w:type="dxa"/>
            <w:tcMar>
              <w:top w:w="90" w:type="dxa"/>
              <w:left w:w="100" w:type="dxa"/>
              <w:bottom w:w="90" w:type="dxa"/>
              <w:right w:w="100" w:type="dxa"/>
            </w:tcMar>
            <w:vAlign w:val="center"/>
          </w:tcPr>
          <w:p w14:paraId="31215BC3" w14:textId="77777777" w:rsidR="00B9584A" w:rsidRPr="00531435" w:rsidRDefault="00B9584A" w:rsidP="00B9584A">
            <w:pPr>
              <w:rPr>
                <w:rFonts w:ascii="Times New Roman" w:hAnsi="Times New Roman" w:cs="Times New Roman"/>
              </w:rPr>
            </w:pPr>
          </w:p>
        </w:tc>
        <w:tc>
          <w:tcPr>
            <w:tcW w:w="2551" w:type="dxa"/>
            <w:tcMar>
              <w:top w:w="90" w:type="dxa"/>
              <w:left w:w="100" w:type="dxa"/>
              <w:bottom w:w="90" w:type="dxa"/>
              <w:right w:w="100" w:type="dxa"/>
            </w:tcMar>
            <w:vAlign w:val="center"/>
          </w:tcPr>
          <w:p w14:paraId="046DBC24"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fulfills</w:t>
            </w:r>
          </w:p>
          <w:p w14:paraId="00D76EAC"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fulfills with reservations</w:t>
            </w:r>
          </w:p>
          <w:p w14:paraId="1D50792D" w14:textId="63BD7BCC"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fails to fulfill</w:t>
            </w:r>
          </w:p>
        </w:tc>
      </w:tr>
      <w:tr w:rsidR="00B9584A" w:rsidRPr="00531435" w14:paraId="13316F91" w14:textId="77777777">
        <w:trPr>
          <w:jc w:val="center"/>
        </w:trPr>
        <w:tc>
          <w:tcPr>
            <w:tcW w:w="2665" w:type="dxa"/>
            <w:tcMar>
              <w:top w:w="90" w:type="dxa"/>
              <w:left w:w="100" w:type="dxa"/>
              <w:bottom w:w="90" w:type="dxa"/>
              <w:right w:w="100" w:type="dxa"/>
            </w:tcMar>
            <w:vAlign w:val="center"/>
          </w:tcPr>
          <w:p w14:paraId="0BC538F4" w14:textId="7D23256F" w:rsidR="00B9584A" w:rsidRPr="00531435" w:rsidRDefault="00B9584A" w:rsidP="00B9584A">
            <w:pPr>
              <w:rPr>
                <w:rFonts w:ascii="Times New Roman" w:hAnsi="Times New Roman" w:cs="Times New Roman"/>
              </w:rPr>
            </w:pPr>
            <w:r w:rsidRPr="00531435">
              <w:rPr>
                <w:rFonts w:ascii="Times New Roman" w:hAnsi="Times New Roman" w:cs="Times New Roman"/>
              </w:rPr>
              <w:t>Publication and conference activity</w:t>
            </w:r>
          </w:p>
        </w:tc>
        <w:tc>
          <w:tcPr>
            <w:tcW w:w="4535" w:type="dxa"/>
            <w:tcMar>
              <w:top w:w="90" w:type="dxa"/>
              <w:left w:w="100" w:type="dxa"/>
              <w:bottom w:w="90" w:type="dxa"/>
              <w:right w:w="100" w:type="dxa"/>
            </w:tcMar>
            <w:vAlign w:val="center"/>
          </w:tcPr>
          <w:p w14:paraId="282699F2" w14:textId="77777777" w:rsidR="00B9584A" w:rsidRPr="00531435" w:rsidRDefault="00B9584A" w:rsidP="00B9584A">
            <w:pPr>
              <w:rPr>
                <w:rFonts w:ascii="Times New Roman" w:hAnsi="Times New Roman" w:cs="Times New Roman"/>
              </w:rPr>
            </w:pPr>
          </w:p>
        </w:tc>
        <w:tc>
          <w:tcPr>
            <w:tcW w:w="2551" w:type="dxa"/>
            <w:tcMar>
              <w:top w:w="90" w:type="dxa"/>
              <w:left w:w="100" w:type="dxa"/>
              <w:bottom w:w="90" w:type="dxa"/>
              <w:right w:w="100" w:type="dxa"/>
            </w:tcMar>
            <w:vAlign w:val="center"/>
          </w:tcPr>
          <w:p w14:paraId="2FE782DE"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fulfills</w:t>
            </w:r>
          </w:p>
          <w:p w14:paraId="5F9442FB"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fulfills with reservations</w:t>
            </w:r>
          </w:p>
          <w:p w14:paraId="7DFAA24D" w14:textId="55DA8A33"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fails to fulfill</w:t>
            </w:r>
          </w:p>
        </w:tc>
      </w:tr>
      <w:tr w:rsidR="00B9584A" w:rsidRPr="00531435" w14:paraId="5F6A24EA" w14:textId="77777777">
        <w:trPr>
          <w:jc w:val="center"/>
        </w:trPr>
        <w:tc>
          <w:tcPr>
            <w:tcW w:w="2665" w:type="dxa"/>
            <w:tcMar>
              <w:top w:w="90" w:type="dxa"/>
              <w:left w:w="100" w:type="dxa"/>
              <w:bottom w:w="90" w:type="dxa"/>
              <w:right w:w="100" w:type="dxa"/>
            </w:tcMar>
            <w:vAlign w:val="center"/>
          </w:tcPr>
          <w:p w14:paraId="6A91D06F" w14:textId="7D4F4881" w:rsidR="00B9584A" w:rsidRPr="00531435" w:rsidRDefault="00B9584A" w:rsidP="00B9584A">
            <w:pPr>
              <w:rPr>
                <w:rFonts w:ascii="Times New Roman" w:hAnsi="Times New Roman" w:cs="Times New Roman"/>
              </w:rPr>
            </w:pPr>
            <w:r w:rsidRPr="00531435">
              <w:rPr>
                <w:rFonts w:ascii="Times New Roman" w:hAnsi="Times New Roman" w:cs="Times New Roman"/>
              </w:rPr>
              <w:t>Internationalization / professional cooperation</w:t>
            </w:r>
          </w:p>
        </w:tc>
        <w:tc>
          <w:tcPr>
            <w:tcW w:w="4535" w:type="dxa"/>
            <w:tcMar>
              <w:top w:w="90" w:type="dxa"/>
              <w:left w:w="100" w:type="dxa"/>
              <w:bottom w:w="90" w:type="dxa"/>
              <w:right w:w="100" w:type="dxa"/>
            </w:tcMar>
            <w:vAlign w:val="center"/>
          </w:tcPr>
          <w:p w14:paraId="76F62C74" w14:textId="77777777" w:rsidR="00B9584A" w:rsidRPr="00531435" w:rsidRDefault="00B9584A" w:rsidP="00B9584A">
            <w:pPr>
              <w:rPr>
                <w:rFonts w:ascii="Times New Roman" w:hAnsi="Times New Roman" w:cs="Times New Roman"/>
              </w:rPr>
            </w:pPr>
          </w:p>
        </w:tc>
        <w:tc>
          <w:tcPr>
            <w:tcW w:w="2551" w:type="dxa"/>
            <w:tcMar>
              <w:top w:w="90" w:type="dxa"/>
              <w:left w:w="100" w:type="dxa"/>
              <w:bottom w:w="90" w:type="dxa"/>
              <w:right w:w="100" w:type="dxa"/>
            </w:tcMar>
            <w:vAlign w:val="center"/>
          </w:tcPr>
          <w:p w14:paraId="02639B85"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fulfills</w:t>
            </w:r>
          </w:p>
          <w:p w14:paraId="4251FC42"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fulfills with reservations</w:t>
            </w:r>
          </w:p>
          <w:p w14:paraId="6E982FAE" w14:textId="5E4739A2"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fails to fulfill</w:t>
            </w:r>
          </w:p>
        </w:tc>
      </w:tr>
      <w:tr w:rsidR="00B9584A" w:rsidRPr="00531435" w14:paraId="5440286A" w14:textId="77777777">
        <w:trPr>
          <w:jc w:val="center"/>
        </w:trPr>
        <w:tc>
          <w:tcPr>
            <w:tcW w:w="2665" w:type="dxa"/>
            <w:tcMar>
              <w:top w:w="90" w:type="dxa"/>
              <w:left w:w="100" w:type="dxa"/>
              <w:bottom w:w="90" w:type="dxa"/>
              <w:right w:w="100" w:type="dxa"/>
            </w:tcMar>
            <w:vAlign w:val="center"/>
          </w:tcPr>
          <w:p w14:paraId="061704D8" w14:textId="247072BA" w:rsidR="00B9584A" w:rsidRPr="00531435" w:rsidRDefault="00B9584A" w:rsidP="00B9584A">
            <w:pPr>
              <w:rPr>
                <w:rFonts w:ascii="Times New Roman" w:hAnsi="Times New Roman" w:cs="Times New Roman"/>
              </w:rPr>
            </w:pPr>
            <w:r w:rsidRPr="00531435">
              <w:rPr>
                <w:rFonts w:ascii="Times New Roman" w:hAnsi="Times New Roman" w:cs="Times New Roman"/>
              </w:rPr>
              <w:t>Pedagogical and other professional duties</w:t>
            </w:r>
          </w:p>
        </w:tc>
        <w:tc>
          <w:tcPr>
            <w:tcW w:w="4535" w:type="dxa"/>
            <w:tcMar>
              <w:top w:w="90" w:type="dxa"/>
              <w:left w:w="100" w:type="dxa"/>
              <w:bottom w:w="90" w:type="dxa"/>
              <w:right w:w="100" w:type="dxa"/>
            </w:tcMar>
            <w:vAlign w:val="center"/>
          </w:tcPr>
          <w:p w14:paraId="3C219229" w14:textId="77777777" w:rsidR="00B9584A" w:rsidRPr="00531435" w:rsidRDefault="00B9584A" w:rsidP="00B9584A">
            <w:pPr>
              <w:rPr>
                <w:rFonts w:ascii="Times New Roman" w:hAnsi="Times New Roman" w:cs="Times New Roman"/>
              </w:rPr>
            </w:pPr>
          </w:p>
        </w:tc>
        <w:tc>
          <w:tcPr>
            <w:tcW w:w="2551" w:type="dxa"/>
            <w:tcMar>
              <w:top w:w="90" w:type="dxa"/>
              <w:left w:w="100" w:type="dxa"/>
              <w:bottom w:w="90" w:type="dxa"/>
              <w:right w:w="100" w:type="dxa"/>
            </w:tcMar>
            <w:vAlign w:val="center"/>
          </w:tcPr>
          <w:p w14:paraId="5A15BDE0"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fulfills</w:t>
            </w:r>
          </w:p>
          <w:p w14:paraId="0F22314A" w14:textId="77777777"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fulfills with reservations</w:t>
            </w:r>
          </w:p>
          <w:p w14:paraId="0B86FA62" w14:textId="2DC9A17A"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fails to fulfill</w:t>
            </w:r>
          </w:p>
        </w:tc>
      </w:tr>
    </w:tbl>
    <w:p w14:paraId="3C5B47CB" w14:textId="77777777" w:rsidR="0012048A" w:rsidRPr="00531435" w:rsidRDefault="0012048A">
      <w:pPr>
        <w:rPr>
          <w:rFonts w:ascii="Times New Roman" w:hAnsi="Times New Roman" w:cs="Times New Roman"/>
        </w:rPr>
      </w:pPr>
    </w:p>
    <w:tbl>
      <w:tblPr>
        <w:tblStyle w:val="Mkatabulky"/>
        <w:tblW w:w="0" w:type="auto"/>
        <w:jc w:val="center"/>
        <w:tblBorders>
          <w:top w:val="single" w:sz="8" w:space="0" w:color="B7C3CE"/>
          <w:left w:val="single" w:sz="8" w:space="0" w:color="B7C3CE"/>
          <w:bottom w:val="single" w:sz="8" w:space="0" w:color="B7C3CE"/>
          <w:right w:val="single" w:sz="8" w:space="0" w:color="B7C3CE"/>
          <w:insideH w:val="single" w:sz="8" w:space="0" w:color="B7C3CE"/>
          <w:insideV w:val="single" w:sz="8" w:space="0" w:color="B7C3CE"/>
        </w:tblBorders>
        <w:tblLook w:val="04A0" w:firstRow="1" w:lastRow="0" w:firstColumn="1" w:lastColumn="0" w:noHBand="0" w:noVBand="1"/>
      </w:tblPr>
      <w:tblGrid>
        <w:gridCol w:w="3231"/>
        <w:gridCol w:w="6520"/>
      </w:tblGrid>
      <w:tr w:rsidR="0012048A" w:rsidRPr="00531435" w14:paraId="6A6C82AA" w14:textId="77777777">
        <w:trPr>
          <w:jc w:val="center"/>
        </w:trPr>
        <w:tc>
          <w:tcPr>
            <w:tcW w:w="3231" w:type="dxa"/>
            <w:shd w:val="clear" w:color="auto" w:fill="EEF3F7"/>
            <w:tcMar>
              <w:top w:w="90" w:type="dxa"/>
              <w:left w:w="100" w:type="dxa"/>
              <w:bottom w:w="90" w:type="dxa"/>
              <w:right w:w="100" w:type="dxa"/>
            </w:tcMar>
            <w:vAlign w:val="center"/>
          </w:tcPr>
          <w:p w14:paraId="14DE160F" w14:textId="46BBE2C2" w:rsidR="0012048A" w:rsidRPr="00531435" w:rsidRDefault="00B9584A">
            <w:pPr>
              <w:rPr>
                <w:rFonts w:ascii="Times New Roman" w:hAnsi="Times New Roman" w:cs="Times New Roman"/>
              </w:rPr>
            </w:pPr>
            <w:r w:rsidRPr="00531435">
              <w:rPr>
                <w:rFonts w:ascii="Times New Roman" w:hAnsi="Times New Roman" w:cs="Times New Roman"/>
                <w:b/>
                <w:color w:val="173F5F"/>
              </w:rPr>
              <w:t>Comprehensive standpoint of the supervisor</w:t>
            </w:r>
          </w:p>
        </w:tc>
        <w:tc>
          <w:tcPr>
            <w:tcW w:w="6520" w:type="dxa"/>
            <w:tcMar>
              <w:top w:w="90" w:type="dxa"/>
              <w:left w:w="100" w:type="dxa"/>
              <w:bottom w:w="90" w:type="dxa"/>
              <w:right w:w="100" w:type="dxa"/>
            </w:tcMar>
            <w:vAlign w:val="center"/>
          </w:tcPr>
          <w:p w14:paraId="2700F2BA" w14:textId="77777777" w:rsidR="0012048A" w:rsidRPr="00531435" w:rsidRDefault="006C3B6B">
            <w:pPr>
              <w:rPr>
                <w:rFonts w:ascii="Times New Roman" w:hAnsi="Times New Roman" w:cs="Times New Roman"/>
              </w:rPr>
            </w:pP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p>
        </w:tc>
      </w:tr>
      <w:tr w:rsidR="0012048A" w:rsidRPr="00531435" w14:paraId="443C8C0B" w14:textId="77777777">
        <w:trPr>
          <w:jc w:val="center"/>
        </w:trPr>
        <w:tc>
          <w:tcPr>
            <w:tcW w:w="3231" w:type="dxa"/>
            <w:shd w:val="clear" w:color="auto" w:fill="EEF3F7"/>
            <w:tcMar>
              <w:top w:w="90" w:type="dxa"/>
              <w:left w:w="100" w:type="dxa"/>
              <w:bottom w:w="90" w:type="dxa"/>
              <w:right w:w="100" w:type="dxa"/>
            </w:tcMar>
            <w:vAlign w:val="center"/>
          </w:tcPr>
          <w:p w14:paraId="5FDD9D55" w14:textId="21CC50F9" w:rsidR="0012048A" w:rsidRPr="00531435" w:rsidRDefault="00B9584A">
            <w:pPr>
              <w:rPr>
                <w:rFonts w:ascii="Times New Roman" w:hAnsi="Times New Roman" w:cs="Times New Roman"/>
              </w:rPr>
            </w:pPr>
            <w:r w:rsidRPr="00531435">
              <w:rPr>
                <w:rFonts w:ascii="Times New Roman" w:hAnsi="Times New Roman" w:cs="Times New Roman"/>
                <w:b/>
                <w:color w:val="173F5F"/>
              </w:rPr>
              <w:lastRenderedPageBreak/>
              <w:t>Recommended adjustments to the ISP / priorities for the next semester</w:t>
            </w:r>
          </w:p>
        </w:tc>
        <w:tc>
          <w:tcPr>
            <w:tcW w:w="6520" w:type="dxa"/>
            <w:tcMar>
              <w:top w:w="90" w:type="dxa"/>
              <w:left w:w="100" w:type="dxa"/>
              <w:bottom w:w="90" w:type="dxa"/>
              <w:right w:w="100" w:type="dxa"/>
            </w:tcMar>
            <w:vAlign w:val="center"/>
          </w:tcPr>
          <w:p w14:paraId="53E99D18" w14:textId="77777777" w:rsidR="0012048A" w:rsidRPr="00531435" w:rsidRDefault="006C3B6B">
            <w:pPr>
              <w:rPr>
                <w:rFonts w:ascii="Times New Roman" w:hAnsi="Times New Roman" w:cs="Times New Roman"/>
              </w:rPr>
            </w:pP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r w:rsidRPr="00531435">
              <w:rPr>
                <w:rFonts w:ascii="Times New Roman" w:hAnsi="Times New Roman" w:cs="Times New Roman"/>
              </w:rPr>
              <w:br/>
            </w:r>
          </w:p>
        </w:tc>
      </w:tr>
      <w:tr w:rsidR="0012048A" w:rsidRPr="00531435" w14:paraId="4C554A00" w14:textId="77777777">
        <w:trPr>
          <w:jc w:val="center"/>
        </w:trPr>
        <w:tc>
          <w:tcPr>
            <w:tcW w:w="3231" w:type="dxa"/>
            <w:shd w:val="clear" w:color="auto" w:fill="EEF3F7"/>
            <w:tcMar>
              <w:top w:w="90" w:type="dxa"/>
              <w:left w:w="100" w:type="dxa"/>
              <w:bottom w:w="90" w:type="dxa"/>
              <w:right w:w="100" w:type="dxa"/>
            </w:tcMar>
            <w:vAlign w:val="center"/>
          </w:tcPr>
          <w:p w14:paraId="61D5522B" w14:textId="750291E9" w:rsidR="0012048A" w:rsidRPr="00531435" w:rsidRDefault="00B9584A">
            <w:pPr>
              <w:rPr>
                <w:rFonts w:ascii="Times New Roman" w:hAnsi="Times New Roman" w:cs="Times New Roman"/>
              </w:rPr>
            </w:pPr>
            <w:r w:rsidRPr="00531435">
              <w:rPr>
                <w:rFonts w:ascii="Times New Roman" w:hAnsi="Times New Roman" w:cs="Times New Roman"/>
                <w:b/>
                <w:color w:val="173F5F"/>
              </w:rPr>
              <w:t>Recommendation for the further course of study</w:t>
            </w:r>
          </w:p>
        </w:tc>
        <w:tc>
          <w:tcPr>
            <w:tcW w:w="6520" w:type="dxa"/>
            <w:tcMar>
              <w:top w:w="90" w:type="dxa"/>
              <w:left w:w="100" w:type="dxa"/>
              <w:bottom w:w="90" w:type="dxa"/>
              <w:right w:w="100" w:type="dxa"/>
            </w:tcMar>
            <w:vAlign w:val="center"/>
          </w:tcPr>
          <w:p w14:paraId="1E1D2941" w14:textId="30514010"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to continue without reservations according to the ISP</w:t>
            </w:r>
          </w:p>
          <w:p w14:paraId="2837AB82" w14:textId="38136E6B"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to continue with a partial adjustment of the ISP</w:t>
            </w:r>
          </w:p>
          <w:p w14:paraId="17D6800D" w14:textId="5C7FD915" w:rsidR="00B9584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to require increased continuous monitoring</w:t>
            </w:r>
          </w:p>
          <w:p w14:paraId="4FBE2319" w14:textId="1AFB2899" w:rsidR="0012048A" w:rsidRPr="00531435" w:rsidRDefault="00B9584A" w:rsidP="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to submit to the Subject Area Board for discussion with a reservation</w:t>
            </w:r>
          </w:p>
        </w:tc>
      </w:tr>
    </w:tbl>
    <w:p w14:paraId="7F04CC9F" w14:textId="77777777" w:rsidR="006F7C21" w:rsidRPr="00531435" w:rsidRDefault="006F7C21">
      <w:pPr>
        <w:rPr>
          <w:rFonts w:ascii="Times New Roman" w:hAnsi="Times New Roman" w:cs="Times New Roman"/>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9866"/>
      </w:tblGrid>
      <w:tr w:rsidR="0012048A" w:rsidRPr="00531435" w14:paraId="653F6B57" w14:textId="77777777">
        <w:trPr>
          <w:jc w:val="center"/>
        </w:trPr>
        <w:tc>
          <w:tcPr>
            <w:tcW w:w="9866" w:type="dxa"/>
            <w:shd w:val="clear" w:color="auto" w:fill="173F5F"/>
            <w:tcMar>
              <w:top w:w="70" w:type="dxa"/>
              <w:left w:w="110" w:type="dxa"/>
              <w:bottom w:w="70" w:type="dxa"/>
              <w:right w:w="110" w:type="dxa"/>
            </w:tcMar>
          </w:tcPr>
          <w:p w14:paraId="762ADBCE" w14:textId="7361C0EA" w:rsidR="0012048A" w:rsidRPr="00531435" w:rsidRDefault="006C3B6B">
            <w:pPr>
              <w:pStyle w:val="SectionHeadingFZS"/>
              <w:spacing w:after="0"/>
              <w:rPr>
                <w:rFonts w:ascii="Times New Roman" w:hAnsi="Times New Roman" w:cs="Times New Roman"/>
              </w:rPr>
            </w:pPr>
            <w:r w:rsidRPr="00531435">
              <w:rPr>
                <w:rFonts w:ascii="Times New Roman" w:hAnsi="Times New Roman" w:cs="Times New Roman"/>
              </w:rPr>
              <w:t xml:space="preserve">6. </w:t>
            </w:r>
            <w:r w:rsidR="00B9584A" w:rsidRPr="00531435">
              <w:rPr>
                <w:rFonts w:ascii="Times New Roman" w:hAnsi="Times New Roman" w:cs="Times New Roman"/>
              </w:rPr>
              <w:t>Transfer into the Annual Evaluation</w:t>
            </w:r>
          </w:p>
        </w:tc>
      </w:tr>
    </w:tbl>
    <w:p w14:paraId="4D05CC09" w14:textId="77777777" w:rsidR="0012048A" w:rsidRPr="00531435" w:rsidRDefault="0012048A">
      <w:pPr>
        <w:rPr>
          <w:rFonts w:ascii="Times New Roman" w:hAnsi="Times New Roman" w:cs="Times New Roman"/>
        </w:rPr>
      </w:pPr>
    </w:p>
    <w:tbl>
      <w:tblPr>
        <w:tblW w:w="0" w:type="auto"/>
        <w:jc w:val="center"/>
        <w:tblBorders>
          <w:top w:val="single" w:sz="6" w:space="0" w:color="D6DEE5"/>
          <w:left w:val="single" w:sz="6" w:space="0" w:color="D6DEE5"/>
          <w:bottom w:val="single" w:sz="6" w:space="0" w:color="D6DEE5"/>
          <w:right w:val="single" w:sz="6" w:space="0" w:color="D6DEE5"/>
          <w:insideH w:val="single" w:sz="6" w:space="0" w:color="D6DEE5"/>
          <w:insideV w:val="single" w:sz="6" w:space="0" w:color="D6DEE5"/>
        </w:tblBorders>
        <w:tblLook w:val="04A0" w:firstRow="1" w:lastRow="0" w:firstColumn="1" w:lastColumn="0" w:noHBand="0" w:noVBand="1"/>
      </w:tblPr>
      <w:tblGrid>
        <w:gridCol w:w="9850"/>
      </w:tblGrid>
      <w:tr w:rsidR="0012048A" w:rsidRPr="00531435" w14:paraId="002B5464" w14:textId="77777777">
        <w:trPr>
          <w:jc w:val="center"/>
        </w:trPr>
        <w:tc>
          <w:tcPr>
            <w:tcW w:w="9866" w:type="dxa"/>
            <w:shd w:val="clear" w:color="auto" w:fill="F3F5F7"/>
            <w:tcMar>
              <w:top w:w="120" w:type="dxa"/>
              <w:left w:w="120" w:type="dxa"/>
              <w:bottom w:w="120" w:type="dxa"/>
              <w:right w:w="120" w:type="dxa"/>
            </w:tcMar>
          </w:tcPr>
          <w:p w14:paraId="72715088" w14:textId="7FAC2398" w:rsidR="0012048A" w:rsidRPr="00531435" w:rsidRDefault="00B9584A">
            <w:pPr>
              <w:pStyle w:val="SmallNote"/>
              <w:rPr>
                <w:rFonts w:ascii="Times New Roman" w:hAnsi="Times New Roman" w:cs="Times New Roman"/>
              </w:rPr>
            </w:pPr>
            <w:r w:rsidRPr="00531435">
              <w:rPr>
                <w:rFonts w:ascii="Times New Roman" w:hAnsi="Times New Roman" w:cs="Times New Roman"/>
                <w:sz w:val="20"/>
                <w:szCs w:val="24"/>
              </w:rPr>
              <w:t>This section facilitates the transfer of the semester evaluation into the formal annual evaluation, in which the Subject Area Board, in accordance with UJEP regulations, states whether the student fulfills the ISP, fails to fulfill certain obligations, or seriously fails to fulfill obligations.</w:t>
            </w:r>
          </w:p>
        </w:tc>
      </w:tr>
    </w:tbl>
    <w:p w14:paraId="195131DC" w14:textId="77777777" w:rsidR="0012048A" w:rsidRPr="00531435" w:rsidRDefault="0012048A">
      <w:pPr>
        <w:rPr>
          <w:rFonts w:ascii="Times New Roman" w:hAnsi="Times New Roman" w:cs="Times New Roman"/>
        </w:rPr>
      </w:pPr>
    </w:p>
    <w:tbl>
      <w:tblPr>
        <w:tblStyle w:val="Mkatabulky"/>
        <w:tblW w:w="0" w:type="auto"/>
        <w:jc w:val="center"/>
        <w:tblBorders>
          <w:top w:val="single" w:sz="8" w:space="0" w:color="B7C3CE"/>
          <w:left w:val="single" w:sz="8" w:space="0" w:color="B7C3CE"/>
          <w:bottom w:val="single" w:sz="8" w:space="0" w:color="B7C3CE"/>
          <w:right w:val="single" w:sz="8" w:space="0" w:color="B7C3CE"/>
          <w:insideH w:val="single" w:sz="8" w:space="0" w:color="B7C3CE"/>
          <w:insideV w:val="single" w:sz="8" w:space="0" w:color="B7C3CE"/>
        </w:tblBorders>
        <w:tblLook w:val="04A0" w:firstRow="1" w:lastRow="0" w:firstColumn="1" w:lastColumn="0" w:noHBand="0" w:noVBand="1"/>
      </w:tblPr>
      <w:tblGrid>
        <w:gridCol w:w="3855"/>
        <w:gridCol w:w="5896"/>
      </w:tblGrid>
      <w:tr w:rsidR="0012048A" w:rsidRPr="00531435" w14:paraId="4C6D3892" w14:textId="77777777">
        <w:trPr>
          <w:tblHeader/>
          <w:jc w:val="center"/>
        </w:trPr>
        <w:tc>
          <w:tcPr>
            <w:tcW w:w="3855" w:type="dxa"/>
            <w:shd w:val="clear" w:color="auto" w:fill="DCE6F1"/>
            <w:tcMar>
              <w:top w:w="90" w:type="dxa"/>
              <w:left w:w="100" w:type="dxa"/>
              <w:bottom w:w="90" w:type="dxa"/>
              <w:right w:w="100" w:type="dxa"/>
            </w:tcMar>
            <w:vAlign w:val="center"/>
          </w:tcPr>
          <w:p w14:paraId="5AF27ADF" w14:textId="03FDFD70" w:rsidR="0012048A" w:rsidRPr="00531435" w:rsidRDefault="00B9584A">
            <w:pPr>
              <w:rPr>
                <w:rFonts w:ascii="Times New Roman" w:hAnsi="Times New Roman" w:cs="Times New Roman"/>
              </w:rPr>
            </w:pPr>
            <w:r w:rsidRPr="00531435">
              <w:rPr>
                <w:rFonts w:ascii="Times New Roman" w:hAnsi="Times New Roman" w:cs="Times New Roman"/>
              </w:rPr>
              <w:t>Preliminary Conclusion for the Annual Evaluation</w:t>
            </w:r>
          </w:p>
        </w:tc>
        <w:tc>
          <w:tcPr>
            <w:tcW w:w="5896" w:type="dxa"/>
            <w:shd w:val="clear" w:color="auto" w:fill="DCE6F1"/>
            <w:tcMar>
              <w:top w:w="90" w:type="dxa"/>
              <w:left w:w="100" w:type="dxa"/>
              <w:bottom w:w="90" w:type="dxa"/>
              <w:right w:w="100" w:type="dxa"/>
            </w:tcMar>
            <w:vAlign w:val="center"/>
          </w:tcPr>
          <w:p w14:paraId="23609CD4" w14:textId="41E5CB8E" w:rsidR="0012048A" w:rsidRPr="00531435" w:rsidRDefault="00B9584A">
            <w:pPr>
              <w:rPr>
                <w:rFonts w:ascii="Times New Roman" w:hAnsi="Times New Roman" w:cs="Times New Roman"/>
              </w:rPr>
            </w:pPr>
            <w:r w:rsidRPr="00531435">
              <w:rPr>
                <w:rFonts w:ascii="Times New Roman" w:hAnsi="Times New Roman" w:cs="Times New Roman"/>
              </w:rPr>
              <w:t>Justification / Commentary</w:t>
            </w:r>
          </w:p>
        </w:tc>
      </w:tr>
      <w:tr w:rsidR="0012048A" w:rsidRPr="00531435" w14:paraId="088F5868" w14:textId="77777777">
        <w:trPr>
          <w:jc w:val="center"/>
        </w:trPr>
        <w:tc>
          <w:tcPr>
            <w:tcW w:w="3855" w:type="dxa"/>
            <w:tcMar>
              <w:top w:w="90" w:type="dxa"/>
              <w:left w:w="100" w:type="dxa"/>
              <w:bottom w:w="90" w:type="dxa"/>
              <w:right w:w="100" w:type="dxa"/>
            </w:tcMar>
            <w:vAlign w:val="center"/>
          </w:tcPr>
          <w:p w14:paraId="152024CA" w14:textId="2525EDDA" w:rsidR="0012048A" w:rsidRPr="00531435" w:rsidRDefault="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student fulfills the ISP</w:t>
            </w:r>
          </w:p>
        </w:tc>
        <w:tc>
          <w:tcPr>
            <w:tcW w:w="5896" w:type="dxa"/>
            <w:tcMar>
              <w:top w:w="90" w:type="dxa"/>
              <w:left w:w="100" w:type="dxa"/>
              <w:bottom w:w="90" w:type="dxa"/>
              <w:right w:w="100" w:type="dxa"/>
            </w:tcMar>
            <w:vAlign w:val="center"/>
          </w:tcPr>
          <w:p w14:paraId="0D301481" w14:textId="77777777" w:rsidR="0012048A" w:rsidRPr="00531435" w:rsidRDefault="0012048A">
            <w:pPr>
              <w:rPr>
                <w:rFonts w:ascii="Times New Roman" w:hAnsi="Times New Roman" w:cs="Times New Roman"/>
              </w:rPr>
            </w:pPr>
          </w:p>
        </w:tc>
      </w:tr>
      <w:tr w:rsidR="0012048A" w:rsidRPr="00531435" w14:paraId="07512219" w14:textId="77777777">
        <w:trPr>
          <w:jc w:val="center"/>
        </w:trPr>
        <w:tc>
          <w:tcPr>
            <w:tcW w:w="3855" w:type="dxa"/>
            <w:tcMar>
              <w:top w:w="90" w:type="dxa"/>
              <w:left w:w="100" w:type="dxa"/>
              <w:bottom w:w="90" w:type="dxa"/>
              <w:right w:w="100" w:type="dxa"/>
            </w:tcMar>
            <w:vAlign w:val="center"/>
          </w:tcPr>
          <w:p w14:paraId="7E3F4274" w14:textId="69FBABD7" w:rsidR="0012048A" w:rsidRPr="00531435" w:rsidRDefault="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student fails to fulfill certain obligations according to the ISP</w:t>
            </w:r>
          </w:p>
        </w:tc>
        <w:tc>
          <w:tcPr>
            <w:tcW w:w="5896" w:type="dxa"/>
            <w:tcMar>
              <w:top w:w="90" w:type="dxa"/>
              <w:left w:w="100" w:type="dxa"/>
              <w:bottom w:w="90" w:type="dxa"/>
              <w:right w:w="100" w:type="dxa"/>
            </w:tcMar>
            <w:vAlign w:val="center"/>
          </w:tcPr>
          <w:p w14:paraId="5BE55094" w14:textId="77777777" w:rsidR="0012048A" w:rsidRPr="00531435" w:rsidRDefault="0012048A">
            <w:pPr>
              <w:rPr>
                <w:rFonts w:ascii="Times New Roman" w:hAnsi="Times New Roman" w:cs="Times New Roman"/>
              </w:rPr>
            </w:pPr>
          </w:p>
        </w:tc>
      </w:tr>
      <w:tr w:rsidR="0012048A" w:rsidRPr="00531435" w14:paraId="5BB0A603" w14:textId="77777777">
        <w:trPr>
          <w:jc w:val="center"/>
        </w:trPr>
        <w:tc>
          <w:tcPr>
            <w:tcW w:w="3855" w:type="dxa"/>
            <w:tcMar>
              <w:top w:w="90" w:type="dxa"/>
              <w:left w:w="100" w:type="dxa"/>
              <w:bottom w:w="90" w:type="dxa"/>
              <w:right w:w="100" w:type="dxa"/>
            </w:tcMar>
            <w:vAlign w:val="center"/>
          </w:tcPr>
          <w:p w14:paraId="4E95D4E0" w14:textId="61E8ED83" w:rsidR="0012048A" w:rsidRPr="00531435" w:rsidRDefault="00B9584A">
            <w:pPr>
              <w:rPr>
                <w:rFonts w:ascii="Times New Roman" w:hAnsi="Times New Roman" w:cs="Times New Roman"/>
              </w:rPr>
            </w:pPr>
            <w:r w:rsidRPr="00531435">
              <w:rPr>
                <w:rFonts w:ascii="Segoe UI Symbol" w:hAnsi="Segoe UI Symbol" w:cs="Segoe UI Symbol"/>
              </w:rPr>
              <w:t>☐</w:t>
            </w:r>
            <w:r w:rsidRPr="00531435">
              <w:rPr>
                <w:rFonts w:ascii="Times New Roman" w:hAnsi="Times New Roman" w:cs="Times New Roman"/>
              </w:rPr>
              <w:t xml:space="preserve"> student seriously fails to fulfill obligations according to the ISP</w:t>
            </w:r>
          </w:p>
        </w:tc>
        <w:tc>
          <w:tcPr>
            <w:tcW w:w="5896" w:type="dxa"/>
            <w:tcMar>
              <w:top w:w="90" w:type="dxa"/>
              <w:left w:w="100" w:type="dxa"/>
              <w:bottom w:w="90" w:type="dxa"/>
              <w:right w:w="100" w:type="dxa"/>
            </w:tcMar>
            <w:vAlign w:val="center"/>
          </w:tcPr>
          <w:p w14:paraId="65146D44" w14:textId="77777777" w:rsidR="0012048A" w:rsidRPr="00531435" w:rsidRDefault="0012048A">
            <w:pPr>
              <w:rPr>
                <w:rFonts w:ascii="Times New Roman" w:hAnsi="Times New Roman" w:cs="Times New Roman"/>
              </w:rPr>
            </w:pPr>
          </w:p>
        </w:tc>
      </w:tr>
    </w:tbl>
    <w:p w14:paraId="22DDB8E7" w14:textId="77777777" w:rsidR="0012048A" w:rsidRPr="00531435" w:rsidRDefault="0012048A">
      <w:pPr>
        <w:rPr>
          <w:rFonts w:ascii="Times New Roman" w:hAnsi="Times New Roman" w:cs="Times New Roman"/>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9866"/>
      </w:tblGrid>
      <w:tr w:rsidR="0012048A" w:rsidRPr="00531435" w14:paraId="5CCC5C01" w14:textId="77777777">
        <w:trPr>
          <w:jc w:val="center"/>
        </w:trPr>
        <w:tc>
          <w:tcPr>
            <w:tcW w:w="9866" w:type="dxa"/>
            <w:shd w:val="clear" w:color="auto" w:fill="173F5F"/>
            <w:tcMar>
              <w:top w:w="70" w:type="dxa"/>
              <w:left w:w="110" w:type="dxa"/>
              <w:bottom w:w="70" w:type="dxa"/>
              <w:right w:w="110" w:type="dxa"/>
            </w:tcMar>
          </w:tcPr>
          <w:p w14:paraId="2F0B3A67" w14:textId="02A08BC8" w:rsidR="0012048A" w:rsidRPr="00531435" w:rsidRDefault="006C3B6B">
            <w:pPr>
              <w:pStyle w:val="SectionHeadingFZS"/>
              <w:spacing w:after="0"/>
              <w:rPr>
                <w:rFonts w:ascii="Times New Roman" w:hAnsi="Times New Roman" w:cs="Times New Roman"/>
              </w:rPr>
            </w:pPr>
            <w:r w:rsidRPr="00531435">
              <w:rPr>
                <w:rFonts w:ascii="Times New Roman" w:hAnsi="Times New Roman" w:cs="Times New Roman"/>
              </w:rPr>
              <w:t xml:space="preserve">7. </w:t>
            </w:r>
            <w:r w:rsidR="00B9584A" w:rsidRPr="00531435">
              <w:rPr>
                <w:rFonts w:ascii="Times New Roman" w:hAnsi="Times New Roman" w:cs="Times New Roman"/>
              </w:rPr>
              <w:t>Confirmation</w:t>
            </w:r>
          </w:p>
        </w:tc>
      </w:tr>
    </w:tbl>
    <w:p w14:paraId="26F2835B" w14:textId="77777777" w:rsidR="0012048A" w:rsidRPr="00531435" w:rsidRDefault="0012048A">
      <w:pPr>
        <w:rPr>
          <w:rFonts w:ascii="Times New Roman" w:hAnsi="Times New Roman" w:cs="Times New Roman"/>
        </w:rPr>
      </w:pPr>
    </w:p>
    <w:tbl>
      <w:tblPr>
        <w:tblStyle w:val="Mkatabulky"/>
        <w:tblW w:w="0" w:type="auto"/>
        <w:jc w:val="center"/>
        <w:tblBorders>
          <w:top w:val="single" w:sz="8" w:space="0" w:color="B7C3CE"/>
          <w:left w:val="single" w:sz="8" w:space="0" w:color="B7C3CE"/>
          <w:bottom w:val="single" w:sz="8" w:space="0" w:color="B7C3CE"/>
          <w:right w:val="single" w:sz="8" w:space="0" w:color="B7C3CE"/>
          <w:insideH w:val="single" w:sz="8" w:space="0" w:color="B7C3CE"/>
          <w:insideV w:val="single" w:sz="8" w:space="0" w:color="B7C3CE"/>
        </w:tblBorders>
        <w:tblLook w:val="04A0" w:firstRow="1" w:lastRow="0" w:firstColumn="1" w:lastColumn="0" w:noHBand="0" w:noVBand="1"/>
      </w:tblPr>
      <w:tblGrid>
        <w:gridCol w:w="3288"/>
        <w:gridCol w:w="3175"/>
        <w:gridCol w:w="3061"/>
      </w:tblGrid>
      <w:tr w:rsidR="0012048A" w:rsidRPr="00531435" w14:paraId="766B862B" w14:textId="77777777">
        <w:trPr>
          <w:tblHeader/>
          <w:jc w:val="center"/>
        </w:trPr>
        <w:tc>
          <w:tcPr>
            <w:tcW w:w="3288" w:type="dxa"/>
            <w:shd w:val="clear" w:color="auto" w:fill="DCE6F1"/>
            <w:tcMar>
              <w:top w:w="90" w:type="dxa"/>
              <w:left w:w="100" w:type="dxa"/>
              <w:bottom w:w="90" w:type="dxa"/>
              <w:right w:w="100" w:type="dxa"/>
            </w:tcMar>
            <w:vAlign w:val="center"/>
          </w:tcPr>
          <w:p w14:paraId="40A6109A" w14:textId="77777777" w:rsidR="0012048A" w:rsidRPr="00531435" w:rsidRDefault="006C3B6B">
            <w:pPr>
              <w:rPr>
                <w:rFonts w:ascii="Times New Roman" w:hAnsi="Times New Roman" w:cs="Times New Roman"/>
              </w:rPr>
            </w:pPr>
            <w:r w:rsidRPr="00531435">
              <w:rPr>
                <w:rFonts w:ascii="Times New Roman" w:hAnsi="Times New Roman" w:cs="Times New Roman"/>
              </w:rPr>
              <w:t>Role</w:t>
            </w:r>
          </w:p>
        </w:tc>
        <w:tc>
          <w:tcPr>
            <w:tcW w:w="3175" w:type="dxa"/>
            <w:shd w:val="clear" w:color="auto" w:fill="DCE6F1"/>
            <w:tcMar>
              <w:top w:w="90" w:type="dxa"/>
              <w:left w:w="100" w:type="dxa"/>
              <w:bottom w:w="90" w:type="dxa"/>
              <w:right w:w="100" w:type="dxa"/>
            </w:tcMar>
            <w:vAlign w:val="center"/>
          </w:tcPr>
          <w:p w14:paraId="3DD7B5EB" w14:textId="724BC8BE" w:rsidR="0012048A" w:rsidRPr="00531435" w:rsidRDefault="00B9584A">
            <w:pPr>
              <w:rPr>
                <w:rFonts w:ascii="Times New Roman" w:hAnsi="Times New Roman" w:cs="Times New Roman"/>
              </w:rPr>
            </w:pPr>
            <w:r w:rsidRPr="00531435">
              <w:rPr>
                <w:rFonts w:ascii="Times New Roman" w:hAnsi="Times New Roman" w:cs="Times New Roman"/>
              </w:rPr>
              <w:t xml:space="preserve">Name and </w:t>
            </w:r>
            <w:proofErr w:type="gramStart"/>
            <w:r w:rsidRPr="00531435">
              <w:rPr>
                <w:rFonts w:ascii="Times New Roman" w:hAnsi="Times New Roman" w:cs="Times New Roman"/>
              </w:rPr>
              <w:t>Signature</w:t>
            </w:r>
            <w:proofErr w:type="gramEnd"/>
          </w:p>
        </w:tc>
        <w:tc>
          <w:tcPr>
            <w:tcW w:w="3061" w:type="dxa"/>
            <w:shd w:val="clear" w:color="auto" w:fill="DCE6F1"/>
            <w:tcMar>
              <w:top w:w="90" w:type="dxa"/>
              <w:left w:w="100" w:type="dxa"/>
              <w:bottom w:w="90" w:type="dxa"/>
              <w:right w:w="100" w:type="dxa"/>
            </w:tcMar>
            <w:vAlign w:val="center"/>
          </w:tcPr>
          <w:p w14:paraId="176AC746" w14:textId="48A09C63" w:rsidR="0012048A" w:rsidRPr="00531435" w:rsidRDefault="00B9584A">
            <w:pPr>
              <w:rPr>
                <w:rFonts w:ascii="Times New Roman" w:hAnsi="Times New Roman" w:cs="Times New Roman"/>
              </w:rPr>
            </w:pPr>
            <w:r w:rsidRPr="00531435">
              <w:rPr>
                <w:rFonts w:ascii="Times New Roman" w:hAnsi="Times New Roman" w:cs="Times New Roman"/>
              </w:rPr>
              <w:t xml:space="preserve">Date and </w:t>
            </w:r>
            <w:proofErr w:type="gramStart"/>
            <w:r w:rsidRPr="00531435">
              <w:rPr>
                <w:rFonts w:ascii="Times New Roman" w:hAnsi="Times New Roman" w:cs="Times New Roman"/>
              </w:rPr>
              <w:t>Signature</w:t>
            </w:r>
            <w:proofErr w:type="gramEnd"/>
          </w:p>
        </w:tc>
      </w:tr>
      <w:tr w:rsidR="0012048A" w:rsidRPr="00531435" w14:paraId="38487A8C" w14:textId="77777777">
        <w:trPr>
          <w:jc w:val="center"/>
        </w:trPr>
        <w:tc>
          <w:tcPr>
            <w:tcW w:w="3288" w:type="dxa"/>
            <w:tcMar>
              <w:top w:w="90" w:type="dxa"/>
              <w:left w:w="100" w:type="dxa"/>
              <w:bottom w:w="90" w:type="dxa"/>
              <w:right w:w="100" w:type="dxa"/>
            </w:tcMar>
            <w:vAlign w:val="center"/>
          </w:tcPr>
          <w:p w14:paraId="1607133D" w14:textId="553F7CBB" w:rsidR="0012048A" w:rsidRPr="00531435" w:rsidRDefault="00B9584A">
            <w:pPr>
              <w:rPr>
                <w:rFonts w:ascii="Times New Roman" w:hAnsi="Times New Roman" w:cs="Times New Roman"/>
              </w:rPr>
            </w:pPr>
            <w:r w:rsidRPr="00531435">
              <w:rPr>
                <w:rFonts w:ascii="Times New Roman" w:hAnsi="Times New Roman" w:cs="Times New Roman"/>
              </w:rPr>
              <w:t>Ph.D. Student</w:t>
            </w:r>
          </w:p>
        </w:tc>
        <w:tc>
          <w:tcPr>
            <w:tcW w:w="3175" w:type="dxa"/>
            <w:tcMar>
              <w:top w:w="90" w:type="dxa"/>
              <w:left w:w="100" w:type="dxa"/>
              <w:bottom w:w="90" w:type="dxa"/>
              <w:right w:w="100" w:type="dxa"/>
            </w:tcMar>
            <w:vAlign w:val="center"/>
          </w:tcPr>
          <w:p w14:paraId="2879C921" w14:textId="77777777" w:rsidR="0012048A" w:rsidRPr="00531435" w:rsidRDefault="006C3B6B">
            <w:pPr>
              <w:rPr>
                <w:rFonts w:ascii="Times New Roman" w:hAnsi="Times New Roman" w:cs="Times New Roman"/>
              </w:rPr>
            </w:pPr>
            <w:r w:rsidRPr="00531435">
              <w:rPr>
                <w:rFonts w:ascii="Times New Roman" w:hAnsi="Times New Roman" w:cs="Times New Roman"/>
              </w:rPr>
              <w:br/>
            </w:r>
            <w:r w:rsidRPr="00531435">
              <w:rPr>
                <w:rFonts w:ascii="Times New Roman" w:hAnsi="Times New Roman" w:cs="Times New Roman"/>
              </w:rPr>
              <w:br/>
            </w:r>
          </w:p>
        </w:tc>
        <w:tc>
          <w:tcPr>
            <w:tcW w:w="3061" w:type="dxa"/>
            <w:tcMar>
              <w:top w:w="90" w:type="dxa"/>
              <w:left w:w="100" w:type="dxa"/>
              <w:bottom w:w="90" w:type="dxa"/>
              <w:right w:w="100" w:type="dxa"/>
            </w:tcMar>
            <w:vAlign w:val="center"/>
          </w:tcPr>
          <w:p w14:paraId="6325B2C7" w14:textId="77777777" w:rsidR="0012048A" w:rsidRPr="00531435" w:rsidRDefault="0012048A">
            <w:pPr>
              <w:rPr>
                <w:rFonts w:ascii="Times New Roman" w:hAnsi="Times New Roman" w:cs="Times New Roman"/>
              </w:rPr>
            </w:pPr>
          </w:p>
        </w:tc>
      </w:tr>
      <w:tr w:rsidR="0012048A" w:rsidRPr="00531435" w14:paraId="48A32BCA" w14:textId="77777777">
        <w:trPr>
          <w:jc w:val="center"/>
        </w:trPr>
        <w:tc>
          <w:tcPr>
            <w:tcW w:w="3288" w:type="dxa"/>
            <w:tcMar>
              <w:top w:w="90" w:type="dxa"/>
              <w:left w:w="100" w:type="dxa"/>
              <w:bottom w:w="90" w:type="dxa"/>
              <w:right w:w="100" w:type="dxa"/>
            </w:tcMar>
            <w:vAlign w:val="center"/>
          </w:tcPr>
          <w:p w14:paraId="4F92292C" w14:textId="427463AF" w:rsidR="0012048A" w:rsidRPr="00531435" w:rsidRDefault="00B9584A">
            <w:pPr>
              <w:rPr>
                <w:rFonts w:ascii="Times New Roman" w:hAnsi="Times New Roman" w:cs="Times New Roman"/>
              </w:rPr>
            </w:pPr>
            <w:r w:rsidRPr="00531435">
              <w:rPr>
                <w:rFonts w:ascii="Times New Roman" w:hAnsi="Times New Roman" w:cs="Times New Roman"/>
              </w:rPr>
              <w:t>Supervisor</w:t>
            </w:r>
          </w:p>
        </w:tc>
        <w:tc>
          <w:tcPr>
            <w:tcW w:w="3175" w:type="dxa"/>
            <w:tcMar>
              <w:top w:w="90" w:type="dxa"/>
              <w:left w:w="100" w:type="dxa"/>
              <w:bottom w:w="90" w:type="dxa"/>
              <w:right w:w="100" w:type="dxa"/>
            </w:tcMar>
            <w:vAlign w:val="center"/>
          </w:tcPr>
          <w:p w14:paraId="35424E6F" w14:textId="77777777" w:rsidR="0012048A" w:rsidRPr="00531435" w:rsidRDefault="006C3B6B">
            <w:pPr>
              <w:rPr>
                <w:rFonts w:ascii="Times New Roman" w:hAnsi="Times New Roman" w:cs="Times New Roman"/>
              </w:rPr>
            </w:pPr>
            <w:r w:rsidRPr="00531435">
              <w:rPr>
                <w:rFonts w:ascii="Times New Roman" w:hAnsi="Times New Roman" w:cs="Times New Roman"/>
              </w:rPr>
              <w:br/>
            </w:r>
            <w:r w:rsidRPr="00531435">
              <w:rPr>
                <w:rFonts w:ascii="Times New Roman" w:hAnsi="Times New Roman" w:cs="Times New Roman"/>
              </w:rPr>
              <w:br/>
            </w:r>
          </w:p>
        </w:tc>
        <w:tc>
          <w:tcPr>
            <w:tcW w:w="3061" w:type="dxa"/>
            <w:tcMar>
              <w:top w:w="90" w:type="dxa"/>
              <w:left w:w="100" w:type="dxa"/>
              <w:bottom w:w="90" w:type="dxa"/>
              <w:right w:w="100" w:type="dxa"/>
            </w:tcMar>
            <w:vAlign w:val="center"/>
          </w:tcPr>
          <w:p w14:paraId="4BC7BCCF" w14:textId="77777777" w:rsidR="0012048A" w:rsidRPr="00531435" w:rsidRDefault="0012048A">
            <w:pPr>
              <w:rPr>
                <w:rFonts w:ascii="Times New Roman" w:hAnsi="Times New Roman" w:cs="Times New Roman"/>
              </w:rPr>
            </w:pPr>
          </w:p>
        </w:tc>
      </w:tr>
      <w:tr w:rsidR="0012048A" w:rsidRPr="00531435" w14:paraId="2C63E1B4" w14:textId="77777777">
        <w:trPr>
          <w:jc w:val="center"/>
        </w:trPr>
        <w:tc>
          <w:tcPr>
            <w:tcW w:w="3288" w:type="dxa"/>
            <w:tcMar>
              <w:top w:w="90" w:type="dxa"/>
              <w:left w:w="100" w:type="dxa"/>
              <w:bottom w:w="90" w:type="dxa"/>
              <w:right w:w="100" w:type="dxa"/>
            </w:tcMar>
            <w:vAlign w:val="center"/>
          </w:tcPr>
          <w:p w14:paraId="36D3AF03" w14:textId="238CE852" w:rsidR="0012048A" w:rsidRPr="00531435" w:rsidRDefault="00B9584A">
            <w:pPr>
              <w:rPr>
                <w:rFonts w:ascii="Times New Roman" w:hAnsi="Times New Roman" w:cs="Times New Roman"/>
              </w:rPr>
            </w:pPr>
            <w:r w:rsidRPr="00531435">
              <w:rPr>
                <w:rFonts w:ascii="Times New Roman" w:hAnsi="Times New Roman" w:cs="Times New Roman"/>
              </w:rPr>
              <w:t>Received by Study Coordinator / registered</w:t>
            </w:r>
          </w:p>
        </w:tc>
        <w:tc>
          <w:tcPr>
            <w:tcW w:w="3175" w:type="dxa"/>
            <w:tcMar>
              <w:top w:w="90" w:type="dxa"/>
              <w:left w:w="100" w:type="dxa"/>
              <w:bottom w:w="90" w:type="dxa"/>
              <w:right w:w="100" w:type="dxa"/>
            </w:tcMar>
            <w:vAlign w:val="center"/>
          </w:tcPr>
          <w:p w14:paraId="71EDDCA1" w14:textId="77777777" w:rsidR="0012048A" w:rsidRPr="00531435" w:rsidRDefault="006C3B6B">
            <w:pPr>
              <w:rPr>
                <w:rFonts w:ascii="Times New Roman" w:hAnsi="Times New Roman" w:cs="Times New Roman"/>
              </w:rPr>
            </w:pPr>
            <w:r w:rsidRPr="00531435">
              <w:rPr>
                <w:rFonts w:ascii="Times New Roman" w:hAnsi="Times New Roman" w:cs="Times New Roman"/>
              </w:rPr>
              <w:br/>
            </w:r>
            <w:r w:rsidRPr="00531435">
              <w:rPr>
                <w:rFonts w:ascii="Times New Roman" w:hAnsi="Times New Roman" w:cs="Times New Roman"/>
              </w:rPr>
              <w:br/>
            </w:r>
          </w:p>
        </w:tc>
        <w:tc>
          <w:tcPr>
            <w:tcW w:w="3061" w:type="dxa"/>
            <w:tcMar>
              <w:top w:w="90" w:type="dxa"/>
              <w:left w:w="100" w:type="dxa"/>
              <w:bottom w:w="90" w:type="dxa"/>
              <w:right w:w="100" w:type="dxa"/>
            </w:tcMar>
            <w:vAlign w:val="center"/>
          </w:tcPr>
          <w:p w14:paraId="4D3604D3" w14:textId="77777777" w:rsidR="0012048A" w:rsidRPr="00531435" w:rsidRDefault="0012048A">
            <w:pPr>
              <w:rPr>
                <w:rFonts w:ascii="Times New Roman" w:hAnsi="Times New Roman" w:cs="Times New Roman"/>
              </w:rPr>
            </w:pPr>
          </w:p>
        </w:tc>
      </w:tr>
    </w:tbl>
    <w:p w14:paraId="0ED68212" w14:textId="77777777" w:rsidR="0012048A" w:rsidRPr="00531435" w:rsidRDefault="0012048A">
      <w:pPr>
        <w:rPr>
          <w:rFonts w:ascii="Times New Roman" w:hAnsi="Times New Roman" w:cs="Times New Roman"/>
        </w:rPr>
      </w:pPr>
    </w:p>
    <w:p w14:paraId="5648B18C" w14:textId="7ED261FE" w:rsidR="0012048A" w:rsidRPr="00531435" w:rsidRDefault="00B9584A" w:rsidP="00B9584A">
      <w:pPr>
        <w:pStyle w:val="Tiny"/>
        <w:rPr>
          <w:rFonts w:ascii="Times New Roman" w:hAnsi="Times New Roman" w:cs="Times New Roman"/>
        </w:rPr>
      </w:pPr>
      <w:r w:rsidRPr="00531435">
        <w:rPr>
          <w:rFonts w:ascii="Times New Roman" w:hAnsi="Times New Roman" w:cs="Times New Roman"/>
          <w:b/>
          <w:bCs/>
        </w:rPr>
        <w:lastRenderedPageBreak/>
        <w:t>Recommendation for use:</w:t>
      </w:r>
      <w:r w:rsidRPr="00531435">
        <w:rPr>
          <w:rFonts w:ascii="Times New Roman" w:hAnsi="Times New Roman" w:cs="Times New Roman"/>
        </w:rPr>
        <w:t xml:space="preserve"> It is recommended to fill out this form always at the end of the semester together with the plan for the following period. During the annual evaluation, data from both semester forms can be directly drawn upon into the supervisor's comprehensive evaluation report.</w:t>
      </w:r>
    </w:p>
    <w:sectPr w:rsidR="0012048A" w:rsidRPr="00531435" w:rsidSect="00034616">
      <w:headerReference w:type="default" r:id="rId8"/>
      <w:footerReference w:type="default" r:id="rId9"/>
      <w:pgSz w:w="11906" w:h="16838"/>
      <w:pgMar w:top="1020" w:right="1020" w:bottom="907" w:left="1020"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F3671" w14:textId="77777777" w:rsidR="00B31017" w:rsidRDefault="00B31017">
      <w:pPr>
        <w:spacing w:after="0" w:line="240" w:lineRule="auto"/>
      </w:pPr>
      <w:r>
        <w:separator/>
      </w:r>
    </w:p>
  </w:endnote>
  <w:endnote w:type="continuationSeparator" w:id="0">
    <w:p w14:paraId="1B45D065" w14:textId="77777777" w:rsidR="00B31017" w:rsidRDefault="00B31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2B17" w14:textId="28F680C9" w:rsidR="0012048A" w:rsidRPr="006F7C21" w:rsidRDefault="00434B50">
    <w:pPr>
      <w:pStyle w:val="Tiny"/>
      <w:jc w:val="center"/>
      <w:rPr>
        <w:rFonts w:ascii="Times New Roman" w:hAnsi="Times New Roman" w:cs="Times New Roman"/>
        <w:sz w:val="24"/>
        <w:szCs w:val="40"/>
      </w:rPr>
    </w:pPr>
    <w:r w:rsidRPr="00434B50">
      <w:rPr>
        <w:rFonts w:ascii="Times New Roman" w:hAnsi="Times New Roman" w:cs="Times New Roman"/>
        <w:sz w:val="24"/>
        <w:szCs w:val="40"/>
      </w:rPr>
      <w:t>Semester evaluation of Ph.D. student</w:t>
    </w:r>
    <w:r>
      <w:rPr>
        <w:rFonts w:ascii="Times New Roman" w:hAnsi="Times New Roman" w:cs="Times New Roman"/>
        <w:sz w:val="24"/>
        <w:szCs w:val="40"/>
      </w:rPr>
      <w:t xml:space="preserve"> </w:t>
    </w:r>
    <w:r w:rsidR="006C3B6B" w:rsidRPr="006F7C21">
      <w:rPr>
        <w:rFonts w:ascii="Times New Roman" w:hAnsi="Times New Roman" w:cs="Times New Roman"/>
        <w:sz w:val="24"/>
        <w:szCs w:val="40"/>
      </w:rPr>
      <w:t xml:space="preserve">| </w:t>
    </w:r>
    <w:r>
      <w:rPr>
        <w:rFonts w:ascii="Times New Roman" w:hAnsi="Times New Roman" w:cs="Times New Roman"/>
        <w:sz w:val="24"/>
        <w:szCs w:val="40"/>
      </w:rPr>
      <w:t>Faculty of Health Studies</w:t>
    </w:r>
    <w:r w:rsidR="006C3B6B" w:rsidRPr="006F7C21">
      <w:rPr>
        <w:rFonts w:ascii="Times New Roman" w:hAnsi="Times New Roman" w:cs="Times New Roman"/>
        <w:sz w:val="24"/>
        <w:szCs w:val="40"/>
      </w:rPr>
      <w:t xml:space="preserve"> UJEP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D54E" w14:textId="77777777" w:rsidR="00B31017" w:rsidRDefault="00B31017">
      <w:pPr>
        <w:spacing w:after="0" w:line="240" w:lineRule="auto"/>
      </w:pPr>
      <w:r>
        <w:separator/>
      </w:r>
    </w:p>
  </w:footnote>
  <w:footnote w:type="continuationSeparator" w:id="0">
    <w:p w14:paraId="042B8FCD" w14:textId="77777777" w:rsidR="00B31017" w:rsidRDefault="00B31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99439" w14:textId="77777777" w:rsidR="00CD3121" w:rsidRDefault="00CD3121">
    <w:pPr>
      <w:pStyle w:val="Zhlav"/>
    </w:pPr>
    <w:r>
      <w:rPr>
        <w:noProof/>
        <w:lang w:val="cs-CZ" w:eastAsia="cs-CZ"/>
      </w:rPr>
      <w:drawing>
        <wp:anchor distT="0" distB="0" distL="114300" distR="114300" simplePos="0" relativeHeight="251658240" behindDoc="1" locked="0" layoutInCell="1" allowOverlap="1" wp14:anchorId="73EB26EE" wp14:editId="1F4162C9">
          <wp:simplePos x="0" y="0"/>
          <wp:positionH relativeFrom="column">
            <wp:posOffset>5208039</wp:posOffset>
          </wp:positionH>
          <wp:positionV relativeFrom="paragraph">
            <wp:posOffset>-454025</wp:posOffset>
          </wp:positionV>
          <wp:extent cx="1518957" cy="960582"/>
          <wp:effectExtent l="0" t="0" r="5080" b="0"/>
          <wp:wrapNone/>
          <wp:docPr id="767488943" name="Obrázek 1" descr="Na půdě ZZS ÚK proběhly první státnice studentů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 půdě ZZS ÚK proběhly první státnice studentů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8957" cy="960582"/>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"https://www.zzsuk.cz/wp-content/uploads/2023/09/logo-fzs-color.png" \* MERGEFORMATINET </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369302694">
    <w:abstractNumId w:val="8"/>
  </w:num>
  <w:num w:numId="2" w16cid:durableId="1173953346">
    <w:abstractNumId w:val="6"/>
  </w:num>
  <w:num w:numId="3" w16cid:durableId="1868255658">
    <w:abstractNumId w:val="5"/>
  </w:num>
  <w:num w:numId="4" w16cid:durableId="993531559">
    <w:abstractNumId w:val="4"/>
  </w:num>
  <w:num w:numId="5" w16cid:durableId="360320420">
    <w:abstractNumId w:val="7"/>
  </w:num>
  <w:num w:numId="6" w16cid:durableId="37165549">
    <w:abstractNumId w:val="3"/>
  </w:num>
  <w:num w:numId="7" w16cid:durableId="2127430274">
    <w:abstractNumId w:val="2"/>
  </w:num>
  <w:num w:numId="8" w16cid:durableId="315493719">
    <w:abstractNumId w:val="1"/>
  </w:num>
  <w:num w:numId="9" w16cid:durableId="1013648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C39C0"/>
    <w:rsid w:val="000F00F5"/>
    <w:rsid w:val="0012048A"/>
    <w:rsid w:val="0015074B"/>
    <w:rsid w:val="001A0646"/>
    <w:rsid w:val="001A5CD6"/>
    <w:rsid w:val="0029639D"/>
    <w:rsid w:val="0031573A"/>
    <w:rsid w:val="00326F90"/>
    <w:rsid w:val="003A0D82"/>
    <w:rsid w:val="004005D3"/>
    <w:rsid w:val="004277F1"/>
    <w:rsid w:val="00434B50"/>
    <w:rsid w:val="00505C76"/>
    <w:rsid w:val="00531435"/>
    <w:rsid w:val="006C3B6B"/>
    <w:rsid w:val="006F7C21"/>
    <w:rsid w:val="0073399A"/>
    <w:rsid w:val="007F7F9C"/>
    <w:rsid w:val="008F72A6"/>
    <w:rsid w:val="00A32BC0"/>
    <w:rsid w:val="00A76967"/>
    <w:rsid w:val="00AA1D8D"/>
    <w:rsid w:val="00B0167D"/>
    <w:rsid w:val="00B31017"/>
    <w:rsid w:val="00B42A02"/>
    <w:rsid w:val="00B47730"/>
    <w:rsid w:val="00B9584A"/>
    <w:rsid w:val="00BB3B41"/>
    <w:rsid w:val="00CB0664"/>
    <w:rsid w:val="00CD3121"/>
    <w:rsid w:val="00CE752F"/>
    <w:rsid w:val="00D80354"/>
    <w:rsid w:val="00E4244A"/>
    <w:rsid w:val="00E961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9E426"/>
  <w14:defaultImageDpi w14:val="300"/>
  <w15:docId w15:val="{2AD21F8D-B4DD-CA4E-B1DE-EE9A01B0B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20"/>
    </w:pPr>
    <w:rPr>
      <w:rFonts w:ascii="Calibri" w:hAnsi="Calibri"/>
      <w:color w:val="232323"/>
      <w:sz w:val="21"/>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ind w:left="360"/>
      <w:contextualSpacing/>
    </w:pPr>
  </w:style>
  <w:style w:type="paragraph" w:styleId="Pokraovnseznamu2">
    <w:name w:val="List Continue 2"/>
    <w:basedOn w:val="Normln"/>
    <w:uiPriority w:val="99"/>
    <w:unhideWhenUsed/>
    <w:rsid w:val="0029639D"/>
    <w:pPr>
      <w:ind w:left="720"/>
      <w:contextualSpacing/>
    </w:pPr>
  </w:style>
  <w:style w:type="paragraph" w:styleId="Pokraovnseznamu3">
    <w:name w:val="List Continue 3"/>
    <w:basedOn w:val="Normln"/>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 Title"/>
    <w:basedOn w:val="Normln"/>
    <w:pPr>
      <w:spacing w:before="120" w:after="160"/>
    </w:pPr>
    <w:rPr>
      <w:b/>
      <w:color w:val="173F5F"/>
      <w:sz w:val="36"/>
    </w:rPr>
  </w:style>
  <w:style w:type="paragraph" w:customStyle="1" w:styleId="FormSubtitle">
    <w:name w:val="Form Subtitle"/>
    <w:basedOn w:val="Normln"/>
    <w:pPr>
      <w:spacing w:after="200"/>
    </w:pPr>
    <w:rPr>
      <w:i/>
      <w:color w:val="4E606F"/>
    </w:rPr>
  </w:style>
  <w:style w:type="paragraph" w:customStyle="1" w:styleId="SectionHeadingFZS">
    <w:name w:val="Section Heading FZS"/>
    <w:basedOn w:val="Normln"/>
    <w:pPr>
      <w:spacing w:before="200" w:after="100"/>
    </w:pPr>
    <w:rPr>
      <w:b/>
      <w:color w:val="FFFFFF"/>
      <w:sz w:val="24"/>
    </w:rPr>
  </w:style>
  <w:style w:type="paragraph" w:customStyle="1" w:styleId="SmallNote">
    <w:name w:val="Small Note"/>
    <w:basedOn w:val="Normln"/>
    <w:rPr>
      <w:i/>
      <w:color w:val="54606A"/>
      <w:sz w:val="18"/>
    </w:rPr>
  </w:style>
  <w:style w:type="paragraph" w:customStyle="1" w:styleId="Tiny">
    <w:name w:val="Tiny"/>
    <w:basedOn w:val="Normln"/>
    <w:rPr>
      <w:color w:val="54606A"/>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93142-E4AA-41FF-81A7-D1DDC3B9D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698</Words>
  <Characters>4124</Characters>
  <Application>Microsoft Office Word</Application>
  <DocSecurity>0</DocSecurity>
  <Lines>34</Lines>
  <Paragraphs>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PRCHAL Pavel</cp:lastModifiedBy>
  <cp:revision>4</cp:revision>
  <dcterms:created xsi:type="dcterms:W3CDTF">2026-05-31T22:01:00Z</dcterms:created>
  <dcterms:modified xsi:type="dcterms:W3CDTF">2026-05-31T23:02:00Z</dcterms:modified>
  <cp:category/>
</cp:coreProperties>
</file>