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4BE" w:rsidRDefault="005014BE">
      <w:pPr>
        <w:pStyle w:val="TitleCustom"/>
        <w:jc w:val="center"/>
        <w:rPr>
          <w:rFonts w:ascii="Times New Roman" w:hAnsi="Times New Roman" w:cs="Times New Roman"/>
          <w:color w:val="EE0000"/>
          <w:sz w:val="28"/>
          <w:szCs w:val="16"/>
        </w:rPr>
      </w:pPr>
      <w:r w:rsidRPr="005014BE">
        <w:rPr>
          <w:rFonts w:ascii="Times New Roman" w:hAnsi="Times New Roman" w:cs="Times New Roman"/>
          <w:color w:val="EE0000"/>
          <w:sz w:val="28"/>
          <w:szCs w:val="16"/>
        </w:rPr>
        <w:t>UNIVERZITA JANA EVANGELISTY PURKYNĚ V ÚSTÍ NAD LABEM</w:t>
      </w:r>
    </w:p>
    <w:p w:rsidR="005014BE" w:rsidRPr="005014BE" w:rsidRDefault="005014BE" w:rsidP="005014BE">
      <w:pPr>
        <w:pStyle w:val="TitleCustom"/>
        <w:jc w:val="center"/>
        <w:rPr>
          <w:rFonts w:ascii="Times New Roman" w:hAnsi="Times New Roman" w:cs="Times New Roman"/>
          <w:color w:val="EE0000"/>
          <w:sz w:val="28"/>
          <w:szCs w:val="16"/>
        </w:rPr>
      </w:pPr>
      <w:r>
        <w:rPr>
          <w:rFonts w:ascii="Times New Roman" w:hAnsi="Times New Roman" w:cs="Times New Roman"/>
          <w:color w:val="EE0000"/>
          <w:sz w:val="28"/>
          <w:szCs w:val="16"/>
        </w:rPr>
        <w:t>FAKULTA ZDRAVOTNICKÝCH STUDIÍ</w:t>
      </w:r>
    </w:p>
    <w:p w:rsidR="00A50BA5" w:rsidRPr="005014BE" w:rsidRDefault="00AE10D3">
      <w:pPr>
        <w:pStyle w:val="TitleCustom"/>
        <w:jc w:val="center"/>
        <w:rPr>
          <w:rFonts w:ascii="Times New Roman" w:hAnsi="Times New Roman" w:cs="Times New Roman"/>
          <w:b w:val="0"/>
          <w:bCs/>
          <w:color w:val="EE0000"/>
          <w:sz w:val="28"/>
          <w:szCs w:val="16"/>
        </w:rPr>
      </w:pPr>
      <w:r w:rsidRPr="005014BE">
        <w:rPr>
          <w:rFonts w:ascii="Times New Roman" w:hAnsi="Times New Roman" w:cs="Times New Roman"/>
          <w:b w:val="0"/>
          <w:bCs/>
          <w:color w:val="EE0000"/>
          <w:sz w:val="28"/>
          <w:szCs w:val="16"/>
        </w:rPr>
        <w:t>Šablona návrhu výzkumného projektu</w:t>
      </w:r>
      <w:r w:rsidR="005014BE" w:rsidRPr="005014BE">
        <w:rPr>
          <w:rFonts w:ascii="Times New Roman" w:hAnsi="Times New Roman" w:cs="Times New Roman"/>
          <w:b w:val="0"/>
          <w:bCs/>
          <w:color w:val="EE0000"/>
          <w:sz w:val="28"/>
          <w:szCs w:val="16"/>
        </w:rPr>
        <w:t xml:space="preserve"> </w:t>
      </w:r>
      <w:r w:rsidRPr="005014BE">
        <w:rPr>
          <w:rFonts w:ascii="Times New Roman" w:hAnsi="Times New Roman" w:cs="Times New Roman"/>
          <w:b w:val="0"/>
          <w:bCs/>
          <w:color w:val="EE0000"/>
          <w:sz w:val="28"/>
          <w:szCs w:val="16"/>
        </w:rPr>
        <w:t>disertační práce</w:t>
      </w:r>
    </w:p>
    <w:p w:rsidR="00A50BA5" w:rsidRPr="00375FCF" w:rsidRDefault="005014BE">
      <w:pPr>
        <w:pStyle w:val="SubtitleCustom"/>
        <w:jc w:val="center"/>
        <w:rPr>
          <w:rFonts w:ascii="Times New Roman" w:hAnsi="Times New Roman" w:cs="Times New Roman"/>
          <w:i w:val="0"/>
          <w:iCs/>
        </w:rPr>
      </w:pPr>
      <w:r w:rsidRPr="00375FCF">
        <w:rPr>
          <w:rFonts w:ascii="Times New Roman" w:hAnsi="Times New Roman" w:cs="Times New Roman"/>
          <w:i w:val="0"/>
          <w:iCs/>
        </w:rPr>
        <w:t xml:space="preserve">Doktorský studijní program: Řízení </w:t>
      </w:r>
      <w:proofErr w:type="gramStart"/>
      <w:r w:rsidRPr="00375FCF">
        <w:rPr>
          <w:rFonts w:ascii="Times New Roman" w:hAnsi="Times New Roman" w:cs="Times New Roman"/>
          <w:i w:val="0"/>
          <w:iCs/>
        </w:rPr>
        <w:t>a</w:t>
      </w:r>
      <w:proofErr w:type="gramEnd"/>
      <w:r w:rsidRPr="00375FCF">
        <w:rPr>
          <w:rFonts w:ascii="Times New Roman" w:hAnsi="Times New Roman" w:cs="Times New Roman"/>
          <w:i w:val="0"/>
          <w:iCs/>
        </w:rPr>
        <w:t xml:space="preserve"> efektivita zdravotnictví </w:t>
      </w:r>
    </w:p>
    <w:p w:rsidR="00A50BA5" w:rsidRPr="00000E61" w:rsidRDefault="00A50B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520"/>
      </w:tblGrid>
      <w:tr w:rsidR="00A50BA5" w:rsidRPr="00000E61">
        <w:trPr>
          <w:trHeight w:val="454"/>
          <w:jc w:val="center"/>
        </w:trPr>
        <w:tc>
          <w:tcPr>
            <w:tcW w:w="3005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000E61" w:rsidRDefault="00AE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E61">
              <w:rPr>
                <w:rFonts w:ascii="Times New Roman" w:hAnsi="Times New Roman" w:cs="Times New Roman"/>
                <w:b/>
                <w:color w:val="184955"/>
                <w:sz w:val="24"/>
                <w:szCs w:val="28"/>
              </w:rPr>
              <w:t>Doporučený rozsah</w:t>
            </w:r>
          </w:p>
        </w:tc>
        <w:tc>
          <w:tcPr>
            <w:tcW w:w="652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000E61" w:rsidRDefault="00AE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E61">
              <w:rPr>
                <w:rFonts w:ascii="Times New Roman" w:hAnsi="Times New Roman" w:cs="Times New Roman"/>
                <w:sz w:val="24"/>
                <w:szCs w:val="28"/>
              </w:rPr>
              <w:t>zpravidla 6–10 normostran</w:t>
            </w:r>
            <w:r w:rsidR="00FC7ECF">
              <w:rPr>
                <w:rFonts w:ascii="Times New Roman" w:hAnsi="Times New Roman" w:cs="Times New Roman"/>
                <w:sz w:val="24"/>
                <w:szCs w:val="28"/>
              </w:rPr>
              <w:t xml:space="preserve"> (nepočítá se seznam literatury)</w:t>
            </w:r>
            <w:bookmarkStart w:id="0" w:name="_GoBack"/>
            <w:bookmarkEnd w:id="0"/>
          </w:p>
        </w:tc>
      </w:tr>
      <w:tr w:rsidR="00A50BA5" w:rsidRPr="00000E61">
        <w:trPr>
          <w:trHeight w:val="454"/>
          <w:jc w:val="center"/>
        </w:trPr>
        <w:tc>
          <w:tcPr>
            <w:tcW w:w="3005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000E61" w:rsidRDefault="00AE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E61">
              <w:rPr>
                <w:rFonts w:ascii="Times New Roman" w:hAnsi="Times New Roman" w:cs="Times New Roman"/>
                <w:b/>
                <w:color w:val="184955"/>
                <w:sz w:val="24"/>
                <w:szCs w:val="28"/>
              </w:rPr>
              <w:t>Tematické zaměření</w:t>
            </w:r>
          </w:p>
        </w:tc>
        <w:tc>
          <w:tcPr>
            <w:tcW w:w="652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166057" w:rsidRDefault="004D6A1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66057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Upraví student po projednání se školitelem</w:t>
            </w:r>
            <w:r w:rsidR="00166057" w:rsidRPr="00166057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. Tematické zaměření disertačního projektu odpovídá vědeckému zaměření školitele a zaměření studijního programu. 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96"/>
      </w:tblGrid>
      <w:tr w:rsidR="00A50BA5" w:rsidRPr="005014BE" w:rsidTr="00000E61">
        <w:trPr>
          <w:trHeight w:val="2338"/>
          <w:jc w:val="center"/>
        </w:trPr>
        <w:tc>
          <w:tcPr>
            <w:tcW w:w="94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E136EF" w:rsidRDefault="00AE10D3">
            <w:pPr>
              <w:spacing w:after="40"/>
              <w:rPr>
                <w:rFonts w:ascii="Times New Roman" w:hAnsi="Times New Roman" w:cs="Times New Roman"/>
                <w:sz w:val="21"/>
                <w:szCs w:val="21"/>
              </w:rPr>
            </w:pPr>
            <w:r w:rsidRPr="00E136EF">
              <w:rPr>
                <w:rFonts w:ascii="Times New Roman" w:hAnsi="Times New Roman" w:cs="Times New Roman"/>
                <w:b/>
                <w:color w:val="184955"/>
                <w:sz w:val="20"/>
                <w:szCs w:val="21"/>
              </w:rPr>
              <w:t>Jak s dokumentem pracovat</w:t>
            </w:r>
          </w:p>
          <w:p w:rsidR="00A50BA5" w:rsidRPr="002B5AE1" w:rsidRDefault="00AE10D3">
            <w:pPr>
              <w:spacing w:after="40"/>
              <w:rPr>
                <w:rFonts w:ascii="Times New Roman" w:hAnsi="Times New Roman" w:cs="Times New Roman"/>
                <w:sz w:val="21"/>
                <w:szCs w:val="21"/>
              </w:rPr>
            </w:pPr>
            <w:r w:rsidRPr="00E136EF">
              <w:rPr>
                <w:rFonts w:ascii="Times New Roman" w:hAnsi="Times New Roman" w:cs="Times New Roman"/>
                <w:sz w:val="20"/>
                <w:szCs w:val="21"/>
              </w:rPr>
              <w:t xml:space="preserve">Tato šablona je koncipována jako pracovní Word podklad. </w:t>
            </w:r>
            <w:r w:rsidRPr="004C13E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Text v hranatých závorkách nahraďte vlastním obsahem, instruktivní pasáže ponechte jen po dobu přípravy a před finálním odevzdáním je smažte</w:t>
            </w:r>
            <w:r w:rsidRPr="00E136EF">
              <w:rPr>
                <w:rFonts w:ascii="Times New Roman" w:hAnsi="Times New Roman" w:cs="Times New Roman"/>
                <w:sz w:val="20"/>
                <w:szCs w:val="21"/>
              </w:rPr>
              <w:t>.</w:t>
            </w:r>
            <w:r w:rsidR="004C13EE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="004C13EE" w:rsidRPr="004C13EE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Citujte APA 7</w:t>
            </w:r>
            <w:r w:rsidR="004C13EE">
              <w:rPr>
                <w:rFonts w:ascii="Times New Roman" w:hAnsi="Times New Roman" w:cs="Times New Roman"/>
                <w:sz w:val="20"/>
                <w:szCs w:val="21"/>
              </w:rPr>
              <w:t>.</w:t>
            </w:r>
            <w:r w:rsidR="00000E61" w:rsidRPr="00E136EF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E136EF">
              <w:rPr>
                <w:rFonts w:ascii="Times New Roman" w:hAnsi="Times New Roman" w:cs="Times New Roman"/>
                <w:sz w:val="20"/>
                <w:szCs w:val="21"/>
              </w:rPr>
              <w:t>U každé kapitoly je uvedeno, co má být její odbornou funkcí, jaký typ informací má obsahovat a jaké časté chyby je vhodné eliminovat.</w:t>
            </w:r>
            <w:r w:rsidR="002B5AE1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E136EF">
              <w:rPr>
                <w:rFonts w:ascii="Times New Roman" w:hAnsi="Times New Roman" w:cs="Times New Roman"/>
                <w:sz w:val="20"/>
                <w:szCs w:val="21"/>
              </w:rPr>
              <w:t>Doporučené rozsahy jsou orientační. Kvalita argumentace, logika výzkumného designu a soulad jednotlivých částí jsou důležitější než mechanické dodržení počtu odstavců.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2B5AE1" w:rsidRPr="005014BE" w:rsidRDefault="002B5AE1" w:rsidP="002B5AE1">
      <w:pPr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  <w:b/>
          <w:color w:val="184955"/>
          <w:sz w:val="21"/>
        </w:rPr>
        <w:t>Jméno a příjmení uchazeče</w:t>
      </w:r>
    </w:p>
    <w:p w:rsidR="002B5AE1" w:rsidRPr="005014BE" w:rsidRDefault="002B5AE1" w:rsidP="002B5AE1">
      <w:pPr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  <w:i/>
          <w:color w:val="5A5A5A"/>
          <w:sz w:val="21"/>
        </w:rPr>
        <w:t>[Doplňte jméno]</w:t>
      </w:r>
    </w:p>
    <w:p w:rsidR="002B5AE1" w:rsidRPr="005014BE" w:rsidRDefault="002B5AE1" w:rsidP="002B5AE1">
      <w:pPr>
        <w:rPr>
          <w:rFonts w:ascii="Times New Roman" w:hAnsi="Times New Roman" w:cs="Times New Roman"/>
          <w:b/>
          <w:color w:val="184955"/>
          <w:sz w:val="21"/>
        </w:rPr>
      </w:pPr>
      <w:r>
        <w:rPr>
          <w:rFonts w:ascii="Times New Roman" w:hAnsi="Times New Roman" w:cs="Times New Roman"/>
          <w:b/>
          <w:color w:val="184955"/>
          <w:sz w:val="21"/>
        </w:rPr>
        <w:t>Školitel</w:t>
      </w:r>
    </w:p>
    <w:p w:rsidR="002B5AE1" w:rsidRPr="005014BE" w:rsidRDefault="002B5AE1" w:rsidP="002B5AE1">
      <w:pPr>
        <w:rPr>
          <w:rFonts w:ascii="Times New Roman" w:hAnsi="Times New Roman" w:cs="Times New Roman"/>
          <w:i/>
          <w:color w:val="5A5A5A"/>
          <w:sz w:val="21"/>
        </w:rPr>
      </w:pPr>
      <w:r w:rsidRPr="005014BE">
        <w:rPr>
          <w:rFonts w:ascii="Times New Roman" w:hAnsi="Times New Roman" w:cs="Times New Roman"/>
          <w:i/>
          <w:color w:val="5A5A5A"/>
          <w:sz w:val="21"/>
        </w:rPr>
        <w:t>[Doplňte jméno]</w:t>
      </w:r>
    </w:p>
    <w:p w:rsidR="002B5AE1" w:rsidRDefault="002B5AE1" w:rsidP="002B5AE1">
      <w:pPr>
        <w:rPr>
          <w:rFonts w:ascii="Times New Roman" w:hAnsi="Times New Roman" w:cs="Times New Roman"/>
          <w:b/>
          <w:color w:val="184955"/>
          <w:sz w:val="21"/>
        </w:rPr>
      </w:pPr>
      <w:r w:rsidRPr="006F0BCF">
        <w:rPr>
          <w:rFonts w:ascii="Times New Roman" w:hAnsi="Times New Roman" w:cs="Times New Roman"/>
          <w:b/>
          <w:color w:val="173F5F"/>
        </w:rPr>
        <w:t>Konzultant / konzultantka (je-li ustanoven/a)</w:t>
      </w:r>
    </w:p>
    <w:p w:rsidR="002B5AE1" w:rsidRPr="005014BE" w:rsidRDefault="002B5AE1" w:rsidP="002B5AE1">
      <w:pPr>
        <w:rPr>
          <w:rFonts w:ascii="Times New Roman" w:hAnsi="Times New Roman" w:cs="Times New Roman"/>
          <w:i/>
          <w:color w:val="5A5A5A"/>
          <w:sz w:val="21"/>
        </w:rPr>
      </w:pPr>
      <w:r w:rsidRPr="005014BE">
        <w:rPr>
          <w:rFonts w:ascii="Times New Roman" w:hAnsi="Times New Roman" w:cs="Times New Roman"/>
          <w:i/>
          <w:color w:val="5A5A5A"/>
          <w:sz w:val="21"/>
        </w:rPr>
        <w:t>[Doplňte jméno]</w:t>
      </w:r>
    </w:p>
    <w:p w:rsidR="00A50BA5" w:rsidRPr="005014BE" w:rsidRDefault="00AE10D3">
      <w:pPr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br w:type="page"/>
      </w:r>
    </w:p>
    <w:p w:rsidR="00A50BA5" w:rsidRPr="005014BE" w:rsidRDefault="00AE10D3">
      <w:pPr>
        <w:pStyle w:val="Heading1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 xml:space="preserve">1. Co má návrh splnit po formální </w:t>
      </w:r>
      <w:proofErr w:type="gramStart"/>
      <w:r w:rsidRPr="005014BE">
        <w:rPr>
          <w:rFonts w:ascii="Times New Roman" w:hAnsi="Times New Roman" w:cs="Times New Roman"/>
        </w:rPr>
        <w:t>a</w:t>
      </w:r>
      <w:proofErr w:type="gramEnd"/>
      <w:r w:rsidRPr="005014BE">
        <w:rPr>
          <w:rFonts w:ascii="Times New Roman" w:hAnsi="Times New Roman" w:cs="Times New Roman"/>
        </w:rPr>
        <w:t xml:space="preserve"> obsahové stránce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166057" w:rsidRDefault="00AE10D3">
            <w:pPr>
              <w:spacing w:after="4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66057">
              <w:rPr>
                <w:rFonts w:ascii="Times New Roman" w:hAnsi="Times New Roman" w:cs="Times New Roman"/>
                <w:b/>
                <w:color w:val="auto"/>
                <w:sz w:val="20"/>
                <w:szCs w:val="21"/>
              </w:rPr>
              <w:t>Základní požadavky, se kterými šablona pracuje</w:t>
            </w:r>
          </w:p>
          <w:p w:rsidR="00A50BA5" w:rsidRPr="00166057" w:rsidRDefault="00AE10D3">
            <w:pPr>
              <w:spacing w:after="4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>Návrh má být koncipován jako výzkumný projekt disertační práce, nikoli jako obecná esej nebo jen popis tématu.</w:t>
            </w:r>
          </w:p>
          <w:p w:rsidR="00A50BA5" w:rsidRPr="00166057" w:rsidRDefault="00AE10D3">
            <w:pPr>
              <w:spacing w:after="4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>Musí být patrné zdůvodnění významu tématu, výchozí teoretické koncepce, cíl výzkumu, návrh metodologického postupu a použitá odborná literatura.</w:t>
            </w:r>
          </w:p>
          <w:p w:rsidR="00A50BA5" w:rsidRPr="00166057" w:rsidRDefault="003036BB">
            <w:pPr>
              <w:spacing w:after="40"/>
              <w:rPr>
                <w:rFonts w:ascii="Times New Roman" w:hAnsi="Times New Roman" w:cs="Times New Roman"/>
                <w:color w:val="auto"/>
              </w:rPr>
            </w:pPr>
            <w:r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 xml:space="preserve">Při jednání o tematickém zaměření </w:t>
            </w:r>
            <w:r w:rsidR="00AE10D3"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 xml:space="preserve">se </w:t>
            </w:r>
            <w:r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 xml:space="preserve">také </w:t>
            </w:r>
            <w:r w:rsidR="00AE10D3" w:rsidRPr="00166057">
              <w:rPr>
                <w:rFonts w:ascii="Times New Roman" w:hAnsi="Times New Roman" w:cs="Times New Roman"/>
                <w:color w:val="auto"/>
                <w:sz w:val="20"/>
                <w:szCs w:val="21"/>
              </w:rPr>
              <w:t>sleduje znalost obdobných mezinárodních výzkumů a schopnost obhájit zvolené metodologické řešení.</w:t>
            </w:r>
          </w:p>
        </w:tc>
      </w:tr>
    </w:tbl>
    <w:p w:rsidR="00A50BA5" w:rsidRDefault="00A50BA5">
      <w:pPr>
        <w:rPr>
          <w:rFonts w:ascii="Times New Roman" w:hAnsi="Times New Roman" w:cs="Times New Roman"/>
        </w:rPr>
      </w:pPr>
    </w:p>
    <w:p w:rsidR="00EF6655" w:rsidRPr="005014BE" w:rsidRDefault="00EF665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1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2. Vyplnitelná šablona návrhu</w:t>
      </w: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2.1 Identifikační údaje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633"/>
      </w:tblGrid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Jméno a příjmení uchazeče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 jméno]</w:t>
            </w:r>
          </w:p>
        </w:tc>
      </w:tr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Pracovní název projektu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 přesný pracovní název]</w:t>
            </w:r>
          </w:p>
        </w:tc>
      </w:tr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Navrhované tematické ukotvení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[Veřejné zdravotnictví a prevence / management ve zdravotnictví]</w:t>
            </w:r>
          </w:p>
        </w:tc>
      </w:tr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Předpokládaná forma studia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[Prezenční / kombinovaná]</w:t>
            </w:r>
          </w:p>
        </w:tc>
      </w:tr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Klíčová slova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[4–6 klíčových pojmů]</w:t>
            </w:r>
          </w:p>
        </w:tc>
      </w:tr>
      <w:tr w:rsidR="00A50BA5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Předpokládaný typ designu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[Kvantitativní / kvalitativní / smíšený / jiný]</w:t>
            </w:r>
          </w:p>
        </w:tc>
      </w:tr>
      <w:tr w:rsidR="004830E8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4830E8" w:rsidRPr="005014BE" w:rsidRDefault="004830E8">
            <w:pPr>
              <w:rPr>
                <w:rFonts w:ascii="Times New Roman" w:hAnsi="Times New Roman" w:cs="Times New Roman"/>
                <w:b/>
                <w:color w:val="184955"/>
                <w:sz w:val="21"/>
              </w:rPr>
            </w:pPr>
            <w:r>
              <w:rPr>
                <w:rFonts w:ascii="Times New Roman" w:hAnsi="Times New Roman" w:cs="Times New Roman"/>
                <w:b/>
                <w:color w:val="184955"/>
                <w:sz w:val="21"/>
              </w:rPr>
              <w:t>Školitel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4830E8" w:rsidRPr="005014BE" w:rsidRDefault="004830E8">
            <w:pPr>
              <w:rPr>
                <w:rFonts w:ascii="Times New Roman" w:hAnsi="Times New Roman" w:cs="Times New Roman"/>
                <w:i/>
                <w:color w:val="5A5A5A"/>
                <w:sz w:val="21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 jméno]</w:t>
            </w:r>
          </w:p>
        </w:tc>
      </w:tr>
      <w:tr w:rsidR="00E136EF" w:rsidRPr="005014BE">
        <w:trPr>
          <w:trHeight w:val="454"/>
          <w:jc w:val="center"/>
        </w:trPr>
        <w:tc>
          <w:tcPr>
            <w:tcW w:w="289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E136EF" w:rsidRDefault="00E136EF">
            <w:pPr>
              <w:rPr>
                <w:rFonts w:ascii="Times New Roman" w:hAnsi="Times New Roman" w:cs="Times New Roman"/>
                <w:b/>
                <w:color w:val="184955"/>
                <w:sz w:val="21"/>
              </w:rPr>
            </w:pPr>
            <w:r w:rsidRPr="006F0BCF">
              <w:rPr>
                <w:rFonts w:ascii="Times New Roman" w:hAnsi="Times New Roman" w:cs="Times New Roman"/>
                <w:b/>
                <w:color w:val="173F5F"/>
              </w:rPr>
              <w:t>Konzultant / konzultantka (je-li ustanoven/a)</w:t>
            </w:r>
          </w:p>
        </w:tc>
        <w:tc>
          <w:tcPr>
            <w:tcW w:w="6633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E136EF" w:rsidRPr="005014BE" w:rsidRDefault="00E136EF">
            <w:pPr>
              <w:rPr>
                <w:rFonts w:ascii="Times New Roman" w:hAnsi="Times New Roman" w:cs="Times New Roman"/>
                <w:i/>
                <w:color w:val="5A5A5A"/>
                <w:sz w:val="21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 jméno]</w:t>
            </w:r>
          </w:p>
        </w:tc>
      </w:tr>
    </w:tbl>
    <w:p w:rsidR="00A50BA5" w:rsidRDefault="00A50BA5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4830E8" w:rsidRDefault="004830E8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EF6655" w:rsidRDefault="00EF6655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Pr="005014BE" w:rsidRDefault="00000E61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 xml:space="preserve">2.2 Vymezení tématu </w:t>
      </w:r>
      <w:proofErr w:type="gramStart"/>
      <w:r w:rsidRPr="005014BE">
        <w:rPr>
          <w:rFonts w:ascii="Times New Roman" w:hAnsi="Times New Roman" w:cs="Times New Roman"/>
        </w:rPr>
        <w:t>a</w:t>
      </w:r>
      <w:proofErr w:type="gramEnd"/>
      <w:r w:rsidRPr="005014BE">
        <w:rPr>
          <w:rFonts w:ascii="Times New Roman" w:hAnsi="Times New Roman" w:cs="Times New Roman"/>
        </w:rPr>
        <w:t xml:space="preserve"> aktuálnost problému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Tato část má přesvědčivě ukázat, jaký problém budete zkoumat, proč je odborně i společensky relevantní a proč si zaslouží disertační zpracování.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Nestačí jen sdělit, že je téma důležité. Je potřeba vymezit problém, kontext a mezeru v dosavadním poznání nebo v praxi.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0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stručné vymezení tématu a jeho kontextu ve zdravotnictví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0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popis současného stavu a důvod, proč je problém relevantní právě nyní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0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identifikaci mezery v poznání, nevyřešené otázky nebo problému praxe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0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 xml:space="preserve">vysvětlení, jak téma souvisí s profilem DSP Řízení </w:t>
            </w:r>
            <w:proofErr w:type="gramStart"/>
            <w:r w:rsidRPr="000107D4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0107D4">
              <w:rPr>
                <w:rFonts w:ascii="Times New Roman" w:hAnsi="Times New Roman" w:cs="Times New Roman"/>
                <w:sz w:val="21"/>
              </w:rPr>
              <w:t xml:space="preserve"> efektivita zdravotnictví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Doporučená formulace při psaní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Projekt se zaměřuje na…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Aktuálnost tématu spočívá v tom, že…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Přestože dostupné studie ukazují…, v českém prostředí dosud chybí…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Z pohledu řízení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efektivity zdravotnictví je problém významný zejména proto, že…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0,75–1 normostrana.]</w:t>
      </w:r>
    </w:p>
    <w:p w:rsidR="00A50BA5" w:rsidRDefault="00A50BA5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Default="00000E61">
      <w:pPr>
        <w:rPr>
          <w:rFonts w:ascii="Times New Roman" w:hAnsi="Times New Roman" w:cs="Times New Roman"/>
        </w:rPr>
      </w:pPr>
    </w:p>
    <w:p w:rsidR="00000E61" w:rsidRPr="005014BE" w:rsidRDefault="00000E61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2.3 Teoretická východiska a stav poznání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Kapitola má ukázat, že se orientujete v odborném diskurzu, rozumíte klíčovým konceptům a umíte z literatury vyvodit, na co bude projekt navazovat.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Má jít o selektivní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argumentačně funkční přehled, nikoli o encyklopedický soupis všeho, co bylo kdy publikováno.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1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hlavní teoretické koncepty a definice klíčových pojmů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1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stručné shrnutí nejdůležitějších domácích a zahraničních studií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1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kritické zhodnocení stavu poznání, nikoli jen popis literatury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1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jasné vyústění do toho, co váš projekt doplní, ověří nebo nově otevře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Na co si dát pozor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Nevytvářet jen seznam autorů a výsledků bez syntézy.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Nespoléhat pouze na české zdroje, pokud má téma mezinárodní výzkumný kontext.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Nevynechat vazbu mezi teorií a dalším návrhem cílů a metod.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1,5–2 normostrany.]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2.4 Cíl projektu, dílčí cíle, výzkumné otázky a hypotézy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Tato část musí vytvořit logické centrum celého návrhu. Vše další – design, vzorek, metody sběru dat i analýza – se má odvíjet právě od cíle a výzkumných otázek.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Formulace má být odborná, jednoznačná a metodologicky obhajitelná.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2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jeden hlavní cíl formulovaný přesně a věcně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2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případné dílčí cíle, pokud projekt řeší více rovin problému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2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výzkumné otázky a u kvantitativního designu také hypotézy, pokud jsou na místě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2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krátké vysvětlení, jak výzkumné otázky souvisejí s konstrukcí výzkumu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Příklad formulace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Cílem projektu je analyzovat / ověřit / porovnat / identifikovat / navrhnout…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Na hlavní cíl navazují tyto dílčí cíle…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Projekt bude odpovídat na následující výzkumné otázky…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Na základě dosavadního stavu poznání jsou formulovány tyto hypotézy…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0,75–1 normostrana.]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2.5 Metodologické řešení projektu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Jedná se o klíčovou část návrhu. Komise zde obvykle sleduje, zda uchazeč umí převést výzkumný problém do proveditelného a logicky konzistentního designu.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Metodologická kapitola má vysvětlit nejen co budete dělat, ale proč právě takto.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povinně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typ výzkumu a výzkumný design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charakteristiku zkoumaného prostředí a výzkumného souboru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kritéria výběru participantů, respondentů nebo datových jednotek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metody sběru dat a jejich zdůvodnění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použité nástroje, proměnné, indikátory či analytické kategorie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 xml:space="preserve">způsob zpracování </w:t>
            </w:r>
            <w:proofErr w:type="gramStart"/>
            <w:r w:rsidRPr="000107D4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0107D4">
              <w:rPr>
                <w:rFonts w:ascii="Times New Roman" w:hAnsi="Times New Roman" w:cs="Times New Roman"/>
                <w:sz w:val="21"/>
              </w:rPr>
              <w:t xml:space="preserve"> analýzy dat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3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etické aspekty, případně limity a rizika realizace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Doplňte podle typu výzkumu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U kvantitativního projektu uveďte proměnné, plán statistických analýz a důvod jejich volby.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U kvalitativního projektu popište logiku výběru případů, postup kódování, kategorizace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interpretace dat.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U smíšeného designu vysvětlete, jak se propojí kvalitativní a kvantitativní složka a v jaké fázi výzkumu.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1,5–2,5 normostrany.]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 xml:space="preserve">2.6 Očekávané výsledky </w:t>
      </w:r>
      <w:proofErr w:type="gramStart"/>
      <w:r w:rsidRPr="005014BE">
        <w:rPr>
          <w:rFonts w:ascii="Times New Roman" w:hAnsi="Times New Roman" w:cs="Times New Roman"/>
        </w:rPr>
        <w:t>a</w:t>
      </w:r>
      <w:proofErr w:type="gramEnd"/>
      <w:r w:rsidRPr="005014BE">
        <w:rPr>
          <w:rFonts w:ascii="Times New Roman" w:hAnsi="Times New Roman" w:cs="Times New Roman"/>
        </w:rPr>
        <w:t xml:space="preserve"> odborný přínos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U přijímacího návrhu nejde o skutečné výsledky, ale o kvalifikovanou anticipaci toho, jaký typ poznatků může projekt přinést a v čem může být přínosný.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Dobře napsaná část ukazuje, že projekt není jen realizovatelný, ale také relevantní a potenciálně publikačně nosný.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4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jaké typy zjištění projekt pravděpodobně přinese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4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v čem může rozšířit dosavadní poznání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4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jaký může být metodologický nebo aplikační přínos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4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jaké výstupy by mohly být využitelné pro zdravotnické organizace, management či zdravotní politiku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Vhodné formulace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Očekávaným přínosem projektu je…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Projekt může přispět k přesnějšímu porozumění…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Výsledky mohou vytvořit podklad pro…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Předpokládá se využitelnost výsledků při…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0,75–1 normostrana.]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2.7 Praktická relevance a využitelnost výsledků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Zde ukažte, kde by výsledky mohly být využity v praxi a komu mohou sloužit. U programu zaměřeného na řízení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efektivitu zdravotnictví je tato vazba zvlášť důležitá.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5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přínos pro zdravotnická zařízení, jejich vedení nebo střední management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5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přínos pro zdravotní politiku, kvalitu péče, bezpečnost, financování nebo personální řízení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5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možné doporučení pro implementaci, evaluaci nebo další výzkum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Tip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Nepostačí obecná věta, že výsledky mohou být využity v praxi. Uveďte kde, kým a k jakému rozhodování nebo zlepšení by mohly sloužit.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0,5–0,75 normostrany.]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2.8 Předběžný harmonogram řešení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Smyslem této části je ukázat proveditelnost projektu ve standardní době doktorského studia a základní orientaci v etapizaci výzkumu.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by měla kapitola obsahovat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6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stručné členění projektu do etap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6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předpokládaný čas pro přípravu, sběr dat, analýzu, publikování a dokončení disertace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6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realistické rozložení klíčových milníků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Tip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Harmonogram by měl být realistický vůči rozsahu projektu, dostupnosti dat a povinnostem doktorského studia.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Doporučeno lze přidat i tabulku po semestrech nebo rocích.]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 xml:space="preserve">2.9 Předběžný publikační </w:t>
      </w:r>
      <w:proofErr w:type="gramStart"/>
      <w:r w:rsidRPr="005014BE">
        <w:rPr>
          <w:rFonts w:ascii="Times New Roman" w:hAnsi="Times New Roman" w:cs="Times New Roman"/>
        </w:rPr>
        <w:t>a</w:t>
      </w:r>
      <w:proofErr w:type="gramEnd"/>
      <w:r w:rsidRPr="005014BE">
        <w:rPr>
          <w:rFonts w:ascii="Times New Roman" w:hAnsi="Times New Roman" w:cs="Times New Roman"/>
        </w:rPr>
        <w:t xml:space="preserve"> internacionalizační plán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Tato část není vždy výslovně vyžadována, ale v kontextu DSP je velmi vhodná. Ukazuje, že přemýšlíte o projektu v návaznosti na průběh doktorského studia a očekávané výstupy.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Co lze stručně uvést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7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předběžná představa o publikačních výstupech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7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možné odborné konference a mezinárodní spolupráce</w:t>
            </w:r>
          </w:p>
          <w:p w:rsidR="00A50BA5" w:rsidRPr="000107D4" w:rsidRDefault="00AE10D3" w:rsidP="000107D4">
            <w:pPr>
              <w:pStyle w:val="Odstavecseseznamem"/>
              <w:numPr>
                <w:ilvl w:val="0"/>
                <w:numId w:val="17"/>
              </w:numPr>
              <w:spacing w:after="40"/>
              <w:rPr>
                <w:rFonts w:ascii="Times New Roman" w:hAnsi="Times New Roman" w:cs="Times New Roman"/>
              </w:rPr>
            </w:pPr>
            <w:r w:rsidRPr="000107D4">
              <w:rPr>
                <w:rFonts w:ascii="Times New Roman" w:hAnsi="Times New Roman" w:cs="Times New Roman"/>
                <w:sz w:val="21"/>
              </w:rPr>
              <w:t>úvaha o zahraniční stáži, instituci nebo partnerském pracovišti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Tip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Pište realisticky. Není nutné slibovat konkrétní časopisy, ale je vhodné ukázat, že projekt má publikační a mezinárodní potenciál.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vlastní text kapitoly. Orientačně 0,5 normostrany.]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2.10 Seznam použité literatury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6F8F9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Odborná funkce kapitoly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Seznam literatury má dokládat odbornou připravenost uchazeče. Preferujte recenzované zdroje, monografie, metodologickou literaturu a relevantní domácí i zahraniční články.</w:t>
            </w:r>
            <w:r w:rsidR="00FD15D9">
              <w:rPr>
                <w:rFonts w:ascii="Times New Roman" w:hAnsi="Times New Roman" w:cs="Times New Roman"/>
                <w:sz w:val="21"/>
              </w:rPr>
              <w:t xml:space="preserve"> </w:t>
            </w:r>
            <w:r w:rsidR="00FD15D9" w:rsidRPr="00FD15D9">
              <w:rPr>
                <w:rFonts w:ascii="Times New Roman" w:hAnsi="Times New Roman" w:cs="Times New Roman"/>
                <w:b/>
                <w:bCs/>
                <w:sz w:val="21"/>
              </w:rPr>
              <w:t>Citujte výhradně dle APA 7.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FFFFF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Doporučení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Používejte jednotný citační styl v celém dokumentu.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Opírejte se o recentní a důvěryhodné zdroje.</w:t>
            </w:r>
          </w:p>
          <w:p w:rsidR="00A50BA5" w:rsidRDefault="00AE10D3">
            <w:pPr>
              <w:spacing w:after="40"/>
              <w:rPr>
                <w:rFonts w:ascii="Times New Roman" w:hAnsi="Times New Roman" w:cs="Times New Roman"/>
                <w:sz w:val="21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U metodologické části je vhodné připojit i literaturu k výzkumnému designu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analýze dat.</w:t>
            </w:r>
          </w:p>
          <w:p w:rsidR="00FD15D9" w:rsidRPr="00FD15D9" w:rsidRDefault="00FD15D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r w:rsidRPr="00FD15D9">
              <w:rPr>
                <w:rFonts w:ascii="Times New Roman" w:hAnsi="Times New Roman" w:cs="Times New Roman"/>
                <w:b/>
                <w:bCs/>
              </w:rPr>
              <w:t>Citujte dle APA 7.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A50BA5" w:rsidRPr="005014BE">
        <w:trPr>
          <w:jc w:val="center"/>
        </w:trPr>
        <w:tc>
          <w:tcPr>
            <w:tcW w:w="9071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F3F0E6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Tip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Seznam literatury by měl odpovídat tomu, s čím skutečně pracujete v textu, ne být pouze formální přílohou.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Placeholder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[Sem vložte seznam použitých zdrojů.]</w:t>
      </w:r>
    </w:p>
    <w:p w:rsidR="00A50BA5" w:rsidRDefault="00A50BA5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Default="00FD15D9">
      <w:pPr>
        <w:rPr>
          <w:rFonts w:ascii="Times New Roman" w:hAnsi="Times New Roman" w:cs="Times New Roman"/>
        </w:rPr>
      </w:pPr>
    </w:p>
    <w:p w:rsidR="00FD15D9" w:rsidRPr="005014BE" w:rsidRDefault="00FD15D9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lastRenderedPageBreak/>
        <w:t>Doporučená pomocná tabulka k harmonogramu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969"/>
        <w:gridCol w:w="1474"/>
      </w:tblGrid>
      <w:tr w:rsidR="00A50BA5" w:rsidRPr="005014BE">
        <w:trPr>
          <w:jc w:val="center"/>
        </w:trPr>
        <w:tc>
          <w:tcPr>
            <w:tcW w:w="181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Etapa</w:t>
            </w:r>
          </w:p>
        </w:tc>
        <w:tc>
          <w:tcPr>
            <w:tcW w:w="226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Předpokládané období</w:t>
            </w:r>
          </w:p>
        </w:tc>
        <w:tc>
          <w:tcPr>
            <w:tcW w:w="3969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Klíčové činnosti</w:t>
            </w:r>
          </w:p>
        </w:tc>
        <w:tc>
          <w:tcPr>
            <w:tcW w:w="147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Výstup</w:t>
            </w:r>
          </w:p>
        </w:tc>
      </w:tr>
      <w:tr w:rsidR="00A50BA5" w:rsidRPr="005014BE">
        <w:trPr>
          <w:jc w:val="center"/>
        </w:trPr>
        <w:tc>
          <w:tcPr>
            <w:tcW w:w="181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226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3969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147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</w:tr>
      <w:tr w:rsidR="00A50BA5" w:rsidRPr="005014BE">
        <w:trPr>
          <w:jc w:val="center"/>
        </w:trPr>
        <w:tc>
          <w:tcPr>
            <w:tcW w:w="181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226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3969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147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</w:tr>
      <w:tr w:rsidR="00A50BA5" w:rsidRPr="005014BE">
        <w:trPr>
          <w:jc w:val="center"/>
        </w:trPr>
        <w:tc>
          <w:tcPr>
            <w:tcW w:w="181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226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3969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147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</w:tr>
      <w:tr w:rsidR="00A50BA5" w:rsidRPr="005014BE">
        <w:trPr>
          <w:jc w:val="center"/>
        </w:trPr>
        <w:tc>
          <w:tcPr>
            <w:tcW w:w="181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226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3969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  <w:tc>
          <w:tcPr>
            <w:tcW w:w="1474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i/>
                <w:color w:val="5A5A5A"/>
                <w:sz w:val="21"/>
              </w:rPr>
              <w:t>[Doplňte]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p w:rsidR="00A50BA5" w:rsidRPr="005014BE" w:rsidRDefault="00AE10D3">
      <w:pPr>
        <w:pStyle w:val="Heading1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3. Závěrečná sebekontrola uchazeče</w:t>
      </w:r>
    </w:p>
    <w:p w:rsidR="00A50BA5" w:rsidRPr="005014BE" w:rsidRDefault="00AE10D3">
      <w:pPr>
        <w:pStyle w:val="Heading2Custom"/>
        <w:rPr>
          <w:rFonts w:ascii="Times New Roman" w:hAnsi="Times New Roman" w:cs="Times New Roman"/>
        </w:rPr>
      </w:pPr>
      <w:r w:rsidRPr="005014BE">
        <w:rPr>
          <w:rFonts w:ascii="Times New Roman" w:hAnsi="Times New Roman" w:cs="Times New Roman"/>
        </w:rPr>
        <w:t>Před finálním odevzdáním si zkontrolujte zejména</w:t>
      </w:r>
      <w:r w:rsidR="002B5AE1">
        <w:rPr>
          <w:rFonts w:ascii="Times New Roman" w:hAnsi="Times New Roman" w:cs="Times New Roman"/>
        </w:rPr>
        <w:t>:</w:t>
      </w:r>
    </w:p>
    <w:tbl>
      <w:tblPr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8957"/>
      </w:tblGrid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Je z textu po prvních dvou stranách zřejmé, co přesně chci zkoumat a proč?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Působí teoretická východiska jako odborná syntéza, ne jen jako výpis autorů?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Navazují cíl, výzkumné otázky a metodologie skutečně jeden na druhý?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Je výzkumný design realistický vzhledem k dostupnosti dat, respondentů a času doktorského studia?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Obsahuje návrh i mezinárodní kontext a potenciál pro publikační výstupy?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Je text stylisticky odborný, přesný, věcný a bez obecných formulací?</w:t>
            </w:r>
          </w:p>
        </w:tc>
      </w:tr>
      <w:tr w:rsidR="00A50BA5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Odstranil(a) jsem z finální verze všechny instruktivní závorky a pracovní poznámky?</w:t>
            </w:r>
          </w:p>
        </w:tc>
      </w:tr>
      <w:tr w:rsidR="002B5AE1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 xml:space="preserve">Použitá literatura je odborná, aktuální </w:t>
            </w:r>
            <w:proofErr w:type="gramStart"/>
            <w:r w:rsidRPr="005014BE">
              <w:rPr>
                <w:rFonts w:ascii="Times New Roman" w:hAnsi="Times New Roman" w:cs="Times New Roman"/>
                <w:sz w:val="21"/>
              </w:rPr>
              <w:t>a</w:t>
            </w:r>
            <w:proofErr w:type="gramEnd"/>
            <w:r w:rsidRPr="005014BE">
              <w:rPr>
                <w:rFonts w:ascii="Times New Roman" w:hAnsi="Times New Roman" w:cs="Times New Roman"/>
                <w:sz w:val="21"/>
              </w:rPr>
              <w:t xml:space="preserve"> obsahuje i mezinárodní zdroje.</w:t>
            </w:r>
          </w:p>
        </w:tc>
      </w:tr>
      <w:tr w:rsidR="002B5AE1" w:rsidRPr="005014BE" w:rsidTr="00891BF1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Téma spadá do oblasti veřejného zdravotnictví, prevence nebo managementu ve zdravotnictví.</w:t>
            </w:r>
          </w:p>
        </w:tc>
      </w:tr>
      <w:tr w:rsidR="002B5AE1" w:rsidRPr="005014BE" w:rsidTr="00891BF1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Název projektu je přesný, odborný a vystihuje předmět výzkumu.</w:t>
            </w:r>
          </w:p>
        </w:tc>
      </w:tr>
      <w:tr w:rsidR="002B5AE1" w:rsidRPr="005014BE" w:rsidTr="00891BF1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V textu je jasně formulován hlavní cíl, dílčí cíle a návaznost na výzkumné otázky či hypotézy.</w:t>
            </w:r>
          </w:p>
        </w:tc>
      </w:tr>
      <w:tr w:rsidR="002B5AE1" w:rsidRPr="005014BE" w:rsidTr="00891BF1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Metodologická část nevypisuje jen metody, ale vysvětluje logiku designu, výběr vzorku a způsob analýzy dat.</w:t>
            </w:r>
          </w:p>
        </w:tc>
      </w:tr>
      <w:tr w:rsidR="002B5AE1" w:rsidRPr="005014BE" w:rsidTr="00891BF1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Times New Roman" w:hAnsi="Times New Roman" w:cs="Times New Roman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Je zřejmé, v čem je přínos projektu pro teorii, praxi a zdravotnický management nebo zdravotní politiku.</w:t>
            </w:r>
          </w:p>
        </w:tc>
      </w:tr>
      <w:tr w:rsidR="002B5AE1" w:rsidRPr="005014BE" w:rsidTr="007412B5">
        <w:trPr>
          <w:trHeight w:val="397"/>
          <w:jc w:val="center"/>
        </w:trPr>
        <w:tc>
          <w:tcPr>
            <w:tcW w:w="680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jc w:val="center"/>
              <w:rPr>
                <w:rFonts w:ascii="Segoe UI Symbol" w:hAnsi="Segoe UI Symbol" w:cs="Segoe UI Symbol"/>
              </w:rPr>
            </w:pPr>
            <w:r w:rsidRPr="005014B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957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vAlign w:val="center"/>
          </w:tcPr>
          <w:p w:rsidR="002B5AE1" w:rsidRPr="005014BE" w:rsidRDefault="002B5AE1" w:rsidP="002B5AE1">
            <w:pPr>
              <w:spacing w:after="40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Při psaní návrhu projektu jsem nespolupracovat s AI a využil jsme řádně uvedených zdrojů a konzultací se školitelem.</w:t>
            </w:r>
          </w:p>
        </w:tc>
      </w:tr>
    </w:tbl>
    <w:p w:rsidR="002B5AE1" w:rsidRPr="005014BE" w:rsidRDefault="002B5AE1" w:rsidP="002B5AE1">
      <w:pPr>
        <w:pStyle w:val="Heading2Custom"/>
        <w:rPr>
          <w:rFonts w:ascii="Times New Roman" w:hAnsi="Times New Roman" w:cs="Times New Roman"/>
        </w:rPr>
      </w:pPr>
    </w:p>
    <w:p w:rsidR="002B5AE1" w:rsidRDefault="002B5AE1">
      <w:pPr>
        <w:rPr>
          <w:rFonts w:ascii="Times New Roman" w:hAnsi="Times New Roman" w:cs="Times New Roman"/>
        </w:rPr>
      </w:pPr>
    </w:p>
    <w:p w:rsidR="00640D94" w:rsidRDefault="00640D94">
      <w:pPr>
        <w:rPr>
          <w:rFonts w:ascii="Times New Roman" w:hAnsi="Times New Roman" w:cs="Times New Roman"/>
        </w:rPr>
      </w:pPr>
    </w:p>
    <w:p w:rsidR="002B5AE1" w:rsidRDefault="002B5AE1">
      <w:pPr>
        <w:rPr>
          <w:rFonts w:ascii="Times New Roman" w:hAnsi="Times New Roman" w:cs="Times New Roman"/>
        </w:rPr>
      </w:pPr>
    </w:p>
    <w:p w:rsidR="002B5AE1" w:rsidRDefault="002B5AE1">
      <w:pPr>
        <w:rPr>
          <w:rFonts w:ascii="Times New Roman" w:hAnsi="Times New Roman" w:cs="Times New Roman"/>
        </w:rPr>
      </w:pPr>
    </w:p>
    <w:p w:rsidR="002B5AE1" w:rsidRDefault="002B5AE1">
      <w:pPr>
        <w:rPr>
          <w:rFonts w:ascii="Times New Roman" w:hAnsi="Times New Roman" w:cs="Times New Roman"/>
        </w:rPr>
      </w:pPr>
    </w:p>
    <w:p w:rsidR="002B5AE1" w:rsidRDefault="002B5AE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412"/>
      </w:tblGrid>
      <w:tr w:rsidR="00640D94" w:rsidRPr="0073399A" w:rsidTr="00891BF1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640D94" w:rsidRPr="0073399A" w:rsidRDefault="00640D94" w:rsidP="00891BF1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Závěrečné </w:t>
            </w:r>
            <w:proofErr w:type="gramStart"/>
            <w:r>
              <w:rPr>
                <w:rFonts w:ascii="Times New Roman" w:hAnsi="Times New Roman" w:cs="Times New Roman"/>
              </w:rPr>
              <w:t>potvrzení  -</w:t>
            </w:r>
            <w:proofErr w:type="gramEnd"/>
            <w:r>
              <w:rPr>
                <w:rFonts w:ascii="Times New Roman" w:hAnsi="Times New Roman" w:cs="Times New Roman"/>
              </w:rPr>
              <w:t xml:space="preserve"> SOUHLAS s navrženým disertačním projektem</w:t>
            </w:r>
          </w:p>
        </w:tc>
      </w:tr>
    </w:tbl>
    <w:p w:rsidR="00640D94" w:rsidRPr="0073399A" w:rsidRDefault="00640D94" w:rsidP="00640D94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49"/>
        <w:gridCol w:w="3127"/>
        <w:gridCol w:w="3016"/>
      </w:tblGrid>
      <w:tr w:rsidR="00640D94" w:rsidRPr="0073399A" w:rsidTr="00891BF1">
        <w:trPr>
          <w:tblHeader/>
          <w:jc w:val="center"/>
        </w:trPr>
        <w:tc>
          <w:tcPr>
            <w:tcW w:w="328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317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Jméno a podpis</w:t>
            </w:r>
          </w:p>
        </w:tc>
        <w:tc>
          <w:tcPr>
            <w:tcW w:w="306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Datum</w:t>
            </w:r>
            <w:r w:rsidR="00C104FE">
              <w:rPr>
                <w:rFonts w:ascii="Times New Roman" w:hAnsi="Times New Roman" w:cs="Times New Roman"/>
              </w:rPr>
              <w:t xml:space="preserve"> a podpis</w:t>
            </w:r>
          </w:p>
        </w:tc>
      </w:tr>
      <w:tr w:rsidR="00640D94" w:rsidRPr="0073399A" w:rsidTr="00891BF1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Doktorand / doktorandka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</w:p>
        </w:tc>
      </w:tr>
      <w:tr w:rsidR="00640D94" w:rsidRPr="0073399A" w:rsidTr="00891BF1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Školitel / školitelka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</w:p>
        </w:tc>
      </w:tr>
      <w:tr w:rsidR="00640D94" w:rsidRPr="0073399A" w:rsidTr="00891BF1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t>Konzultant / konzultantka (je-li ustanoven/a)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  <w:r w:rsidRPr="0073399A">
              <w:rPr>
                <w:rFonts w:ascii="Times New Roman" w:hAnsi="Times New Roman" w:cs="Times New Roman"/>
              </w:rPr>
              <w:br/>
            </w:r>
            <w:r w:rsidRPr="0073399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640D94" w:rsidRPr="0073399A" w:rsidRDefault="00640D94" w:rsidP="00891BF1">
            <w:pPr>
              <w:rPr>
                <w:rFonts w:ascii="Times New Roman" w:hAnsi="Times New Roman" w:cs="Times New Roman"/>
              </w:rPr>
            </w:pPr>
          </w:p>
        </w:tc>
      </w:tr>
    </w:tbl>
    <w:p w:rsidR="00640D94" w:rsidRPr="005014BE" w:rsidRDefault="00640D9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96"/>
      </w:tblGrid>
      <w:tr w:rsidR="00A50BA5" w:rsidRPr="005014BE" w:rsidTr="00FD15D9">
        <w:trPr>
          <w:trHeight w:val="1916"/>
          <w:jc w:val="center"/>
        </w:trPr>
        <w:tc>
          <w:tcPr>
            <w:tcW w:w="9478" w:type="dxa"/>
            <w:tcBorders>
              <w:top w:val="single" w:sz="6" w:space="0" w:color="BFC8CC"/>
              <w:left w:val="single" w:sz="6" w:space="0" w:color="BFC8CC"/>
              <w:bottom w:val="single" w:sz="6" w:space="0" w:color="BFC8CC"/>
              <w:right w:val="single" w:sz="6" w:space="0" w:color="BFC8CC"/>
            </w:tcBorders>
            <w:shd w:val="clear" w:color="auto" w:fill="EAF1F3"/>
            <w:vAlign w:val="center"/>
          </w:tcPr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b/>
                <w:color w:val="184955"/>
                <w:sz w:val="21"/>
              </w:rPr>
              <w:t>Poznámka k finální podobě odevzdávaného textu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Ve finální verzi ponechte pouze vlastní odborný text. Instruktivní pasáže, pomocné boxy a zástupné formulace v hranatých závorkách odstraňte nebo nahraďte vlastním obsahem.</w:t>
            </w:r>
          </w:p>
          <w:p w:rsidR="00A50BA5" w:rsidRPr="005014BE" w:rsidRDefault="00AE10D3">
            <w:pPr>
              <w:spacing w:after="40"/>
              <w:rPr>
                <w:rFonts w:ascii="Times New Roman" w:hAnsi="Times New Roman" w:cs="Times New Roman"/>
              </w:rPr>
            </w:pPr>
            <w:r w:rsidRPr="005014BE">
              <w:rPr>
                <w:rFonts w:ascii="Times New Roman" w:hAnsi="Times New Roman" w:cs="Times New Roman"/>
                <w:sz w:val="21"/>
              </w:rPr>
              <w:t>Pro obhajobu je vhodné mít připravené také stručné ústní představení: problém, cíl, design, vzorek, analýzu dat a očekávaný přínos projektu.</w:t>
            </w:r>
          </w:p>
        </w:tc>
      </w:tr>
    </w:tbl>
    <w:p w:rsidR="00A50BA5" w:rsidRPr="005014BE" w:rsidRDefault="00A50BA5">
      <w:pPr>
        <w:rPr>
          <w:rFonts w:ascii="Times New Roman" w:hAnsi="Times New Roman" w:cs="Times New Roman"/>
        </w:rPr>
      </w:pPr>
    </w:p>
    <w:sectPr w:rsidR="00A50BA5" w:rsidRPr="005014BE" w:rsidSect="00034616">
      <w:headerReference w:type="default" r:id="rId8"/>
      <w:footerReference w:type="default" r:id="rId9"/>
      <w:pgSz w:w="11906" w:h="16838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6A8" w:rsidRDefault="00A546A8">
      <w:pPr>
        <w:spacing w:after="0" w:line="240" w:lineRule="auto"/>
      </w:pPr>
      <w:r>
        <w:separator/>
      </w:r>
    </w:p>
  </w:endnote>
  <w:endnote w:type="continuationSeparator" w:id="0">
    <w:p w:rsidR="00A546A8" w:rsidRDefault="00A5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BA5" w:rsidRPr="00000E61" w:rsidRDefault="00AE10D3">
    <w:pPr>
      <w:pStyle w:val="Zpat"/>
      <w:jc w:val="center"/>
      <w:rPr>
        <w:rFonts w:ascii="Times New Roman" w:hAnsi="Times New Roman" w:cs="Times New Roman"/>
        <w:sz w:val="32"/>
        <w:szCs w:val="32"/>
      </w:rPr>
    </w:pPr>
    <w:r w:rsidRPr="00000E61">
      <w:rPr>
        <w:rFonts w:ascii="Times New Roman" w:hAnsi="Times New Roman" w:cs="Times New Roman"/>
        <w:color w:val="5F7A82"/>
        <w:sz w:val="21"/>
        <w:szCs w:val="32"/>
      </w:rPr>
      <w:t xml:space="preserve">Šablona pro pracovní přípravu návrhu disertačního projektu • </w:t>
    </w:r>
    <w:r w:rsidR="00000E61" w:rsidRPr="00000E61">
      <w:rPr>
        <w:rFonts w:ascii="Times New Roman" w:hAnsi="Times New Roman" w:cs="Times New Roman"/>
        <w:color w:val="5F7A82"/>
        <w:sz w:val="21"/>
        <w:szCs w:val="32"/>
      </w:rPr>
      <w:t>Fakulta zdravotnických studií UJEP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6A8" w:rsidRDefault="00A546A8">
      <w:pPr>
        <w:spacing w:after="0" w:line="240" w:lineRule="auto"/>
      </w:pPr>
      <w:r>
        <w:separator/>
      </w:r>
    </w:p>
  </w:footnote>
  <w:footnote w:type="continuationSeparator" w:id="0">
    <w:p w:rsidR="00A546A8" w:rsidRDefault="00A5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4BE" w:rsidRDefault="005014BE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3F1C5F4B" wp14:editId="3E809F41">
          <wp:simplePos x="0" y="0"/>
          <wp:positionH relativeFrom="column">
            <wp:posOffset>5137324</wp:posOffset>
          </wp:positionH>
          <wp:positionV relativeFrom="paragraph">
            <wp:posOffset>-568037</wp:posOffset>
          </wp:positionV>
          <wp:extent cx="1518226" cy="1015538"/>
          <wp:effectExtent l="0" t="0" r="6350" b="0"/>
          <wp:wrapNone/>
          <wp:docPr id="767488943" name="Obrázek 1" descr="Na půdě ZZS ÚK proběhly první státnice studentů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 půdě ZZS ÚK proběhly první státnice studentů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26" cy="1015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84D8B"/>
    <w:multiLevelType w:val="hybridMultilevel"/>
    <w:tmpl w:val="33DC0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016A"/>
    <w:multiLevelType w:val="hybridMultilevel"/>
    <w:tmpl w:val="00FE7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21ECF"/>
    <w:multiLevelType w:val="hybridMultilevel"/>
    <w:tmpl w:val="286C2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A4639"/>
    <w:multiLevelType w:val="hybridMultilevel"/>
    <w:tmpl w:val="6E66A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A7088"/>
    <w:multiLevelType w:val="hybridMultilevel"/>
    <w:tmpl w:val="D35E3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305F1"/>
    <w:multiLevelType w:val="hybridMultilevel"/>
    <w:tmpl w:val="20EC6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4F83"/>
    <w:multiLevelType w:val="hybridMultilevel"/>
    <w:tmpl w:val="37C00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A3435"/>
    <w:multiLevelType w:val="hybridMultilevel"/>
    <w:tmpl w:val="33443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4"/>
  </w:num>
  <w:num w:numId="12">
    <w:abstractNumId w:val="13"/>
  </w:num>
  <w:num w:numId="13">
    <w:abstractNumId w:val="16"/>
  </w:num>
  <w:num w:numId="14">
    <w:abstractNumId w:val="11"/>
  </w:num>
  <w:num w:numId="15">
    <w:abstractNumId w:val="15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0E61"/>
    <w:rsid w:val="000107D4"/>
    <w:rsid w:val="00034616"/>
    <w:rsid w:val="0006063C"/>
    <w:rsid w:val="0015074B"/>
    <w:rsid w:val="00166057"/>
    <w:rsid w:val="0029639D"/>
    <w:rsid w:val="002B0D9B"/>
    <w:rsid w:val="002B5AE1"/>
    <w:rsid w:val="003036BB"/>
    <w:rsid w:val="00326F90"/>
    <w:rsid w:val="00375FCF"/>
    <w:rsid w:val="004830E8"/>
    <w:rsid w:val="004C13EE"/>
    <w:rsid w:val="004D6A1A"/>
    <w:rsid w:val="005014BE"/>
    <w:rsid w:val="00640D94"/>
    <w:rsid w:val="00687648"/>
    <w:rsid w:val="006F4845"/>
    <w:rsid w:val="007412B5"/>
    <w:rsid w:val="008F4675"/>
    <w:rsid w:val="00984AD3"/>
    <w:rsid w:val="00A21B45"/>
    <w:rsid w:val="00A50BA5"/>
    <w:rsid w:val="00A546A8"/>
    <w:rsid w:val="00AA1D8D"/>
    <w:rsid w:val="00AD5576"/>
    <w:rsid w:val="00AE10D3"/>
    <w:rsid w:val="00B47730"/>
    <w:rsid w:val="00C104FE"/>
    <w:rsid w:val="00CB0664"/>
    <w:rsid w:val="00DA548A"/>
    <w:rsid w:val="00E136EF"/>
    <w:rsid w:val="00E96102"/>
    <w:rsid w:val="00EF6655"/>
    <w:rsid w:val="00FC693F"/>
    <w:rsid w:val="00FC7ECF"/>
    <w:rsid w:val="00F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1F8E2"/>
  <w14:defaultImageDpi w14:val="300"/>
  <w15:docId w15:val="{2AD21F8D-B4DD-CA4E-B1DE-EE9A01B0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after="120"/>
    </w:pPr>
    <w:rPr>
      <w:rFonts w:ascii="Calibri" w:hAnsi="Calibri"/>
      <w:color w:val="28282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basedOn w:val="Normln"/>
    <w:rPr>
      <w:b/>
      <w:color w:val="184955"/>
      <w:sz w:val="44"/>
    </w:rPr>
  </w:style>
  <w:style w:type="paragraph" w:customStyle="1" w:styleId="SubtitleCustom">
    <w:name w:val="Subtitle Custom"/>
    <w:basedOn w:val="Normln"/>
    <w:pPr>
      <w:spacing w:after="320"/>
    </w:pPr>
    <w:rPr>
      <w:i/>
      <w:color w:val="5F7A82"/>
      <w:sz w:val="24"/>
    </w:rPr>
  </w:style>
  <w:style w:type="paragraph" w:customStyle="1" w:styleId="Heading1Custom">
    <w:name w:val="Heading 1 Custom"/>
    <w:basedOn w:val="Normln"/>
    <w:pPr>
      <w:keepNext/>
      <w:spacing w:before="240"/>
    </w:pPr>
    <w:rPr>
      <w:b/>
      <w:color w:val="184955"/>
      <w:sz w:val="30"/>
    </w:rPr>
  </w:style>
  <w:style w:type="paragraph" w:customStyle="1" w:styleId="Heading2Custom">
    <w:name w:val="Heading 2 Custom"/>
    <w:basedOn w:val="Normln"/>
    <w:pPr>
      <w:keepNext/>
      <w:spacing w:before="200" w:after="60"/>
    </w:pPr>
    <w:rPr>
      <w:b/>
      <w:color w:val="184955"/>
      <w:sz w:val="25"/>
    </w:rPr>
  </w:style>
  <w:style w:type="paragraph" w:customStyle="1" w:styleId="SmallNote">
    <w:name w:val="Small Note"/>
    <w:basedOn w:val="Normln"/>
    <w:pPr>
      <w:spacing w:after="60" w:line="264" w:lineRule="auto"/>
    </w:pPr>
    <w:rPr>
      <w:color w:val="5F7A82"/>
      <w:sz w:val="18"/>
    </w:rPr>
  </w:style>
  <w:style w:type="paragraph" w:customStyle="1" w:styleId="Placeholder">
    <w:name w:val="Placeholder"/>
    <w:basedOn w:val="Normln"/>
    <w:pPr>
      <w:spacing w:after="160"/>
    </w:pPr>
    <w:rPr>
      <w:i/>
      <w:color w:val="5A5A5A"/>
      <w:sz w:val="21"/>
    </w:rPr>
  </w:style>
  <w:style w:type="paragraph" w:customStyle="1" w:styleId="SectionHeadingFZS">
    <w:name w:val="Section Heading FZS"/>
    <w:basedOn w:val="Normln"/>
    <w:rsid w:val="00640D94"/>
    <w:pPr>
      <w:spacing w:before="200" w:after="100"/>
    </w:pPr>
    <w:rPr>
      <w:b/>
      <w:color w:val="FFFFF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8648F5-833B-4FE1-A60A-2097B71B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1699</Words>
  <Characters>10026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sramotovaa</cp:lastModifiedBy>
  <cp:revision>4</cp:revision>
  <dcterms:created xsi:type="dcterms:W3CDTF">2026-05-07T05:53:00Z</dcterms:created>
  <dcterms:modified xsi:type="dcterms:W3CDTF">2026-05-11T06:27:00Z</dcterms:modified>
  <cp:category/>
</cp:coreProperties>
</file>